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763D2" w14:textId="05C56A25" w:rsidR="00F878E5" w:rsidRDefault="00F17885">
      <w:pPr>
        <w:jc w:val="center"/>
      </w:pPr>
      <w:r>
        <w:rPr>
          <w:b/>
          <w:color w:val="1F4E79"/>
          <w:sz w:val="40"/>
        </w:rPr>
        <w:t xml:space="preserve">Whole-School Geography Retrieval </w:t>
      </w:r>
      <w:r>
        <w:rPr>
          <w:b/>
          <w:color w:val="1F4E79"/>
          <w:sz w:val="40"/>
        </w:rPr>
        <w:t>Plan</w:t>
      </w:r>
    </w:p>
    <w:p w14:paraId="6F6F5D44" w14:textId="77777777" w:rsidR="00F878E5" w:rsidRDefault="00F878E5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F878E5" w14:paraId="58FE7C9B" w14:textId="77777777">
        <w:trPr>
          <w:jc w:val="center"/>
        </w:trPr>
        <w:tc>
          <w:tcPr>
            <w:tcW w:w="15538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E59E9A6" w14:textId="77777777" w:rsidR="00F878E5" w:rsidRDefault="00F17885">
            <w:r>
              <w:rPr>
                <w:b/>
                <w:color w:val="1F4E79"/>
                <w:sz w:val="20"/>
              </w:rPr>
              <w:t>How teachers should use this version</w:t>
            </w:r>
          </w:p>
          <w:p w14:paraId="7A65472A" w14:textId="77777777" w:rsidR="00F878E5" w:rsidRDefault="00F17885">
            <w:pPr>
              <w:pStyle w:val="ListBullet"/>
              <w:spacing w:after="20"/>
            </w:pPr>
            <w:r>
              <w:t>Ask the weekly retrieval question at the start of one Geography lesson each week.</w:t>
            </w:r>
          </w:p>
          <w:p w14:paraId="1A680980" w14:textId="77777777" w:rsidR="00F878E5" w:rsidRDefault="00F17885">
            <w:pPr>
              <w:pStyle w:val="ListBullet"/>
              <w:spacing w:after="20"/>
            </w:pPr>
            <w:r>
              <w:t>Use the core fact / expected answer to give quick feedback and reteach briefly where knowledge is not secure.</w:t>
            </w:r>
          </w:p>
          <w:p w14:paraId="24413510" w14:textId="77777777" w:rsidR="00F878E5" w:rsidRDefault="00F17885">
            <w:pPr>
              <w:pStyle w:val="ListBullet"/>
              <w:spacing w:after="20"/>
            </w:pPr>
            <w:r>
              <w:t>Choose one meta-learning prompt when useful, such as odd one out, always/sometimes/never, double bubble, Frayer model, true/false/prove it, because/but/so or connect three.</w:t>
            </w:r>
          </w:p>
          <w:p w14:paraId="749D7E2D" w14:textId="77777777" w:rsidR="00F878E5" w:rsidRDefault="00F17885">
            <w:pPr>
              <w:pStyle w:val="ListBullet"/>
              <w:spacing w:after="20"/>
            </w:pPr>
            <w:r>
              <w:t>Make the schema link explicit: “This links to what we already know about...”</w:t>
            </w:r>
          </w:p>
        </w:tc>
      </w:tr>
    </w:tbl>
    <w:p w14:paraId="35FF34AE" w14:textId="77777777" w:rsidR="00F878E5" w:rsidRDefault="00F878E5"/>
    <w:p w14:paraId="1A94C00B" w14:textId="77777777" w:rsidR="00F878E5" w:rsidRDefault="00F17885">
      <w:pPr>
        <w:pStyle w:val="Heading1"/>
      </w:pPr>
      <w:r>
        <w:rPr>
          <w:color w:val="1F4E79"/>
        </w:rPr>
        <w:t>Meta-Learning Prompt Bank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F878E5" w14:paraId="33703C8D" w14:textId="77777777">
        <w:trPr>
          <w:jc w:val="center"/>
        </w:trPr>
        <w:tc>
          <w:tcPr>
            <w:tcW w:w="5179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982EC0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Strategy</w:t>
            </w:r>
          </w:p>
        </w:tc>
        <w:tc>
          <w:tcPr>
            <w:tcW w:w="5179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4663E7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Purpose</w:t>
            </w:r>
          </w:p>
        </w:tc>
        <w:tc>
          <w:tcPr>
            <w:tcW w:w="5179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35AD4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geography use</w:t>
            </w:r>
          </w:p>
        </w:tc>
      </w:tr>
      <w:tr w:rsidR="00F878E5" w14:paraId="5C30313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CFB646" w14:textId="77777777" w:rsidR="00F878E5" w:rsidRDefault="00F17885">
            <w:pPr>
              <w:spacing w:after="20"/>
            </w:pPr>
            <w:r>
              <w:rPr>
                <w:sz w:val="14"/>
              </w:rPr>
              <w:t>Odd one out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909F75" w14:textId="77777777" w:rsidR="00F878E5" w:rsidRDefault="00F17885">
            <w:pPr>
              <w:spacing w:after="20"/>
            </w:pPr>
            <w:r>
              <w:rPr>
                <w:sz w:val="14"/>
              </w:rPr>
              <w:t>Classify and justify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420115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Eastwood, Nottingham, River Trent. Which is a physical feature?</w:t>
            </w:r>
          </w:p>
        </w:tc>
      </w:tr>
      <w:tr w:rsidR="00F878E5" w14:paraId="030B94D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DBAE2" w14:textId="77777777" w:rsidR="00F878E5" w:rsidRDefault="00F17885">
            <w:pPr>
              <w:spacing w:after="20"/>
            </w:pPr>
            <w:r>
              <w:rPr>
                <w:sz w:val="14"/>
              </w:rPr>
              <w:t>Always/sometimes/never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75302" w14:textId="77777777" w:rsidR="00F878E5" w:rsidRDefault="00F17885">
            <w:pPr>
              <w:spacing w:after="20"/>
            </w:pPr>
            <w:r>
              <w:rPr>
                <w:sz w:val="14"/>
              </w:rPr>
              <w:t>Challenge misconceptions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184494" w14:textId="77777777" w:rsidR="00F878E5" w:rsidRDefault="00F17885">
            <w:pPr>
              <w:spacing w:after="20"/>
            </w:pPr>
            <w:r>
              <w:rPr>
                <w:sz w:val="14"/>
              </w:rPr>
              <w:t>Rivers are always found in cities. Always, sometimes or never?</w:t>
            </w:r>
          </w:p>
        </w:tc>
      </w:tr>
      <w:tr w:rsidR="00F878E5" w14:paraId="3EE63BA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5ADDD7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FD6F1B" w14:textId="77777777" w:rsidR="00F878E5" w:rsidRDefault="00F17885">
            <w:pPr>
              <w:spacing w:after="20"/>
            </w:pPr>
            <w:r>
              <w:rPr>
                <w:sz w:val="14"/>
              </w:rPr>
              <w:t>Compare places or concepts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9C1BE0" w14:textId="77777777" w:rsidR="00F878E5" w:rsidRDefault="00F17885">
            <w:pPr>
              <w:spacing w:after="20"/>
            </w:pPr>
            <w:r>
              <w:rPr>
                <w:sz w:val="14"/>
              </w:rPr>
              <w:t>Compare Eastwood and a village, or Brazil and the UK.</w:t>
            </w:r>
          </w:p>
        </w:tc>
      </w:tr>
      <w:tr w:rsidR="00F878E5" w14:paraId="2405F29D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8ABF33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D5B8FA" w14:textId="77777777" w:rsidR="00F878E5" w:rsidRDefault="00F17885">
            <w:pPr>
              <w:spacing w:after="20"/>
            </w:pPr>
            <w:r>
              <w:rPr>
                <w:sz w:val="14"/>
              </w:rPr>
              <w:t>Secure vocabulary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264A87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continent, biome, river, port or settlement.</w:t>
            </w:r>
          </w:p>
        </w:tc>
      </w:tr>
      <w:tr w:rsidR="00F878E5" w14:paraId="72F7D72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393526" w14:textId="77777777" w:rsidR="00F878E5" w:rsidRDefault="00F17885">
            <w:pPr>
              <w:spacing w:after="20"/>
            </w:pPr>
            <w:r>
              <w:rPr>
                <w:sz w:val="14"/>
              </w:rPr>
              <w:t>True/false/prove it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B8AA8E" w14:textId="77777777" w:rsidR="00F878E5" w:rsidRDefault="00F17885">
            <w:pPr>
              <w:spacing w:after="20"/>
            </w:pPr>
            <w:r>
              <w:rPr>
                <w:sz w:val="14"/>
              </w:rPr>
              <w:t>Recall and justify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73C276" w14:textId="77777777" w:rsidR="00F878E5" w:rsidRDefault="00F17885">
            <w:pPr>
              <w:spacing w:after="20"/>
            </w:pPr>
            <w:r>
              <w:rPr>
                <w:sz w:val="14"/>
              </w:rPr>
              <w:t>The Equator is an imaginary line around Earth. True or false? Prove it.</w:t>
            </w:r>
          </w:p>
        </w:tc>
      </w:tr>
      <w:tr w:rsidR="00F878E5" w14:paraId="5242F7F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069691" w14:textId="77777777" w:rsidR="00F878E5" w:rsidRDefault="00F17885">
            <w:pPr>
              <w:spacing w:after="20"/>
            </w:pPr>
            <w:r>
              <w:rPr>
                <w:sz w:val="14"/>
              </w:rPr>
              <w:t>Because/but/so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CAFB95" w14:textId="77777777" w:rsidR="00F878E5" w:rsidRDefault="00F17885">
            <w:pPr>
              <w:spacing w:after="20"/>
            </w:pPr>
            <w:r>
              <w:rPr>
                <w:sz w:val="14"/>
              </w:rPr>
              <w:t>Build explanation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228B34" w14:textId="77777777" w:rsidR="00F878E5" w:rsidRDefault="00F17885">
            <w:pPr>
              <w:spacing w:after="20"/>
            </w:pPr>
            <w:r>
              <w:rPr>
                <w:sz w:val="14"/>
              </w:rPr>
              <w:t>Many settlements developed near rivers because..., but..., so...</w:t>
            </w:r>
          </w:p>
        </w:tc>
      </w:tr>
      <w:tr w:rsidR="00F878E5" w14:paraId="0A7C47B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2FDA21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D0198D" w14:textId="77777777" w:rsidR="00F878E5" w:rsidRDefault="00F17885">
            <w:pPr>
              <w:spacing w:after="20"/>
            </w:pPr>
            <w:r>
              <w:rPr>
                <w:sz w:val="14"/>
              </w:rPr>
              <w:t>Build schema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710FEA" w14:textId="77777777" w:rsidR="00F878E5" w:rsidRDefault="00F17885">
            <w:pPr>
              <w:spacing w:after="20"/>
            </w:pPr>
            <w:r>
              <w:rPr>
                <w:sz w:val="14"/>
              </w:rPr>
              <w:t>Connect: river, settlement, trade.</w:t>
            </w:r>
          </w:p>
        </w:tc>
      </w:tr>
    </w:tbl>
    <w:p w14:paraId="5CD925A7" w14:textId="77777777" w:rsidR="00F878E5" w:rsidRDefault="00F878E5"/>
    <w:p w14:paraId="11866B83" w14:textId="77777777" w:rsidR="00F878E5" w:rsidRDefault="00F17885">
      <w:pPr>
        <w:pStyle w:val="Heading1"/>
      </w:pPr>
      <w:r>
        <w:rPr>
          <w:color w:val="1F4E79"/>
        </w:rPr>
        <w:t>How This Plan Builds Children’s Geography Schemas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F878E5" w14:paraId="170C14E0" w14:textId="77777777">
        <w:trPr>
          <w:jc w:val="center"/>
        </w:trPr>
        <w:tc>
          <w:tcPr>
            <w:tcW w:w="5179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D72D05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Schema-building feature</w:t>
            </w:r>
          </w:p>
        </w:tc>
        <w:tc>
          <w:tcPr>
            <w:tcW w:w="5179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E70E02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How the plan supports it</w:t>
            </w:r>
          </w:p>
        </w:tc>
        <w:tc>
          <w:tcPr>
            <w:tcW w:w="5179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11197F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Intended impact</w:t>
            </w:r>
          </w:p>
        </w:tc>
      </w:tr>
      <w:tr w:rsidR="00F878E5" w14:paraId="6267330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8992E4" w14:textId="77777777" w:rsidR="00F878E5" w:rsidRDefault="00F17885">
            <w:pPr>
              <w:spacing w:after="20"/>
            </w:pPr>
            <w:r>
              <w:rPr>
                <w:sz w:val="14"/>
              </w:rPr>
              <w:t>Repeated anchor points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D5138A" w14:textId="77777777" w:rsidR="00F878E5" w:rsidRDefault="00F17885">
            <w:pPr>
              <w:spacing w:after="20"/>
            </w:pPr>
            <w:r>
              <w:rPr>
                <w:sz w:val="14"/>
              </w:rPr>
              <w:t>Core facts return pupils to Eastwood, UK, continents, oceans, maps, rivers, climate, biomes, time zones, trade and settlements.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5B5F64" w14:textId="77777777" w:rsidR="00F878E5" w:rsidRDefault="00F17885">
            <w:pPr>
              <w:spacing w:after="20"/>
            </w:pPr>
            <w:r>
              <w:rPr>
                <w:sz w:val="14"/>
              </w:rPr>
              <w:t>Pupils build secure geographical hooks for new learning.</w:t>
            </w:r>
          </w:p>
        </w:tc>
      </w:tr>
      <w:tr w:rsidR="00F878E5" w14:paraId="20A830FD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1D7A1F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E2C44B" w14:textId="77777777" w:rsidR="00F878E5" w:rsidRDefault="00F17885">
            <w:pPr>
              <w:spacing w:after="20"/>
            </w:pPr>
            <w:r>
              <w:rPr>
                <w:sz w:val="14"/>
              </w:rPr>
              <w:t>Pupils revisit where places are, from local area to the UK, Europe, Greece, Americas, Equator, Tropics and global time zones.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911A3B" w14:textId="77777777" w:rsidR="00F878E5" w:rsidRDefault="00F17885">
            <w:pPr>
              <w:spacing w:after="20"/>
            </w:pPr>
            <w:r>
              <w:rPr>
                <w:sz w:val="14"/>
              </w:rPr>
              <w:t>Pupils can locate places accurately and connect local, national and global scales.</w:t>
            </w:r>
          </w:p>
        </w:tc>
      </w:tr>
      <w:tr w:rsidR="00F878E5" w14:paraId="4054B7D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6C2583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E7F6FF" w14:textId="77777777" w:rsidR="00F878E5" w:rsidRDefault="00F17885">
            <w:pPr>
              <w:spacing w:after="20"/>
            </w:pPr>
            <w:r>
              <w:rPr>
                <w:sz w:val="14"/>
              </w:rPr>
              <w:t>Pupils compare places such as Eastwood, UK, Greece, Brazil, Europe and South America.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FB5766" w14:textId="77777777" w:rsidR="00F878E5" w:rsidRDefault="00F17885">
            <w:pPr>
              <w:spacing w:after="20"/>
            </w:pPr>
            <w:r>
              <w:rPr>
                <w:sz w:val="14"/>
              </w:rPr>
              <w:t>Pupils understand that places have distinctive human and physical characteristics.</w:t>
            </w:r>
          </w:p>
        </w:tc>
      </w:tr>
      <w:tr w:rsidR="00F878E5" w14:paraId="4C2654C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1CF658" w14:textId="77777777" w:rsidR="00F878E5" w:rsidRDefault="00F17885">
            <w:pPr>
              <w:spacing w:after="20"/>
            </w:pPr>
            <w:r>
              <w:rPr>
                <w:sz w:val="14"/>
              </w:rPr>
              <w:t>Human and physical geography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233588" w14:textId="77777777" w:rsidR="00F878E5" w:rsidRDefault="00F17885">
            <w:pPr>
              <w:spacing w:after="20"/>
            </w:pPr>
            <w:r>
              <w:rPr>
                <w:sz w:val="14"/>
              </w:rPr>
              <w:t xml:space="preserve">Retrieval revisits weather, rivers, mountains, volcanoes, settlements, trade, ports, </w:t>
            </w:r>
            <w:r>
              <w:rPr>
                <w:sz w:val="14"/>
              </w:rPr>
              <w:lastRenderedPageBreak/>
              <w:t>biomes and deforestation.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978A7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Pupils connect natural processes and human activity.</w:t>
            </w:r>
          </w:p>
        </w:tc>
      </w:tr>
      <w:tr w:rsidR="00F878E5" w14:paraId="55DFDCF6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8EC296" w14:textId="77777777" w:rsidR="00F878E5" w:rsidRDefault="00F17885">
            <w:pPr>
              <w:spacing w:after="20"/>
            </w:pPr>
            <w:r>
              <w:rPr>
                <w:sz w:val="14"/>
              </w:rPr>
              <w:t>Map and fieldwork skills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BE291" w14:textId="77777777" w:rsidR="00F878E5" w:rsidRDefault="00F17885">
            <w:pPr>
              <w:spacing w:after="20"/>
            </w:pPr>
            <w:r>
              <w:rPr>
                <w:sz w:val="14"/>
              </w:rPr>
              <w:t>Map, atlas, compass, key, symbols, aerial photographs, grid references, latitude, longitude and scale are revisited over time.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BF81B6" w14:textId="77777777" w:rsidR="00F878E5" w:rsidRDefault="00F17885">
            <w:pPr>
              <w:spacing w:after="20"/>
            </w:pPr>
            <w:r>
              <w:rPr>
                <w:sz w:val="14"/>
              </w:rPr>
              <w:t>Pupils develop practical geographical tools for interpreting the world.</w:t>
            </w:r>
          </w:p>
        </w:tc>
      </w:tr>
      <w:tr w:rsidR="00F878E5" w14:paraId="4F36773A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2CB767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84A71C" w14:textId="77777777" w:rsidR="00F878E5" w:rsidRDefault="00F17885">
            <w:pPr>
              <w:spacing w:after="20"/>
            </w:pPr>
            <w:r>
              <w:rPr>
                <w:sz w:val="14"/>
              </w:rPr>
              <w:t>Always/sometimes/never and true/false/prove it expose errors, such as confusing countries and continents or human and physical features.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0BBBF5" w14:textId="77777777" w:rsidR="00F878E5" w:rsidRDefault="00F17885">
            <w:pPr>
              <w:spacing w:after="20"/>
            </w:pPr>
            <w:r>
              <w:rPr>
                <w:sz w:val="14"/>
              </w:rPr>
              <w:t>Teachers identify and tackle misconceptions quickly.</w:t>
            </w:r>
          </w:p>
        </w:tc>
      </w:tr>
    </w:tbl>
    <w:p w14:paraId="7788C203" w14:textId="77777777" w:rsidR="00F878E5" w:rsidRDefault="00F878E5"/>
    <w:p w14:paraId="5487D40A" w14:textId="77777777" w:rsidR="00F878E5" w:rsidRDefault="00F17885">
      <w:pPr>
        <w:pStyle w:val="Heading1"/>
      </w:pPr>
      <w:r>
        <w:rPr>
          <w:color w:val="1F4E79"/>
        </w:rPr>
        <w:t>Geographical Disciplinary Knowledge Progression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7AF156CF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DE73A6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Phase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079659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Locational and place knowledge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1FB5AA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Human and physical geography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8912B8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Map and fieldwork skills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A0267C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explanation</w:t>
            </w:r>
          </w:p>
        </w:tc>
      </w:tr>
      <w:tr w:rsidR="00F878E5" w14:paraId="0ED7FFB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9C3565" w14:textId="77777777" w:rsidR="00F878E5" w:rsidRDefault="00F17885">
            <w:pPr>
              <w:spacing w:after="20"/>
            </w:pPr>
            <w:r>
              <w:rPr>
                <w:sz w:val="14"/>
              </w:rPr>
              <w:t>Years 1 and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B91046" w14:textId="77777777" w:rsidR="00F878E5" w:rsidRDefault="00F17885">
            <w:pPr>
              <w:spacing w:after="20"/>
            </w:pPr>
            <w:r>
              <w:rPr>
                <w:sz w:val="14"/>
              </w:rPr>
              <w:t>Name and locate familiar places, the UK, local area, countries, capitals, continents and oceans.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B22A30" w14:textId="77777777" w:rsidR="00F878E5" w:rsidRDefault="00F17885">
            <w:pPr>
              <w:spacing w:after="20"/>
            </w:pPr>
            <w:r>
              <w:rPr>
                <w:sz w:val="14"/>
              </w:rPr>
              <w:t>Identify simple human and physical features and describe weather and seasons.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096EB1" w14:textId="77777777" w:rsidR="00F878E5" w:rsidRDefault="00F17885">
            <w:pPr>
              <w:spacing w:after="20"/>
            </w:pPr>
            <w:r>
              <w:rPr>
                <w:sz w:val="14"/>
              </w:rPr>
              <w:t>Use maps, globes, atlases, aerial photographs, symbols and simple compass directions.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E874DC" w14:textId="77777777" w:rsidR="00F878E5" w:rsidRDefault="00F17885">
            <w:pPr>
              <w:spacing w:after="20"/>
            </w:pPr>
            <w:r>
              <w:rPr>
                <w:sz w:val="14"/>
              </w:rPr>
              <w:t>Use simple geographical vocabulary to describe places and make comparisons.</w:t>
            </w:r>
          </w:p>
        </w:tc>
      </w:tr>
      <w:tr w:rsidR="00F878E5" w14:paraId="1AAF4CE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7A5A51" w14:textId="77777777" w:rsidR="00F878E5" w:rsidRDefault="00F17885">
            <w:pPr>
              <w:spacing w:after="20"/>
            </w:pPr>
            <w:r>
              <w:rPr>
                <w:sz w:val="14"/>
              </w:rPr>
              <w:t>Years 3 and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E77D70" w14:textId="77777777" w:rsidR="00F878E5" w:rsidRDefault="00F17885">
            <w:pPr>
              <w:spacing w:after="20"/>
            </w:pPr>
            <w:r>
              <w:rPr>
                <w:sz w:val="14"/>
              </w:rPr>
              <w:t>Locate Europe, Greece, hemispheres, polar regions, rivers, mountains and key global lines.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C40B60" w14:textId="77777777" w:rsidR="00F878E5" w:rsidRDefault="00F17885">
            <w:pPr>
              <w:spacing w:after="20"/>
            </w:pPr>
            <w:r>
              <w:rPr>
                <w:sz w:val="14"/>
              </w:rPr>
              <w:t>Explain simple physical processes such as volcanoes, earthquakes, rivers and the water cycle.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F54BF8" w14:textId="77777777" w:rsidR="00F878E5" w:rsidRDefault="00F17885">
            <w:pPr>
              <w:spacing w:after="20"/>
            </w:pPr>
            <w:r>
              <w:rPr>
                <w:sz w:val="14"/>
              </w:rPr>
              <w:t>Use eight-point compass directions, OS symbols, map keys and four-figure grid references.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707116" w14:textId="77777777" w:rsidR="00F878E5" w:rsidRDefault="00F17885">
            <w:pPr>
              <w:spacing w:after="20"/>
            </w:pPr>
            <w:r>
              <w:rPr>
                <w:sz w:val="14"/>
              </w:rPr>
              <w:t>Compare places using location, climate, human features and physical features.</w:t>
            </w:r>
          </w:p>
        </w:tc>
      </w:tr>
      <w:tr w:rsidR="00F878E5" w14:paraId="151A44C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263A0B" w14:textId="77777777" w:rsidR="00F878E5" w:rsidRDefault="00F17885">
            <w:pPr>
              <w:spacing w:after="20"/>
            </w:pPr>
            <w:r>
              <w:rPr>
                <w:sz w:val="14"/>
              </w:rPr>
              <w:t>Years 5 and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8DA911" w14:textId="77777777" w:rsidR="00F878E5" w:rsidRDefault="00F17885">
            <w:pPr>
              <w:spacing w:after="20"/>
            </w:pPr>
            <w:r>
              <w:rPr>
                <w:sz w:val="14"/>
              </w:rPr>
              <w:t>Locate North/South America, Brazil, Tropics, Prime Meridian, time zones, UK counties and cities.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9BA853" w14:textId="77777777" w:rsidR="00F878E5" w:rsidRDefault="00F17885">
            <w:pPr>
              <w:spacing w:after="20"/>
            </w:pPr>
            <w:r>
              <w:rPr>
                <w:sz w:val="14"/>
              </w:rPr>
              <w:t>Explain climate zones, biomes, rainforests, deforestation, settlements, trade, ports and industry.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954601" w14:textId="77777777" w:rsidR="00F878E5" w:rsidRDefault="00F17885">
            <w:pPr>
              <w:spacing w:after="20"/>
            </w:pPr>
            <w:r>
              <w:rPr>
                <w:sz w:val="14"/>
              </w:rPr>
              <w:t>Use latitude, longitude, six-figure grid references and map scale with increasing precision.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AB63A3" w14:textId="77777777" w:rsidR="00F878E5" w:rsidRDefault="00F17885">
            <w:pPr>
              <w:spacing w:after="20"/>
            </w:pPr>
            <w:r>
              <w:rPr>
                <w:sz w:val="14"/>
              </w:rPr>
              <w:t>Explain patterns, processes and links between places, people and environments.</w:t>
            </w:r>
          </w:p>
        </w:tc>
      </w:tr>
    </w:tbl>
    <w:p w14:paraId="2BCE251F" w14:textId="77777777" w:rsidR="00F878E5" w:rsidRDefault="00F878E5"/>
    <w:p w14:paraId="1E72D607" w14:textId="77777777" w:rsidR="00F878E5" w:rsidRDefault="00F17885">
      <w:r>
        <w:br w:type="page"/>
      </w:r>
    </w:p>
    <w:p w14:paraId="36899420" w14:textId="0185BF6C" w:rsidR="00F878E5" w:rsidRDefault="00F17885">
      <w:pPr>
        <w:pStyle w:val="Heading1"/>
      </w:pPr>
      <w:r>
        <w:rPr>
          <w:color w:val="1F4E79"/>
        </w:rPr>
        <w:lastRenderedPageBreak/>
        <w:t xml:space="preserve">Year 1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6"/>
        <w:gridCol w:w="3106"/>
        <w:gridCol w:w="3106"/>
      </w:tblGrid>
      <w:tr w:rsidR="00F878E5" w14:paraId="7F26D44C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045156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B1358B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600584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C061A2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6E6509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170885C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AB5322" w14:textId="77777777" w:rsidR="00F878E5" w:rsidRDefault="00F17885">
            <w:pPr>
              <w:spacing w:after="20"/>
            </w:pPr>
            <w:r>
              <w:rPr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A10C01" w14:textId="77777777" w:rsidR="00F878E5" w:rsidRDefault="00F17885">
            <w:pPr>
              <w:spacing w:after="20"/>
            </w:pPr>
            <w:r>
              <w:rPr>
                <w:sz w:val="14"/>
              </w:rPr>
              <w:t>What country do we live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56553C" w14:textId="77777777" w:rsidR="00F878E5" w:rsidRDefault="00F17885">
            <w:pPr>
              <w:spacing w:after="20"/>
            </w:pPr>
            <w:r>
              <w:rPr>
                <w:sz w:val="14"/>
              </w:rPr>
              <w:t>We live in the United Kingdom; we are in England.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10B497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ECDDDF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country; pupils justify.</w:t>
            </w:r>
          </w:p>
        </w:tc>
      </w:tr>
      <w:tr w:rsidR="00F878E5" w14:paraId="5C6AF1D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0043D6" w14:textId="77777777" w:rsidR="00F878E5" w:rsidRDefault="00F17885">
            <w:pPr>
              <w:spacing w:after="20"/>
            </w:pPr>
            <w:r>
              <w:rPr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732D9" w14:textId="77777777" w:rsidR="00F878E5" w:rsidRDefault="00F17885">
            <w:pPr>
              <w:spacing w:after="20"/>
            </w:pPr>
            <w:r>
              <w:rPr>
                <w:sz w:val="14"/>
              </w:rPr>
              <w:t>What town is our school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A67AF6" w14:textId="77777777" w:rsidR="00F878E5" w:rsidRDefault="00F17885">
            <w:pPr>
              <w:spacing w:after="20"/>
            </w:pPr>
            <w:r>
              <w:rPr>
                <w:sz w:val="14"/>
              </w:rPr>
              <w:t>Our school is in Eastwood.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C7F7D3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7B25EE" w14:textId="5D6AFDB8" w:rsidR="00F878E5" w:rsidRDefault="009B61E1">
            <w:pPr>
              <w:spacing w:after="20"/>
            </w:pPr>
            <w:r>
              <w:rPr>
                <w:sz w:val="14"/>
              </w:rPr>
              <w:t>Odd one out and why? Eastwood, Kimberly and Broxtowe are all towns in Nottinghamshire.</w:t>
            </w:r>
          </w:p>
        </w:tc>
      </w:tr>
      <w:tr w:rsidR="00F878E5" w14:paraId="48DA05A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CD2299" w14:textId="77777777" w:rsidR="00F878E5" w:rsidRDefault="00F17885">
            <w:pPr>
              <w:spacing w:after="20"/>
            </w:pPr>
            <w:r>
              <w:rPr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B4F85D" w14:textId="77777777" w:rsidR="00F878E5" w:rsidRDefault="00F17885">
            <w:pPr>
              <w:spacing w:after="20"/>
            </w:pPr>
            <w:r>
              <w:rPr>
                <w:sz w:val="14"/>
              </w:rPr>
              <w:t>What can you see in our school grounds?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A8C4C6" w14:textId="77777777" w:rsidR="00F878E5" w:rsidRDefault="00F17885">
            <w:pPr>
              <w:spacing w:after="20"/>
            </w:pPr>
            <w:r>
              <w:rPr>
                <w:sz w:val="14"/>
              </w:rPr>
              <w:t>Pupils should name local human or physical features in the school grounds.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91DA96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7B9398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34294D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17FD42" w14:textId="77777777" w:rsidR="00F878E5" w:rsidRDefault="00F17885">
            <w:pPr>
              <w:spacing w:after="20"/>
            </w:pPr>
            <w:r>
              <w:rPr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5BB727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weather like today?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8E157C" w14:textId="77777777" w:rsidR="00F878E5" w:rsidRDefault="00F17885">
            <w:pPr>
              <w:spacing w:after="20"/>
            </w:pPr>
            <w:r>
              <w:rPr>
                <w:sz w:val="14"/>
              </w:rPr>
              <w:t>Weather describes daily conditions such as sunny, rainy, windy, cloudy, hot or cold.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DAE001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D07BC7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weather: definition, characteristics, examples and non-examples.</w:t>
            </w:r>
          </w:p>
        </w:tc>
      </w:tr>
      <w:tr w:rsidR="00F878E5" w14:paraId="6B58516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7D9157" w14:textId="77777777" w:rsidR="00F878E5" w:rsidRDefault="00F17885">
            <w:pPr>
              <w:spacing w:after="20"/>
            </w:pPr>
            <w:r>
              <w:rPr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3D711F" w14:textId="77777777" w:rsidR="00F878E5" w:rsidRDefault="00F17885">
            <w:pPr>
              <w:spacing w:after="20"/>
            </w:pPr>
            <w:r>
              <w:rPr>
                <w:sz w:val="14"/>
              </w:rPr>
              <w:t>What season are we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29AD24" w14:textId="77777777" w:rsidR="00F878E5" w:rsidRDefault="00F17885">
            <w:pPr>
              <w:spacing w:after="20"/>
            </w:pPr>
            <w:r>
              <w:rPr>
                <w:sz w:val="14"/>
              </w:rPr>
              <w:t>Pupils should name the current season: spring, summer, autumn or winter.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E43A16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952925" w14:textId="6FAE18E6" w:rsidR="00F878E5" w:rsidRDefault="006C6619">
            <w:pPr>
              <w:spacing w:after="20"/>
            </w:pPr>
            <w:proofErr w:type="gramStart"/>
            <w:r>
              <w:rPr>
                <w:sz w:val="14"/>
              </w:rPr>
              <w:t>Sometimes, always</w:t>
            </w:r>
            <w:proofErr w:type="gramEnd"/>
            <w:r>
              <w:rPr>
                <w:sz w:val="14"/>
              </w:rPr>
              <w:t>, never- Summer is always the driest time of the year.</w:t>
            </w:r>
          </w:p>
        </w:tc>
      </w:tr>
      <w:tr w:rsidR="00F878E5" w14:paraId="1F55752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791B1" w14:textId="77777777" w:rsidR="00F878E5" w:rsidRDefault="00F17885">
            <w:pPr>
              <w:spacing w:after="20"/>
            </w:pPr>
            <w:r>
              <w:rPr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DD12D6" w14:textId="77777777" w:rsidR="00F878E5" w:rsidRDefault="00F17885">
            <w:pPr>
              <w:spacing w:after="20"/>
            </w:pPr>
            <w:r>
              <w:rPr>
                <w:sz w:val="14"/>
              </w:rPr>
              <w:t>What happens in Autumn?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2865ED" w14:textId="77777777" w:rsidR="00F878E5" w:rsidRDefault="00F17885">
            <w:pPr>
              <w:spacing w:after="20"/>
            </w:pPr>
            <w:r>
              <w:rPr>
                <w:sz w:val="14"/>
              </w:rPr>
              <w:t>In autumn it often gets cooler, leaves may change colour and fall, and days get shorter.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DAE1D4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166CB7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What happens in Autumn.</w:t>
            </w:r>
          </w:p>
        </w:tc>
      </w:tr>
      <w:tr w:rsidR="00F878E5" w14:paraId="2365471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7B6C39" w14:textId="77777777" w:rsidR="00F878E5" w:rsidRDefault="00F17885">
            <w:pPr>
              <w:spacing w:after="20"/>
            </w:pPr>
            <w:r>
              <w:rPr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F39C81" w14:textId="77777777" w:rsidR="00F878E5" w:rsidRDefault="00F17885">
            <w:pPr>
              <w:spacing w:after="20"/>
            </w:pPr>
            <w:r>
              <w:rPr>
                <w:sz w:val="14"/>
              </w:rPr>
              <w:t>What is a globe?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C7B384" w14:textId="77777777" w:rsidR="00F878E5" w:rsidRDefault="00F17885">
            <w:pPr>
              <w:spacing w:after="20"/>
            </w:pPr>
            <w:r>
              <w:rPr>
                <w:sz w:val="14"/>
              </w:rPr>
              <w:t>A globe is a model of the world.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3EA0B3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A7D363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globe, location, and today’s new learning.</w:t>
            </w:r>
          </w:p>
        </w:tc>
      </w:tr>
      <w:tr w:rsidR="00F878E5" w14:paraId="448C923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6449AA" w14:textId="77777777" w:rsidR="00F878E5" w:rsidRDefault="00F17885">
            <w:pPr>
              <w:spacing w:after="20"/>
            </w:pPr>
            <w:r>
              <w:rPr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6AED94" w14:textId="77777777" w:rsidR="00F878E5" w:rsidRDefault="00F17885">
            <w:pPr>
              <w:spacing w:after="20"/>
            </w:pPr>
            <w:r>
              <w:rPr>
                <w:sz w:val="14"/>
              </w:rPr>
              <w:t>What is an atlas?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29131E" w14:textId="77777777" w:rsidR="00F878E5" w:rsidRDefault="00F17885">
            <w:pPr>
              <w:spacing w:after="20"/>
            </w:pPr>
            <w:r>
              <w:rPr>
                <w:sz w:val="14"/>
              </w:rPr>
              <w:t>An atlas is a book or collection of maps.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CF4342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542140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atlas; pupils justify.</w:t>
            </w:r>
          </w:p>
        </w:tc>
      </w:tr>
      <w:tr w:rsidR="00F878E5" w14:paraId="3A0142F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D1BBB1" w14:textId="77777777" w:rsidR="00F878E5" w:rsidRDefault="00F17885">
            <w:pPr>
              <w:spacing w:after="20"/>
            </w:pPr>
            <w:r>
              <w:rPr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1A573C" w14:textId="77777777" w:rsidR="00F878E5" w:rsidRDefault="00F17885">
            <w:pPr>
              <w:spacing w:after="20"/>
            </w:pPr>
            <w:r>
              <w:rPr>
                <w:sz w:val="14"/>
              </w:rPr>
              <w:t>What is a map?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15BC8" w14:textId="77777777" w:rsidR="00F878E5" w:rsidRDefault="00F17885">
            <w:pPr>
              <w:spacing w:after="20"/>
            </w:pPr>
            <w:r>
              <w:rPr>
                <w:sz w:val="14"/>
              </w:rPr>
              <w:t>A map is a drawing or representation of a place from above.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7AF056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62BD33" w14:textId="708E65C3" w:rsidR="00F878E5" w:rsidRDefault="00F17885">
            <w:pPr>
              <w:spacing w:after="20"/>
            </w:pPr>
            <w:r>
              <w:rPr>
                <w:sz w:val="14"/>
              </w:rPr>
              <w:t>Always, sometimes or never? “</w:t>
            </w:r>
            <w:r w:rsidR="006C6619">
              <w:rPr>
                <w:sz w:val="14"/>
              </w:rPr>
              <w:t>A map shows you where a place in the world is</w:t>
            </w:r>
            <w:r>
              <w:rPr>
                <w:sz w:val="14"/>
              </w:rPr>
              <w:t>” Ask pupils to qualify their answer.</w:t>
            </w:r>
          </w:p>
        </w:tc>
      </w:tr>
      <w:tr w:rsidR="00F878E5" w14:paraId="4643261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71E34D" w14:textId="77777777" w:rsidR="00F878E5" w:rsidRDefault="00F17885">
            <w:pPr>
              <w:spacing w:after="20"/>
            </w:pPr>
            <w:r>
              <w:rPr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29F34F" w14:textId="77777777" w:rsidR="00F878E5" w:rsidRDefault="00F17885">
            <w:pPr>
              <w:spacing w:after="20"/>
            </w:pPr>
            <w:r>
              <w:rPr>
                <w:sz w:val="14"/>
              </w:rPr>
              <w:t>Name something you pass on your way to school.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6824F1" w14:textId="77777777" w:rsidR="00F878E5" w:rsidRDefault="00F17885">
            <w:pPr>
              <w:spacing w:after="20"/>
            </w:pPr>
            <w:r>
              <w:rPr>
                <w:sz w:val="14"/>
              </w:rPr>
              <w:t>Pupils should name a feature on their route, such as a road, shop, park or crossing.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5E2C82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DE53D7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6BF510F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180E2E" w14:textId="77777777" w:rsidR="00F878E5" w:rsidRDefault="00F17885">
            <w:pPr>
              <w:spacing w:after="20"/>
            </w:pPr>
            <w:r>
              <w:rPr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E4B06F" w14:textId="77777777" w:rsidR="00F878E5" w:rsidRDefault="00F17885">
            <w:pPr>
              <w:spacing w:after="20"/>
            </w:pPr>
            <w:r>
              <w:rPr>
                <w:sz w:val="14"/>
              </w:rPr>
              <w:t>Name one place in Eastwood.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51753B" w14:textId="77777777" w:rsidR="00F878E5" w:rsidRDefault="00F17885">
            <w:pPr>
              <w:spacing w:after="20"/>
            </w:pPr>
            <w:r>
              <w:rPr>
                <w:sz w:val="14"/>
              </w:rPr>
              <w:t>Accept a specific place in Eastwood, such as the school, a park, shop, road or landmark.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0B2948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3B889F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56D78E7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984EA3" w14:textId="77777777" w:rsidR="00F878E5" w:rsidRDefault="00F17885">
            <w:pPr>
              <w:spacing w:after="20"/>
            </w:pPr>
            <w:r>
              <w:rPr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0D8F90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where we live?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498B0A" w14:textId="77777777" w:rsidR="00F878E5" w:rsidRDefault="00F17885">
            <w:pPr>
              <w:spacing w:after="20"/>
            </w:pPr>
            <w:r>
              <w:rPr>
                <w:sz w:val="14"/>
              </w:rPr>
              <w:t>Pupils should connect Eastwood, England, the UK, local features, maps and weather.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67BEB3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0B981F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where we live.</w:t>
            </w:r>
          </w:p>
        </w:tc>
      </w:tr>
    </w:tbl>
    <w:p w14:paraId="26823837" w14:textId="77777777" w:rsidR="00F878E5" w:rsidRDefault="00F878E5"/>
    <w:p w14:paraId="6CB3518C" w14:textId="030D4BA2" w:rsidR="00F878E5" w:rsidRDefault="00F17885">
      <w:pPr>
        <w:pStyle w:val="Heading2"/>
      </w:pPr>
      <w:r>
        <w:rPr>
          <w:color w:val="1F4E79"/>
        </w:rPr>
        <w:t xml:space="preserve">Year 1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54D2E3F6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4C5136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D44715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B7A886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909DB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8BBCB2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6E5A4AD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803267" w14:textId="77777777" w:rsidR="00F878E5" w:rsidRDefault="00F17885">
            <w:pPr>
              <w:spacing w:after="20"/>
            </w:pPr>
            <w:r>
              <w:rPr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A71B0" w14:textId="77777777" w:rsidR="00F878E5" w:rsidRDefault="00F17885">
            <w:pPr>
              <w:spacing w:after="20"/>
            </w:pPr>
            <w:r>
              <w:rPr>
                <w:sz w:val="14"/>
              </w:rPr>
              <w:t>What country do we live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881F5D" w14:textId="77777777" w:rsidR="00F878E5" w:rsidRDefault="00F17885">
            <w:pPr>
              <w:spacing w:after="20"/>
            </w:pPr>
            <w:r>
              <w:rPr>
                <w:sz w:val="14"/>
              </w:rPr>
              <w:t>We live in the United Kingdom; we are in England.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2815FD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E077A1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country; pupils justify.</w:t>
            </w:r>
          </w:p>
        </w:tc>
      </w:tr>
      <w:tr w:rsidR="00F878E5" w14:paraId="764E26D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F5A439" w14:textId="77777777" w:rsidR="00F878E5" w:rsidRDefault="00F17885">
            <w:pPr>
              <w:spacing w:after="20"/>
            </w:pPr>
            <w:r>
              <w:rPr>
                <w:sz w:val="14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A9E644" w14:textId="77777777" w:rsidR="00F878E5" w:rsidRDefault="00F17885">
            <w:pPr>
              <w:spacing w:after="20"/>
            </w:pPr>
            <w:r>
              <w:rPr>
                <w:sz w:val="14"/>
              </w:rPr>
              <w:t>What is our town called?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F38416" w14:textId="77777777" w:rsidR="00F878E5" w:rsidRDefault="00F17885">
            <w:pPr>
              <w:spacing w:after="20"/>
            </w:pPr>
            <w:r>
              <w:rPr>
                <w:sz w:val="14"/>
              </w:rPr>
              <w:t>Our school is in Eastwood.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1F217A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5404F0" w14:textId="3F5F364A" w:rsidR="00F878E5" w:rsidRDefault="00F878E5">
            <w:pPr>
              <w:spacing w:after="20"/>
            </w:pPr>
          </w:p>
        </w:tc>
      </w:tr>
      <w:tr w:rsidR="00F878E5" w14:paraId="0726CF0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48356" w14:textId="77777777" w:rsidR="00F878E5" w:rsidRDefault="00F17885">
            <w:pPr>
              <w:spacing w:after="20"/>
            </w:pPr>
            <w:r>
              <w:rPr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9F3883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difference between a globe and a map?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47AAE4" w14:textId="77777777" w:rsidR="00F878E5" w:rsidRDefault="00F17885">
            <w:pPr>
              <w:spacing w:after="20"/>
            </w:pPr>
            <w:r>
              <w:rPr>
                <w:sz w:val="14"/>
              </w:rPr>
              <w:t>A globe is a 3D model of Earth; a map shows places on a flat surface.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73DA98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95FD65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map with a related place, feature or concept.</w:t>
            </w:r>
          </w:p>
        </w:tc>
      </w:tr>
      <w:tr w:rsidR="00F878E5" w14:paraId="5FC1146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E20ADF" w14:textId="77777777" w:rsidR="00F878E5" w:rsidRDefault="00F17885">
            <w:pPr>
              <w:spacing w:after="20"/>
            </w:pPr>
            <w:r>
              <w:rPr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C81574" w14:textId="77777777" w:rsidR="00F878E5" w:rsidRDefault="00F17885">
            <w:pPr>
              <w:spacing w:after="20"/>
            </w:pPr>
            <w:r>
              <w:rPr>
                <w:sz w:val="14"/>
              </w:rPr>
              <w:t>What is weather?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EBFA81" w14:textId="77777777" w:rsidR="00F878E5" w:rsidRDefault="00F17885">
            <w:pPr>
              <w:spacing w:after="20"/>
            </w:pPr>
            <w:r>
              <w:rPr>
                <w:sz w:val="14"/>
              </w:rPr>
              <w:t>Weather is the condition of the atmosphere at a particular time, such as rainy or sunny.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F5E7E8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CE55DF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weather: definition, characteristics, examples and non-examples.</w:t>
            </w:r>
          </w:p>
        </w:tc>
      </w:tr>
      <w:tr w:rsidR="00F878E5" w14:paraId="50CFF68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382C01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FCD684" w14:textId="77777777" w:rsidR="00F878E5" w:rsidRDefault="00F17885">
            <w:pPr>
              <w:spacing w:after="20"/>
            </w:pPr>
            <w:r>
              <w:rPr>
                <w:sz w:val="14"/>
              </w:rPr>
              <w:t>What weather symbols do you know?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BE499E" w14:textId="77777777" w:rsidR="00F878E5" w:rsidRDefault="00F17885">
            <w:pPr>
              <w:spacing w:after="20"/>
            </w:pPr>
            <w:r>
              <w:rPr>
                <w:sz w:val="14"/>
              </w:rPr>
              <w:t>Weather symbols represent conditions such as sun, cloud, rain, wind or snow.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1AE6B4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1132A1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weather symbols do you know.</w:t>
            </w:r>
          </w:p>
        </w:tc>
      </w:tr>
      <w:tr w:rsidR="00F878E5" w14:paraId="3C81723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322B34" w14:textId="77777777" w:rsidR="00F878E5" w:rsidRDefault="00F17885">
            <w:pPr>
              <w:spacing w:after="20"/>
            </w:pPr>
            <w:r>
              <w:rPr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B05BA3" w14:textId="77777777" w:rsidR="00F878E5" w:rsidRDefault="00F17885">
            <w:pPr>
              <w:spacing w:after="20"/>
            </w:pPr>
            <w:r>
              <w:rPr>
                <w:sz w:val="14"/>
              </w:rPr>
              <w:t>Which season comes after winter?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B8255B" w14:textId="77777777" w:rsidR="00F878E5" w:rsidRDefault="00F17885">
            <w:pPr>
              <w:spacing w:after="20"/>
            </w:pPr>
            <w:r>
              <w:rPr>
                <w:sz w:val="14"/>
              </w:rPr>
              <w:t>Spring comes after winter.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DBCD3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C1A270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Which season comes after winter.</w:t>
            </w:r>
          </w:p>
        </w:tc>
      </w:tr>
      <w:tr w:rsidR="00F878E5" w14:paraId="4FF08AB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07DA76" w14:textId="77777777" w:rsidR="00F878E5" w:rsidRDefault="00F17885">
            <w:pPr>
              <w:spacing w:after="20"/>
            </w:pPr>
            <w:r>
              <w:rPr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54ADF8" w14:textId="77777777" w:rsidR="00F878E5" w:rsidRDefault="00F17885">
            <w:pPr>
              <w:spacing w:after="20"/>
            </w:pPr>
            <w:r>
              <w:rPr>
                <w:sz w:val="14"/>
              </w:rPr>
              <w:t>What is a 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A2D969" w14:textId="77777777" w:rsidR="00F878E5" w:rsidRDefault="00F17885">
            <w:pPr>
              <w:spacing w:after="20"/>
            </w:pPr>
            <w:r>
              <w:rPr>
                <w:sz w:val="14"/>
              </w:rPr>
              <w:t>A city is a large settlement, often with many people, buildings and services.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7B7493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3406A9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city, location, and today’s new learning.</w:t>
            </w:r>
          </w:p>
        </w:tc>
      </w:tr>
      <w:tr w:rsidR="00F878E5" w14:paraId="1462D5F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074C8D" w14:textId="77777777" w:rsidR="00F878E5" w:rsidRDefault="00F17885">
            <w:pPr>
              <w:spacing w:after="20"/>
            </w:pPr>
            <w:r>
              <w:rPr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109988" w14:textId="77777777" w:rsidR="00F878E5" w:rsidRDefault="00F17885">
            <w:pPr>
              <w:spacing w:after="20"/>
            </w:pPr>
            <w:r>
              <w:rPr>
                <w:sz w:val="14"/>
              </w:rPr>
              <w:t>What is a town?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DEEE37" w14:textId="77777777" w:rsidR="00F878E5" w:rsidRDefault="00F17885">
            <w:pPr>
              <w:spacing w:after="20"/>
            </w:pPr>
            <w:r>
              <w:rPr>
                <w:sz w:val="14"/>
              </w:rPr>
              <w:t>A town is a settlement larger than a village but usually smaller than a city.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659ED4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8B059A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town; pupils justify.</w:t>
            </w:r>
          </w:p>
        </w:tc>
      </w:tr>
      <w:tr w:rsidR="00F878E5" w14:paraId="3EF3E99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B62EBB" w14:textId="77777777" w:rsidR="00F878E5" w:rsidRDefault="00F17885">
            <w:pPr>
              <w:spacing w:after="20"/>
            </w:pPr>
            <w:r>
              <w:rPr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2B8DE8" w14:textId="77777777" w:rsidR="00F878E5" w:rsidRDefault="00F17885">
            <w:pPr>
              <w:spacing w:after="20"/>
            </w:pPr>
            <w:r>
              <w:rPr>
                <w:sz w:val="14"/>
              </w:rPr>
              <w:t>What is a village?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EFCC2F" w14:textId="77777777" w:rsidR="00F878E5" w:rsidRDefault="00F17885">
            <w:pPr>
              <w:spacing w:after="20"/>
            </w:pPr>
            <w:r>
              <w:rPr>
                <w:sz w:val="14"/>
              </w:rPr>
              <w:t>A village is a small settlement, usually smaller than a town.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78E4D1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EEF32D" w14:textId="2F699060" w:rsidR="00F878E5" w:rsidRDefault="00F17885">
            <w:pPr>
              <w:spacing w:after="20"/>
            </w:pPr>
            <w:r>
              <w:rPr>
                <w:sz w:val="14"/>
              </w:rPr>
              <w:t xml:space="preserve">Always, sometimes or never? </w:t>
            </w:r>
            <w:r w:rsidR="006C6619">
              <w:rPr>
                <w:sz w:val="14"/>
              </w:rPr>
              <w:t xml:space="preserve"> </w:t>
            </w:r>
            <w:proofErr w:type="gramStart"/>
            <w:r w:rsidR="006C6619">
              <w:rPr>
                <w:sz w:val="14"/>
              </w:rPr>
              <w:t xml:space="preserve">A </w:t>
            </w:r>
            <w:r>
              <w:rPr>
                <w:sz w:val="14"/>
              </w:rPr>
              <w:t xml:space="preserve"> village</w:t>
            </w:r>
            <w:proofErr w:type="gramEnd"/>
            <w:r w:rsidR="006C6619">
              <w:rPr>
                <w:sz w:val="14"/>
              </w:rPr>
              <w:t xml:space="preserve"> is always smaller than a town.</w:t>
            </w:r>
            <w:r>
              <w:rPr>
                <w:sz w:val="14"/>
              </w:rPr>
              <w:t xml:space="preserve"> Ask pupils to qualify their answer.</w:t>
            </w:r>
          </w:p>
        </w:tc>
      </w:tr>
      <w:tr w:rsidR="00F878E5" w14:paraId="7F2F296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559422" w14:textId="77777777" w:rsidR="00F878E5" w:rsidRDefault="00F17885">
            <w:pPr>
              <w:spacing w:after="20"/>
            </w:pPr>
            <w:r>
              <w:rPr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20B85E" w14:textId="77777777" w:rsidR="00F878E5" w:rsidRDefault="00F17885">
            <w:pPr>
              <w:spacing w:after="20"/>
            </w:pPr>
            <w:r>
              <w:rPr>
                <w:sz w:val="14"/>
              </w:rPr>
              <w:t>Name something built by people in our local area.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4DA3BA" w14:textId="77777777" w:rsidR="00F878E5" w:rsidRDefault="00F17885">
            <w:pPr>
              <w:spacing w:after="20"/>
            </w:pPr>
            <w:r>
              <w:rPr>
                <w:sz w:val="14"/>
              </w:rPr>
              <w:t>A human feature is made or changed by people, such as a road, house, bridge or shop.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8EC52D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2F286F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4315484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5430A7" w14:textId="77777777" w:rsidR="00F878E5" w:rsidRDefault="00F17885">
            <w:pPr>
              <w:spacing w:after="20"/>
            </w:pPr>
            <w:r>
              <w:rPr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DB6795" w14:textId="77777777" w:rsidR="00F878E5" w:rsidRDefault="00F17885">
            <w:pPr>
              <w:spacing w:after="20"/>
            </w:pPr>
            <w:r>
              <w:rPr>
                <w:sz w:val="14"/>
              </w:rPr>
              <w:t>Name something natural in our local area.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21B511" w14:textId="77777777" w:rsidR="00F878E5" w:rsidRDefault="00F17885">
            <w:pPr>
              <w:spacing w:after="20"/>
            </w:pPr>
            <w:r>
              <w:rPr>
                <w:sz w:val="14"/>
              </w:rPr>
              <w:t>A physical feature is natural, such as a river, hill, wood, field or coastline.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2C236B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579C55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39406B6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8214F3" w14:textId="77777777" w:rsidR="00F878E5" w:rsidRDefault="00F17885">
            <w:pPr>
              <w:spacing w:after="20"/>
            </w:pPr>
            <w:r>
              <w:rPr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6A6340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difference between a city, town and village?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6E7833" w14:textId="77777777" w:rsidR="00F878E5" w:rsidRDefault="00F17885">
            <w:pPr>
              <w:spacing w:after="20"/>
            </w:pPr>
            <w:r>
              <w:rPr>
                <w:sz w:val="14"/>
              </w:rPr>
              <w:t>Cities, towns and villages are settlements of different sizes and functions.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06105F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AEF02B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is the difference between a city, town and village.</w:t>
            </w:r>
          </w:p>
        </w:tc>
      </w:tr>
    </w:tbl>
    <w:p w14:paraId="77660B36" w14:textId="77777777" w:rsidR="00F878E5" w:rsidRDefault="00F878E5"/>
    <w:p w14:paraId="20C915EC" w14:textId="301B3E93" w:rsidR="00F878E5" w:rsidRDefault="00F17885">
      <w:pPr>
        <w:pStyle w:val="Heading2"/>
      </w:pPr>
      <w:r>
        <w:rPr>
          <w:color w:val="1F4E79"/>
        </w:rPr>
        <w:t xml:space="preserve">Year 1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6"/>
        <w:gridCol w:w="3106"/>
        <w:gridCol w:w="3106"/>
      </w:tblGrid>
      <w:tr w:rsidR="00F878E5" w14:paraId="66CEA4C6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5AC996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F46AF0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B7652A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B0A5FD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DCE1C8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5696678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942815" w14:textId="77777777" w:rsidR="00F878E5" w:rsidRDefault="00F17885">
            <w:pPr>
              <w:spacing w:after="20"/>
            </w:pPr>
            <w:r>
              <w:rPr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D27389" w14:textId="77777777" w:rsidR="00F878E5" w:rsidRDefault="00F17885">
            <w:pPr>
              <w:spacing w:after="20"/>
            </w:pPr>
            <w:r>
              <w:rPr>
                <w:sz w:val="14"/>
              </w:rPr>
              <w:t>Name one country in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A73AAB" w14:textId="77777777" w:rsidR="00F878E5" w:rsidRDefault="00F17885">
            <w:pPr>
              <w:spacing w:after="20"/>
            </w:pPr>
            <w:r>
              <w:rPr>
                <w:sz w:val="14"/>
              </w:rPr>
              <w:t>The UK countries are England, Scotland, Wales and Northern Ireland.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827B2E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BC4B02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country; pupils justify.</w:t>
            </w:r>
          </w:p>
        </w:tc>
      </w:tr>
      <w:tr w:rsidR="00F878E5" w14:paraId="2379476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0DF9FC" w14:textId="77777777" w:rsidR="00F878E5" w:rsidRDefault="00F17885">
            <w:pPr>
              <w:spacing w:after="20"/>
            </w:pPr>
            <w:r>
              <w:rPr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3C19E1" w14:textId="77777777" w:rsidR="00F878E5" w:rsidRDefault="00F17885">
            <w:pPr>
              <w:spacing w:after="20"/>
            </w:pPr>
            <w:r>
              <w:rPr>
                <w:sz w:val="14"/>
              </w:rPr>
              <w:t>Can you name more than one country in the UK?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B9A4B4" w14:textId="77777777" w:rsidR="00F878E5" w:rsidRDefault="00F17885">
            <w:pPr>
              <w:spacing w:after="20"/>
            </w:pPr>
            <w:r>
              <w:rPr>
                <w:sz w:val="14"/>
              </w:rPr>
              <w:t>The UK countries are England, Scotland, Wales and Northern Ireland.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F070AC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1F43D0" w14:textId="7FD47A5A" w:rsidR="00F878E5" w:rsidRDefault="00F878E5">
            <w:pPr>
              <w:spacing w:after="20"/>
            </w:pPr>
          </w:p>
        </w:tc>
      </w:tr>
      <w:tr w:rsidR="00F878E5" w14:paraId="37DDE34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B5D14C" w14:textId="77777777" w:rsidR="00F878E5" w:rsidRDefault="00F17885">
            <w:pPr>
              <w:spacing w:after="20"/>
            </w:pPr>
            <w:r>
              <w:rPr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2B535D" w14:textId="77777777" w:rsidR="00F878E5" w:rsidRDefault="00F17885">
            <w:pPr>
              <w:spacing w:after="20"/>
            </w:pPr>
            <w:r>
              <w:rPr>
                <w:sz w:val="14"/>
              </w:rPr>
              <w:t>What sea might you find around the UK?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29C8EA" w14:textId="77777777" w:rsidR="00F878E5" w:rsidRDefault="00F17885">
            <w:pPr>
              <w:spacing w:after="20"/>
            </w:pPr>
            <w:r>
              <w:rPr>
                <w:sz w:val="14"/>
              </w:rPr>
              <w:t>Seas around the UK include the North Sea, Irish Sea, English Channel and Atlantic Ocean.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0D8058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016073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304A7ED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643FC1" w14:textId="77777777" w:rsidR="00F878E5" w:rsidRDefault="00F17885">
            <w:pPr>
              <w:spacing w:after="20"/>
            </w:pPr>
            <w:r>
              <w:rPr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EEB4B7" w14:textId="77777777" w:rsidR="00F878E5" w:rsidRDefault="00F17885">
            <w:pPr>
              <w:spacing w:after="20"/>
            </w:pPr>
            <w:r>
              <w:rPr>
                <w:sz w:val="14"/>
              </w:rPr>
              <w:t>What does North mean on a compass?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7B603" w14:textId="77777777" w:rsidR="00F878E5" w:rsidRDefault="00F17885">
            <w:pPr>
              <w:spacing w:after="20"/>
            </w:pPr>
            <w:r>
              <w:rPr>
                <w:sz w:val="14"/>
              </w:rPr>
              <w:t>North is one of the four main compass directions and is opposite south.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2E494A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BE5833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compass: definition, characteristics, examples and non-examples.</w:t>
            </w:r>
          </w:p>
        </w:tc>
      </w:tr>
      <w:tr w:rsidR="00F878E5" w14:paraId="1E43C8E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F09735" w14:textId="77777777" w:rsidR="00F878E5" w:rsidRDefault="00F17885">
            <w:pPr>
              <w:spacing w:after="20"/>
            </w:pPr>
            <w:r>
              <w:rPr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E5A054" w14:textId="77777777" w:rsidR="00F878E5" w:rsidRDefault="00F17885">
            <w:pPr>
              <w:spacing w:after="20"/>
            </w:pPr>
            <w:r>
              <w:rPr>
                <w:sz w:val="14"/>
              </w:rPr>
              <w:t>What does South mean on a compass?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446259" w14:textId="77777777" w:rsidR="00F878E5" w:rsidRDefault="00F17885">
            <w:pPr>
              <w:spacing w:after="20"/>
            </w:pPr>
            <w:r>
              <w:rPr>
                <w:sz w:val="14"/>
              </w:rPr>
              <w:t>South is one of the four main compass directions and is opposite north.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7DD423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401A76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does South mean on a compass.</w:t>
            </w:r>
          </w:p>
        </w:tc>
      </w:tr>
      <w:tr w:rsidR="00F878E5" w14:paraId="1F4B6D3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7E396E" w14:textId="77777777" w:rsidR="00F878E5" w:rsidRDefault="00F17885">
            <w:pPr>
              <w:spacing w:after="20"/>
            </w:pPr>
            <w:r>
              <w:rPr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6DF4B2" w14:textId="77777777" w:rsidR="00F878E5" w:rsidRDefault="00F17885">
            <w:pPr>
              <w:spacing w:after="20"/>
            </w:pPr>
            <w:r>
              <w:rPr>
                <w:sz w:val="14"/>
              </w:rPr>
              <w:t>What does East mean on a compass?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51324C" w14:textId="77777777" w:rsidR="00F878E5" w:rsidRDefault="00F17885">
            <w:pPr>
              <w:spacing w:after="20"/>
            </w:pPr>
            <w:r>
              <w:rPr>
                <w:sz w:val="14"/>
              </w:rPr>
              <w:t>East is one of the four main compass directions and is opposite west.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035B16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CA2DCA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What does East mean on a compass.</w:t>
            </w:r>
          </w:p>
        </w:tc>
      </w:tr>
      <w:tr w:rsidR="00F878E5" w14:paraId="4092BF1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A96764" w14:textId="77777777" w:rsidR="00F878E5" w:rsidRDefault="00F17885">
            <w:pPr>
              <w:spacing w:after="20"/>
            </w:pPr>
            <w:r>
              <w:rPr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F038B4" w14:textId="77777777" w:rsidR="00F878E5" w:rsidRDefault="00F17885">
            <w:pPr>
              <w:spacing w:after="20"/>
            </w:pPr>
            <w:r>
              <w:rPr>
                <w:sz w:val="14"/>
              </w:rPr>
              <w:t>What does West mean on a compass?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BC0EE8" w14:textId="77777777" w:rsidR="00F878E5" w:rsidRDefault="00F17885">
            <w:pPr>
              <w:spacing w:after="20"/>
            </w:pPr>
            <w:r>
              <w:rPr>
                <w:sz w:val="14"/>
              </w:rPr>
              <w:t>West is one of the four main compass directions and is opposite east.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94B8FE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89B287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compass, location, and today’s new learning.</w:t>
            </w:r>
          </w:p>
        </w:tc>
      </w:tr>
      <w:tr w:rsidR="00F878E5" w14:paraId="582DF6D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BA5562" w14:textId="77777777" w:rsidR="00F878E5" w:rsidRDefault="00F17885">
            <w:pPr>
              <w:spacing w:after="20"/>
            </w:pPr>
            <w:r>
              <w:rPr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6A83FD" w14:textId="77777777" w:rsidR="00F878E5" w:rsidRDefault="00F17885">
            <w:pPr>
              <w:spacing w:after="20"/>
            </w:pPr>
            <w:r>
              <w:rPr>
                <w:sz w:val="14"/>
              </w:rPr>
              <w:t>What is a hot place like?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5676A0" w14:textId="77777777" w:rsidR="00F878E5" w:rsidRDefault="00F17885">
            <w:pPr>
              <w:spacing w:after="20"/>
            </w:pPr>
            <w:r>
              <w:rPr>
                <w:sz w:val="14"/>
              </w:rPr>
              <w:t>A hot place usually has high temperatures and may have strong sunshine.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119962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64CD2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geographical word; pupils justify.</w:t>
            </w:r>
          </w:p>
        </w:tc>
      </w:tr>
      <w:tr w:rsidR="00F878E5" w14:paraId="65A27B9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62AAA8" w14:textId="77777777" w:rsidR="00F878E5" w:rsidRDefault="00F17885">
            <w:pPr>
              <w:spacing w:after="20"/>
            </w:pPr>
            <w:r>
              <w:rPr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39DD1A" w14:textId="77777777" w:rsidR="00F878E5" w:rsidRDefault="00F17885">
            <w:pPr>
              <w:spacing w:after="20"/>
            </w:pPr>
            <w:r>
              <w:rPr>
                <w:sz w:val="14"/>
              </w:rPr>
              <w:t>What is a cold place like?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E401D7" w14:textId="77777777" w:rsidR="00F878E5" w:rsidRDefault="00F17885">
            <w:pPr>
              <w:spacing w:after="20"/>
            </w:pPr>
            <w:r>
              <w:rPr>
                <w:sz w:val="14"/>
              </w:rPr>
              <w:t>A cold place usually has low temperatures and may have ice, snow or frost.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277551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CC6098" w14:textId="11288E96" w:rsidR="00F878E5" w:rsidRDefault="00F17885">
            <w:pPr>
              <w:spacing w:after="20"/>
            </w:pPr>
            <w:r>
              <w:rPr>
                <w:sz w:val="14"/>
              </w:rPr>
              <w:t xml:space="preserve">Always, </w:t>
            </w:r>
            <w:r w:rsidR="006C6619">
              <w:rPr>
                <w:sz w:val="14"/>
              </w:rPr>
              <w:t>s</w:t>
            </w:r>
            <w:r>
              <w:rPr>
                <w:sz w:val="14"/>
              </w:rPr>
              <w:t>ometimes or never? “</w:t>
            </w:r>
            <w:r w:rsidR="006C6619">
              <w:rPr>
                <w:sz w:val="14"/>
              </w:rPr>
              <w:t>There is always snow in a cold place</w:t>
            </w:r>
            <w:r>
              <w:rPr>
                <w:sz w:val="14"/>
              </w:rPr>
              <w:t xml:space="preserve">” Ask pupils to qualify their </w:t>
            </w:r>
            <w:r>
              <w:rPr>
                <w:sz w:val="14"/>
              </w:rPr>
              <w:lastRenderedPageBreak/>
              <w:t>answer.</w:t>
            </w:r>
          </w:p>
        </w:tc>
      </w:tr>
      <w:tr w:rsidR="00F878E5" w14:paraId="096E077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6C1790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D0C2A2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Equator?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C79A17" w14:textId="77777777" w:rsidR="00F878E5" w:rsidRDefault="00F17885">
            <w:pPr>
              <w:spacing w:after="20"/>
            </w:pPr>
            <w:r>
              <w:rPr>
                <w:sz w:val="14"/>
              </w:rPr>
              <w:t>The Equator is an imaginary line around the middle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6F4B02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9D5FB9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equator with a related place, feature or concept.</w:t>
            </w:r>
          </w:p>
        </w:tc>
      </w:tr>
      <w:tr w:rsidR="00F878E5" w14:paraId="4CEA915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201540" w14:textId="77777777" w:rsidR="00F878E5" w:rsidRDefault="00F17885">
            <w:pPr>
              <w:spacing w:after="20"/>
            </w:pPr>
            <w:r>
              <w:rPr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DC0F9E" w14:textId="77777777" w:rsidR="00F878E5" w:rsidRDefault="00F17885">
            <w:pPr>
              <w:spacing w:after="20"/>
            </w:pPr>
            <w:r>
              <w:rPr>
                <w:sz w:val="14"/>
              </w:rPr>
              <w:t>What are the North Pole and South Pole?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4FF24C" w14:textId="77777777" w:rsidR="00F878E5" w:rsidRDefault="00F17885">
            <w:pPr>
              <w:spacing w:after="20"/>
            </w:pPr>
            <w:r>
              <w:rPr>
                <w:sz w:val="14"/>
              </w:rPr>
              <w:t>The North Pole and South Pole are at the far north and far south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0F158A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BA375B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3A30E09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D7D841" w14:textId="77777777" w:rsidR="00F878E5" w:rsidRDefault="00F17885">
            <w:pPr>
              <w:spacing w:after="20"/>
            </w:pPr>
            <w:r>
              <w:rPr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902149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the UK, weather, maps and places?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9C80A" w14:textId="77777777" w:rsidR="00F878E5" w:rsidRDefault="00F17885">
            <w:pPr>
              <w:spacing w:after="20"/>
            </w:pPr>
            <w:r>
              <w:rPr>
                <w:sz w:val="14"/>
              </w:rPr>
              <w:t>Pupils should connect the key vocabulary and facts from this term to prior and future learning.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5BC4EF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9EB920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the UK, weather, maps and places.</w:t>
            </w:r>
          </w:p>
        </w:tc>
      </w:tr>
    </w:tbl>
    <w:p w14:paraId="0024D65A" w14:textId="77777777" w:rsidR="00F878E5" w:rsidRDefault="00F878E5"/>
    <w:p w14:paraId="203FF7D7" w14:textId="77777777" w:rsidR="00F878E5" w:rsidRDefault="00F17885">
      <w:r>
        <w:br w:type="page"/>
      </w:r>
    </w:p>
    <w:p w14:paraId="5113AEF9" w14:textId="203C5FA3" w:rsidR="00F878E5" w:rsidRDefault="00F17885">
      <w:pPr>
        <w:pStyle w:val="Heading1"/>
      </w:pPr>
      <w:r>
        <w:rPr>
          <w:color w:val="1F4E79"/>
        </w:rPr>
        <w:lastRenderedPageBreak/>
        <w:t xml:space="preserve">Year 2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6"/>
        <w:gridCol w:w="3106"/>
        <w:gridCol w:w="3106"/>
      </w:tblGrid>
      <w:tr w:rsidR="00F878E5" w14:paraId="6CD95639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2C73B3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5F93C8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B5664E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2818C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D0AF13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0E47740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CDBF51" w14:textId="77777777" w:rsidR="00F878E5" w:rsidRDefault="00F17885">
            <w:pPr>
              <w:spacing w:after="20"/>
            </w:pPr>
            <w:r>
              <w:rPr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3174F2" w14:textId="77777777" w:rsidR="00F878E5" w:rsidRDefault="00F17885">
            <w:pPr>
              <w:spacing w:after="20"/>
            </w:pPr>
            <w:r>
              <w:rPr>
                <w:sz w:val="14"/>
              </w:rPr>
              <w:t>What country do we live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603EAE" w14:textId="77777777" w:rsidR="00F878E5" w:rsidRDefault="00F17885">
            <w:pPr>
              <w:spacing w:after="20"/>
            </w:pPr>
            <w:r>
              <w:rPr>
                <w:sz w:val="14"/>
              </w:rPr>
              <w:t>We live in the United Kingdom; we are in England.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518016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ABB4E5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country; pupils justify.</w:t>
            </w:r>
          </w:p>
        </w:tc>
      </w:tr>
      <w:tr w:rsidR="00F878E5" w14:paraId="4F00486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3C2622" w14:textId="77777777" w:rsidR="00F878E5" w:rsidRDefault="00F17885">
            <w:pPr>
              <w:spacing w:after="20"/>
            </w:pPr>
            <w:r>
              <w:rPr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8FD985" w14:textId="77777777" w:rsidR="00F878E5" w:rsidRDefault="00F17885">
            <w:pPr>
              <w:spacing w:after="20"/>
            </w:pPr>
            <w:r>
              <w:rPr>
                <w:sz w:val="14"/>
              </w:rPr>
              <w:t>What town is our school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987DC3" w14:textId="77777777" w:rsidR="00F878E5" w:rsidRDefault="00F17885">
            <w:pPr>
              <w:spacing w:after="20"/>
            </w:pPr>
            <w:r>
              <w:rPr>
                <w:sz w:val="14"/>
              </w:rPr>
              <w:t>Our school is in Eastwood.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1D6F63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472918" w14:textId="5BF2C611" w:rsidR="00F878E5" w:rsidRDefault="00F878E5">
            <w:pPr>
              <w:spacing w:after="20"/>
            </w:pPr>
          </w:p>
        </w:tc>
      </w:tr>
      <w:tr w:rsidR="00F878E5" w14:paraId="7CEB260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E734BE" w14:textId="77777777" w:rsidR="00F878E5" w:rsidRDefault="00F17885">
            <w:pPr>
              <w:spacing w:after="20"/>
            </w:pPr>
            <w:r>
              <w:rPr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DF513D" w14:textId="77777777" w:rsidR="00F878E5" w:rsidRDefault="00F17885">
            <w:pPr>
              <w:spacing w:after="20"/>
            </w:pPr>
            <w:r>
              <w:rPr>
                <w:sz w:val="14"/>
              </w:rPr>
              <w:t>What is a map?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3C606F" w14:textId="77777777" w:rsidR="00F878E5" w:rsidRDefault="00F17885">
            <w:pPr>
              <w:spacing w:after="20"/>
            </w:pPr>
            <w:r>
              <w:rPr>
                <w:sz w:val="14"/>
              </w:rPr>
              <w:t>A map is a drawing or representation of a place from above.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C62E9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7B3D4A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map with a related place, feature or concept.</w:t>
            </w:r>
          </w:p>
        </w:tc>
      </w:tr>
      <w:tr w:rsidR="00F878E5" w14:paraId="31AAE2B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1E0ABE" w14:textId="77777777" w:rsidR="00F878E5" w:rsidRDefault="00F17885">
            <w:pPr>
              <w:spacing w:after="20"/>
            </w:pPr>
            <w:r>
              <w:rPr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F0A24" w14:textId="77777777" w:rsidR="00F878E5" w:rsidRDefault="00F17885">
            <w:pPr>
              <w:spacing w:after="20"/>
            </w:pPr>
            <w:r>
              <w:rPr>
                <w:sz w:val="14"/>
              </w:rPr>
              <w:t>What is a globe?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84EF3A" w14:textId="77777777" w:rsidR="00F878E5" w:rsidRDefault="00F17885">
            <w:pPr>
              <w:spacing w:after="20"/>
            </w:pPr>
            <w:r>
              <w:rPr>
                <w:sz w:val="14"/>
              </w:rPr>
              <w:t>A globe is a model of the world.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DA707E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1A653F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globe: definition, characteristics, examples and non-examples.</w:t>
            </w:r>
          </w:p>
        </w:tc>
      </w:tr>
      <w:tr w:rsidR="00F878E5" w14:paraId="5C9C09D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C7CB71" w14:textId="77777777" w:rsidR="00F878E5" w:rsidRDefault="00F17885">
            <w:pPr>
              <w:spacing w:after="20"/>
            </w:pPr>
            <w:r>
              <w:rPr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D45C6F" w14:textId="77777777" w:rsidR="00F878E5" w:rsidRDefault="00F17885">
            <w:pPr>
              <w:spacing w:after="20"/>
            </w:pPr>
            <w:r>
              <w:rPr>
                <w:sz w:val="14"/>
              </w:rPr>
              <w:t>What is an atlas?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EAD282" w14:textId="77777777" w:rsidR="00F878E5" w:rsidRDefault="00F17885">
            <w:pPr>
              <w:spacing w:after="20"/>
            </w:pPr>
            <w:r>
              <w:rPr>
                <w:sz w:val="14"/>
              </w:rPr>
              <w:t>An atlas is a book or collection of maps.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9AAA4F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844D73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is an atlas.</w:t>
            </w:r>
          </w:p>
        </w:tc>
      </w:tr>
      <w:tr w:rsidR="00F878E5" w14:paraId="3DD6CBC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319D58" w14:textId="77777777" w:rsidR="00F878E5" w:rsidRDefault="00F17885">
            <w:pPr>
              <w:spacing w:after="20"/>
            </w:pPr>
            <w:r>
              <w:rPr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6E33ED" w14:textId="77777777" w:rsidR="00F878E5" w:rsidRDefault="00F17885">
            <w:pPr>
              <w:spacing w:after="20"/>
            </w:pPr>
            <w:r>
              <w:rPr>
                <w:sz w:val="14"/>
              </w:rPr>
              <w:t>What is weather?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CAE7B6" w14:textId="77777777" w:rsidR="00F878E5" w:rsidRDefault="00F17885">
            <w:pPr>
              <w:spacing w:after="20"/>
            </w:pPr>
            <w:r>
              <w:rPr>
                <w:sz w:val="14"/>
              </w:rPr>
              <w:t>Weather is the condition of the atmosphere at a particular time, such as rainy or sunny.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27F813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64CB45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What is weather.</w:t>
            </w:r>
          </w:p>
        </w:tc>
      </w:tr>
      <w:tr w:rsidR="00F878E5" w14:paraId="10C5E58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54E749" w14:textId="77777777" w:rsidR="00F878E5" w:rsidRDefault="00F17885">
            <w:pPr>
              <w:spacing w:after="20"/>
            </w:pPr>
            <w:r>
              <w:rPr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9D2BA" w14:textId="77777777" w:rsidR="00F878E5" w:rsidRDefault="00F17885">
            <w:pPr>
              <w:spacing w:after="20"/>
            </w:pPr>
            <w:r>
              <w:rPr>
                <w:sz w:val="14"/>
              </w:rPr>
              <w:t>What are the four seasons?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562979" w14:textId="77777777" w:rsidR="00F878E5" w:rsidRDefault="00F17885">
            <w:pPr>
              <w:spacing w:after="20"/>
            </w:pPr>
            <w:r>
              <w:rPr>
                <w:sz w:val="14"/>
              </w:rPr>
              <w:t>Pupils should recall the precise geographical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81E331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F5BFA5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season, location, and today’s new learning.</w:t>
            </w:r>
          </w:p>
        </w:tc>
      </w:tr>
      <w:tr w:rsidR="00F878E5" w14:paraId="28EDFE4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040613" w14:textId="77777777" w:rsidR="00F878E5" w:rsidRDefault="00F17885">
            <w:pPr>
              <w:spacing w:after="20"/>
            </w:pPr>
            <w:r>
              <w:rPr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69D50E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difference between hot and cold weather?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1F3EDF" w14:textId="77777777" w:rsidR="00F878E5" w:rsidRDefault="00F17885">
            <w:pPr>
              <w:spacing w:after="20"/>
            </w:pPr>
            <w:r>
              <w:rPr>
                <w:sz w:val="14"/>
              </w:rPr>
              <w:t>Pupils should recall the precise geographical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BBC11D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EC2FAE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weather; pupils justify.</w:t>
            </w:r>
          </w:p>
        </w:tc>
      </w:tr>
      <w:tr w:rsidR="00F878E5" w14:paraId="2908927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3FD2F6" w14:textId="77777777" w:rsidR="00F878E5" w:rsidRDefault="00F17885">
            <w:pPr>
              <w:spacing w:after="20"/>
            </w:pPr>
            <w:r>
              <w:rPr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8D0EEC" w14:textId="77777777" w:rsidR="00F878E5" w:rsidRDefault="00F17885">
            <w:pPr>
              <w:spacing w:after="20"/>
            </w:pPr>
            <w:r>
              <w:rPr>
                <w:sz w:val="14"/>
              </w:rPr>
              <w:t>What is a 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822842" w14:textId="77777777" w:rsidR="00F878E5" w:rsidRDefault="00F17885">
            <w:pPr>
              <w:spacing w:after="20"/>
            </w:pPr>
            <w:r>
              <w:rPr>
                <w:sz w:val="14"/>
              </w:rPr>
              <w:t>A city is a large settlement, often with many people, buildings and services.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4F527A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1BFEBF" w14:textId="08F291E0" w:rsidR="00F878E5" w:rsidRDefault="006C6619">
            <w:pPr>
              <w:spacing w:after="20"/>
            </w:pPr>
            <w:r>
              <w:rPr>
                <w:sz w:val="14"/>
              </w:rPr>
              <w:t>Double bubble- Town and City</w:t>
            </w:r>
          </w:p>
        </w:tc>
      </w:tr>
      <w:tr w:rsidR="00F878E5" w14:paraId="52CAB8B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E8D2F3" w14:textId="77777777" w:rsidR="00F878E5" w:rsidRDefault="00F17885">
            <w:pPr>
              <w:spacing w:after="20"/>
            </w:pPr>
            <w:r>
              <w:rPr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F192B0" w14:textId="77777777" w:rsidR="00F878E5" w:rsidRDefault="00F17885">
            <w:pPr>
              <w:spacing w:after="20"/>
            </w:pPr>
            <w:r>
              <w:rPr>
                <w:sz w:val="14"/>
              </w:rPr>
              <w:t>What is a town?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953EAF" w14:textId="77777777" w:rsidR="00F878E5" w:rsidRDefault="00F17885">
            <w:pPr>
              <w:spacing w:after="20"/>
            </w:pPr>
            <w:r>
              <w:rPr>
                <w:sz w:val="14"/>
              </w:rPr>
              <w:t>A town is a settlement larger than a village but usually smaller than a city.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9283C3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D58E8F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town with a related place, feature or concept.</w:t>
            </w:r>
          </w:p>
        </w:tc>
      </w:tr>
      <w:tr w:rsidR="00F878E5" w14:paraId="4AA9448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1C8012" w14:textId="77777777" w:rsidR="00F878E5" w:rsidRDefault="00F17885">
            <w:pPr>
              <w:spacing w:after="20"/>
            </w:pPr>
            <w:r>
              <w:rPr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6A1299" w14:textId="77777777" w:rsidR="00F878E5" w:rsidRDefault="00F17885">
            <w:pPr>
              <w:spacing w:after="20"/>
            </w:pPr>
            <w:r>
              <w:rPr>
                <w:sz w:val="14"/>
              </w:rPr>
              <w:t>What is a village?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584C2D" w14:textId="77777777" w:rsidR="00F878E5" w:rsidRDefault="00F17885">
            <w:pPr>
              <w:spacing w:after="20"/>
            </w:pPr>
            <w:r>
              <w:rPr>
                <w:sz w:val="14"/>
              </w:rPr>
              <w:t>A village is a small settlement, usually smaller than a town.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6F36F6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9C4254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village: definition, characteristics, examples and non-examples.</w:t>
            </w:r>
          </w:p>
        </w:tc>
      </w:tr>
      <w:tr w:rsidR="00F878E5" w14:paraId="16204D2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B6580A" w14:textId="77777777" w:rsidR="00F878E5" w:rsidRDefault="00F17885">
            <w:pPr>
              <w:spacing w:after="20"/>
            </w:pPr>
            <w:r>
              <w:rPr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5C5A8A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the UK, maps, weather and places?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0A30FC" w14:textId="77777777" w:rsidR="00F878E5" w:rsidRDefault="00F17885">
            <w:pPr>
              <w:spacing w:after="20"/>
            </w:pPr>
            <w:r>
              <w:rPr>
                <w:sz w:val="14"/>
              </w:rPr>
              <w:t>Pupils should connect the key vocabulary and facts from this term to prior and future learning.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05E6A6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6E437F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the UK, maps, weather and places.</w:t>
            </w:r>
          </w:p>
        </w:tc>
      </w:tr>
    </w:tbl>
    <w:p w14:paraId="703BDDB3" w14:textId="77777777" w:rsidR="00F878E5" w:rsidRDefault="00F878E5"/>
    <w:p w14:paraId="43B51FC0" w14:textId="472DAD52" w:rsidR="00F878E5" w:rsidRDefault="00F17885">
      <w:pPr>
        <w:pStyle w:val="Heading2"/>
      </w:pPr>
      <w:r>
        <w:rPr>
          <w:color w:val="1F4E79"/>
        </w:rPr>
        <w:t xml:space="preserve">Year 2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47B58714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8FEF2E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D776CD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F56E11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8C429E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E462F8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1A53B58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0BF2F1" w14:textId="77777777" w:rsidR="00F878E5" w:rsidRDefault="00F17885">
            <w:pPr>
              <w:spacing w:after="20"/>
            </w:pPr>
            <w:r>
              <w:rPr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3D7DF" w14:textId="77777777" w:rsidR="00F878E5" w:rsidRDefault="00F17885">
            <w:pPr>
              <w:spacing w:after="20"/>
            </w:pPr>
            <w:r>
              <w:rPr>
                <w:sz w:val="14"/>
              </w:rPr>
              <w:t>Name the four countries of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2D7B6D" w14:textId="77777777" w:rsidR="00F878E5" w:rsidRDefault="00F17885">
            <w:pPr>
              <w:spacing w:after="20"/>
            </w:pPr>
            <w:r>
              <w:rPr>
                <w:sz w:val="14"/>
              </w:rPr>
              <w:t>The four UK countries are England, Scotland, Wales and Northern Ireland.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E4D046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16F8CD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geographical word; pupils justify.</w:t>
            </w:r>
          </w:p>
        </w:tc>
      </w:tr>
      <w:tr w:rsidR="00F878E5" w14:paraId="1218413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68BD57" w14:textId="77777777" w:rsidR="00F878E5" w:rsidRDefault="00F17885">
            <w:pPr>
              <w:spacing w:after="20"/>
            </w:pPr>
            <w:r>
              <w:rPr>
                <w:sz w:val="14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34614A" w14:textId="77777777" w:rsidR="00F878E5" w:rsidRDefault="00F17885">
            <w:pPr>
              <w:spacing w:after="20"/>
            </w:pPr>
            <w:r>
              <w:rPr>
                <w:sz w:val="14"/>
              </w:rPr>
              <w:t>Which country of the UK do we live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850D94" w14:textId="77777777" w:rsidR="00F878E5" w:rsidRDefault="00F17885">
            <w:pPr>
              <w:spacing w:after="20"/>
            </w:pPr>
            <w:r>
              <w:rPr>
                <w:sz w:val="14"/>
              </w:rPr>
              <w:t>We live in England.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66BB5D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2E9509" w14:textId="5CD2F213" w:rsidR="00F878E5" w:rsidRDefault="00F878E5">
            <w:pPr>
              <w:spacing w:after="20"/>
            </w:pPr>
          </w:p>
        </w:tc>
      </w:tr>
      <w:tr w:rsidR="00F878E5" w14:paraId="0EA8D80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8B286F" w14:textId="77777777" w:rsidR="00F878E5" w:rsidRDefault="00F17885">
            <w:pPr>
              <w:spacing w:after="20"/>
            </w:pPr>
            <w:r>
              <w:rPr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9B0669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capital city of England?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51CD0E" w14:textId="77777777" w:rsidR="00F878E5" w:rsidRDefault="00F17885">
            <w:pPr>
              <w:spacing w:after="20"/>
            </w:pPr>
            <w:r>
              <w:rPr>
                <w:sz w:val="14"/>
              </w:rPr>
              <w:t>London is the capital city of England.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343C92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048680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city with a related place, feature or concept.</w:t>
            </w:r>
          </w:p>
        </w:tc>
      </w:tr>
      <w:tr w:rsidR="00F878E5" w14:paraId="4ECCF90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757F27" w14:textId="77777777" w:rsidR="00F878E5" w:rsidRDefault="00F17885">
            <w:pPr>
              <w:spacing w:after="20"/>
            </w:pPr>
            <w:r>
              <w:rPr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9BF4D9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capital city of Scotland?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0D2870" w14:textId="77777777" w:rsidR="00F878E5" w:rsidRDefault="00F17885">
            <w:pPr>
              <w:spacing w:after="20"/>
            </w:pPr>
            <w:r>
              <w:rPr>
                <w:sz w:val="14"/>
              </w:rPr>
              <w:t>Edinburgh is the capital city of Scotland.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D5110D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FBFAB0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city: definition, characteristics, examples and non-examples.</w:t>
            </w:r>
          </w:p>
        </w:tc>
      </w:tr>
      <w:tr w:rsidR="00F878E5" w14:paraId="778A381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7B034C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3A4E75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capital city of Wales?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E09BCB" w14:textId="77777777" w:rsidR="00F878E5" w:rsidRDefault="00F17885">
            <w:pPr>
              <w:spacing w:after="20"/>
            </w:pPr>
            <w:r>
              <w:rPr>
                <w:sz w:val="14"/>
              </w:rPr>
              <w:t>Cardiff is the capital city of Wales.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5AAEB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3AA9A0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is the capital city of Wales.</w:t>
            </w:r>
          </w:p>
        </w:tc>
      </w:tr>
      <w:tr w:rsidR="00F878E5" w14:paraId="19B6FA7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95BA6C" w14:textId="77777777" w:rsidR="00F878E5" w:rsidRDefault="00F17885">
            <w:pPr>
              <w:spacing w:after="20"/>
            </w:pPr>
            <w:r>
              <w:rPr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1D7768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capital city of Northern Ireland?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7AB721" w14:textId="77777777" w:rsidR="00F878E5" w:rsidRDefault="00F17885">
            <w:pPr>
              <w:spacing w:after="20"/>
            </w:pPr>
            <w:r>
              <w:rPr>
                <w:sz w:val="14"/>
              </w:rPr>
              <w:t>Belfast is the capital city of Northern Ireland.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D071D6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ABFA88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What is the capital city of Northern Ireland.</w:t>
            </w:r>
          </w:p>
        </w:tc>
      </w:tr>
      <w:tr w:rsidR="00F878E5" w14:paraId="51D91CB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B27C06" w14:textId="77777777" w:rsidR="00F878E5" w:rsidRDefault="00F17885">
            <w:pPr>
              <w:spacing w:after="20"/>
            </w:pPr>
            <w:r>
              <w:rPr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CA3C9" w14:textId="77777777" w:rsidR="00F878E5" w:rsidRDefault="00F17885">
            <w:pPr>
              <w:spacing w:after="20"/>
            </w:pPr>
            <w:r>
              <w:rPr>
                <w:sz w:val="14"/>
              </w:rPr>
              <w:t>Name one sea around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3412EF" w14:textId="77777777" w:rsidR="00F878E5" w:rsidRDefault="00F17885">
            <w:pPr>
              <w:spacing w:after="20"/>
            </w:pPr>
            <w:r>
              <w:rPr>
                <w:sz w:val="14"/>
              </w:rPr>
              <w:t>Seas around the UK include the North Sea, Irish Sea, English Channel and Atlantic Ocean.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C74E83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1BE2D1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geographical word, location, and today’s new learning.</w:t>
            </w:r>
          </w:p>
        </w:tc>
      </w:tr>
      <w:tr w:rsidR="00F878E5" w14:paraId="2922C3B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2F08C0" w14:textId="77777777" w:rsidR="00F878E5" w:rsidRDefault="00F17885">
            <w:pPr>
              <w:spacing w:after="20"/>
            </w:pPr>
            <w:r>
              <w:rPr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6F5BAE" w14:textId="77777777" w:rsidR="00F878E5" w:rsidRDefault="00F17885">
            <w:pPr>
              <w:spacing w:after="20"/>
            </w:pPr>
            <w:r>
              <w:rPr>
                <w:sz w:val="14"/>
              </w:rPr>
              <w:t>Can you name more than one sea around the UK?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1D0950" w14:textId="77777777" w:rsidR="00F878E5" w:rsidRDefault="00F17885">
            <w:pPr>
              <w:spacing w:after="20"/>
            </w:pPr>
            <w:r>
              <w:rPr>
                <w:sz w:val="14"/>
              </w:rPr>
              <w:t>Seas around the UK include the North Sea, Irish Sea, English Channel and Atlantic Ocean.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FB1981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0E42BA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geographical word; pupils justify.</w:t>
            </w:r>
          </w:p>
        </w:tc>
      </w:tr>
      <w:tr w:rsidR="00F878E5" w14:paraId="13347F2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BC38A0" w14:textId="77777777" w:rsidR="00F878E5" w:rsidRDefault="00F17885">
            <w:pPr>
              <w:spacing w:after="20"/>
            </w:pPr>
            <w:r>
              <w:rPr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D51B7C" w14:textId="77777777" w:rsidR="00F878E5" w:rsidRDefault="00F17885">
            <w:pPr>
              <w:spacing w:after="20"/>
            </w:pPr>
            <w:r>
              <w:rPr>
                <w:sz w:val="14"/>
              </w:rPr>
              <w:t>What is a human feature?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8C10DA" w14:textId="77777777" w:rsidR="00F878E5" w:rsidRDefault="00F17885">
            <w:pPr>
              <w:spacing w:after="20"/>
            </w:pPr>
            <w:r>
              <w:rPr>
                <w:sz w:val="14"/>
              </w:rPr>
              <w:t>A human feature is made or changed by people, such as a road, house, bridge or shop.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6F6CDC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B022D1" w14:textId="36467FB9" w:rsidR="00F878E5" w:rsidRDefault="00F17885">
            <w:pPr>
              <w:spacing w:after="20"/>
            </w:pPr>
            <w:r>
              <w:rPr>
                <w:sz w:val="14"/>
              </w:rPr>
              <w:t>Always, sometimes or never? “</w:t>
            </w:r>
            <w:r w:rsidR="006C6619">
              <w:rPr>
                <w:sz w:val="14"/>
              </w:rPr>
              <w:t xml:space="preserve">A hill is a physical </w:t>
            </w:r>
            <w:proofErr w:type="spellStart"/>
            <w:r w:rsidR="006C6619">
              <w:rPr>
                <w:sz w:val="14"/>
              </w:rPr>
              <w:t>featyre</w:t>
            </w:r>
            <w:proofErr w:type="spellEnd"/>
            <w:r w:rsidR="006C6619">
              <w:rPr>
                <w:sz w:val="14"/>
              </w:rPr>
              <w:t xml:space="preserve">’ </w:t>
            </w:r>
            <w:r>
              <w:rPr>
                <w:sz w:val="14"/>
              </w:rPr>
              <w:t>Ask pupils to qualify their answer.</w:t>
            </w:r>
          </w:p>
        </w:tc>
      </w:tr>
      <w:tr w:rsidR="00F878E5" w14:paraId="18554AC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FF8D41" w14:textId="77777777" w:rsidR="00F878E5" w:rsidRDefault="00F17885">
            <w:pPr>
              <w:spacing w:after="20"/>
            </w:pPr>
            <w:r>
              <w:rPr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DAE162" w14:textId="77777777" w:rsidR="00F878E5" w:rsidRDefault="00F17885">
            <w:pPr>
              <w:spacing w:after="20"/>
            </w:pPr>
            <w:r>
              <w:rPr>
                <w:sz w:val="14"/>
              </w:rPr>
              <w:t>What is a physical feature?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056697" w14:textId="77777777" w:rsidR="00F878E5" w:rsidRDefault="00F17885">
            <w:pPr>
              <w:spacing w:after="20"/>
            </w:pPr>
            <w:r>
              <w:rPr>
                <w:sz w:val="14"/>
              </w:rPr>
              <w:t>A physical feature is natural, such as a river, hill, wood, field or coastline.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3D573E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48BBB2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3A57C01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233141" w14:textId="77777777" w:rsidR="00F878E5" w:rsidRDefault="00F17885">
            <w:pPr>
              <w:spacing w:after="20"/>
            </w:pPr>
            <w:r>
              <w:rPr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255D7C" w14:textId="77777777" w:rsidR="00F878E5" w:rsidRDefault="00F17885">
            <w:pPr>
              <w:spacing w:after="20"/>
            </w:pPr>
            <w:r>
              <w:rPr>
                <w:sz w:val="14"/>
              </w:rPr>
              <w:t>Name one human feature and one physical feature.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8033D7" w14:textId="77777777" w:rsidR="00F878E5" w:rsidRDefault="00F17885">
            <w:pPr>
              <w:spacing w:after="20"/>
            </w:pPr>
            <w:r>
              <w:rPr>
                <w:sz w:val="14"/>
              </w:rPr>
              <w:t>Pupils should recall the precise geographical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51981E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45AF03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6D8C44D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70D618" w14:textId="77777777" w:rsidR="00F878E5" w:rsidRDefault="00F17885">
            <w:pPr>
              <w:spacing w:after="20"/>
            </w:pPr>
            <w:r>
              <w:rPr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D24936" w14:textId="77777777" w:rsidR="00F878E5" w:rsidRDefault="00F17885">
            <w:pPr>
              <w:spacing w:after="20"/>
            </w:pPr>
            <w:r>
              <w:rPr>
                <w:sz w:val="14"/>
              </w:rPr>
              <w:t>Name the UK countries, their capital cities and one surrounding sea.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4F6512" w14:textId="77777777" w:rsidR="00F878E5" w:rsidRDefault="00F17885">
            <w:pPr>
              <w:spacing w:after="20"/>
            </w:pPr>
            <w:r>
              <w:rPr>
                <w:sz w:val="14"/>
              </w:rPr>
              <w:t>England-London, Scotland-Edinburgh, Wales-Cardiff, Northern Ireland-Belfast; pupils should also name a surrounding sea.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E5562D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7F91A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Name the UK countries, their capital cities and one surrounding sea..</w:t>
            </w:r>
          </w:p>
        </w:tc>
      </w:tr>
    </w:tbl>
    <w:p w14:paraId="3939E99C" w14:textId="77777777" w:rsidR="00F878E5" w:rsidRDefault="00F878E5"/>
    <w:p w14:paraId="7DC3E919" w14:textId="3E5EEE5B" w:rsidR="00F878E5" w:rsidRDefault="00F17885">
      <w:pPr>
        <w:pStyle w:val="Heading2"/>
      </w:pPr>
      <w:r>
        <w:rPr>
          <w:color w:val="1F4E79"/>
        </w:rPr>
        <w:t xml:space="preserve">Year 2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343F0E8C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D265B5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94B3E3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C5CADA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0400A9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9A29B7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58AEC45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1DEC1F" w14:textId="77777777" w:rsidR="00F878E5" w:rsidRDefault="00F17885">
            <w:pPr>
              <w:spacing w:after="20"/>
            </w:pPr>
            <w:r>
              <w:rPr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8443F" w14:textId="77777777" w:rsidR="00F878E5" w:rsidRDefault="00F17885">
            <w:pPr>
              <w:spacing w:after="20"/>
            </w:pPr>
            <w:r>
              <w:rPr>
                <w:sz w:val="14"/>
              </w:rPr>
              <w:t>What is a continent?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5ED66A" w14:textId="77777777" w:rsidR="00F878E5" w:rsidRDefault="00F17885">
            <w:pPr>
              <w:spacing w:after="20"/>
            </w:pPr>
            <w:r>
              <w:rPr>
                <w:sz w:val="14"/>
              </w:rPr>
              <w:t>A continent is a very large area of 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547CD3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456133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continent; pupils justify.</w:t>
            </w:r>
          </w:p>
        </w:tc>
      </w:tr>
      <w:tr w:rsidR="00F878E5" w14:paraId="3EB2A6D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AFC74D" w14:textId="77777777" w:rsidR="00F878E5" w:rsidRDefault="00F17885">
            <w:pPr>
              <w:spacing w:after="20"/>
            </w:pPr>
            <w:r>
              <w:rPr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7DB28F" w14:textId="77777777" w:rsidR="00F878E5" w:rsidRDefault="00F17885">
            <w:pPr>
              <w:spacing w:after="20"/>
            </w:pPr>
            <w:r>
              <w:rPr>
                <w:sz w:val="14"/>
              </w:rPr>
              <w:t>Name two continents.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37ECC4" w14:textId="77777777" w:rsidR="00F878E5" w:rsidRDefault="00F17885">
            <w:pPr>
              <w:spacing w:after="20"/>
            </w:pPr>
            <w:r>
              <w:rPr>
                <w:sz w:val="14"/>
              </w:rPr>
              <w:t>Examples include Europe, Africa, Asia, North America, South America, Antarctica and Oceania.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830CB8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8BCFE0" w14:textId="6B31169C" w:rsidR="00F878E5" w:rsidRDefault="006C6619">
            <w:pPr>
              <w:spacing w:after="20"/>
            </w:pPr>
            <w:r>
              <w:rPr>
                <w:sz w:val="14"/>
              </w:rPr>
              <w:t xml:space="preserve">Egypt is in Africa- Sometimes, </w:t>
            </w:r>
            <w:proofErr w:type="gramStart"/>
            <w:r>
              <w:rPr>
                <w:sz w:val="14"/>
              </w:rPr>
              <w:t>Always</w:t>
            </w:r>
            <w:proofErr w:type="gramEnd"/>
            <w:r>
              <w:rPr>
                <w:sz w:val="14"/>
              </w:rPr>
              <w:t xml:space="preserve"> never</w:t>
            </w:r>
          </w:p>
        </w:tc>
      </w:tr>
      <w:tr w:rsidR="00F878E5" w14:paraId="4D83033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B706ED" w14:textId="77777777" w:rsidR="00F878E5" w:rsidRDefault="00F17885">
            <w:pPr>
              <w:spacing w:after="20"/>
            </w:pPr>
            <w:r>
              <w:rPr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91B23A" w14:textId="77777777" w:rsidR="00F878E5" w:rsidRDefault="00F17885">
            <w:pPr>
              <w:spacing w:after="20"/>
            </w:pPr>
            <w:r>
              <w:rPr>
                <w:sz w:val="14"/>
              </w:rPr>
              <w:t>Can you name all seven continents?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6F25C5" w14:textId="77777777" w:rsidR="00F878E5" w:rsidRDefault="00F17885">
            <w:pPr>
              <w:spacing w:after="20"/>
            </w:pPr>
            <w:r>
              <w:rPr>
                <w:sz w:val="14"/>
              </w:rPr>
              <w:t>The seven continents are Europe, Africa, Asia, North America, South America, Antarctica and Oceania.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08FA71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7C8EE7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continent with a related place, feature or concept.</w:t>
            </w:r>
          </w:p>
        </w:tc>
      </w:tr>
      <w:tr w:rsidR="00F878E5" w14:paraId="2C292A6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1E4F62" w14:textId="77777777" w:rsidR="00F878E5" w:rsidRDefault="00F17885">
            <w:pPr>
              <w:spacing w:after="20"/>
            </w:pPr>
            <w:r>
              <w:rPr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D8419C" w14:textId="77777777" w:rsidR="00F878E5" w:rsidRDefault="00F17885">
            <w:pPr>
              <w:spacing w:after="20"/>
            </w:pPr>
            <w:r>
              <w:rPr>
                <w:sz w:val="14"/>
              </w:rPr>
              <w:t>What is an ocean?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59E3CC" w14:textId="77777777" w:rsidR="00F878E5" w:rsidRDefault="00F17885">
            <w:pPr>
              <w:spacing w:after="20"/>
            </w:pPr>
            <w:r>
              <w:rPr>
                <w:sz w:val="14"/>
              </w:rPr>
              <w:t>An ocean is a very large body of salt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84F90D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534FCD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ocean: definition, characteristics, examples and non-examples.</w:t>
            </w:r>
          </w:p>
        </w:tc>
      </w:tr>
      <w:tr w:rsidR="00F878E5" w14:paraId="2CA2559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4CEE2A" w14:textId="77777777" w:rsidR="00F878E5" w:rsidRDefault="00F17885">
            <w:pPr>
              <w:spacing w:after="20"/>
            </w:pPr>
            <w:r>
              <w:rPr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5989F1" w14:textId="77777777" w:rsidR="00F878E5" w:rsidRDefault="00F17885">
            <w:pPr>
              <w:spacing w:after="20"/>
            </w:pPr>
            <w:r>
              <w:rPr>
                <w:sz w:val="14"/>
              </w:rPr>
              <w:t>Name two oceans.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0D9D5F" w14:textId="77777777" w:rsidR="00F878E5" w:rsidRDefault="00F17885">
            <w:pPr>
              <w:spacing w:after="20"/>
            </w:pPr>
            <w:r>
              <w:rPr>
                <w:sz w:val="14"/>
              </w:rPr>
              <w:t>Examples include the Atlantic, Pacific, Indian, Southern and Arctic Oceans.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5B0F8A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00CA7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Name two oceans..</w:t>
            </w:r>
          </w:p>
        </w:tc>
      </w:tr>
      <w:tr w:rsidR="00F878E5" w14:paraId="01528A8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BB0DB9" w14:textId="77777777" w:rsidR="00F878E5" w:rsidRDefault="00F17885">
            <w:pPr>
              <w:spacing w:after="20"/>
            </w:pPr>
            <w:r>
              <w:rPr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0A5A0F" w14:textId="77777777" w:rsidR="00F878E5" w:rsidRDefault="00F17885">
            <w:pPr>
              <w:spacing w:after="20"/>
            </w:pPr>
            <w:r>
              <w:rPr>
                <w:sz w:val="14"/>
              </w:rPr>
              <w:t>Can you name all five oceans?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2DC1DA" w14:textId="77777777" w:rsidR="00F878E5" w:rsidRDefault="00F17885">
            <w:pPr>
              <w:spacing w:after="20"/>
            </w:pPr>
            <w:r>
              <w:rPr>
                <w:sz w:val="14"/>
              </w:rPr>
              <w:t>The five oceans are the Pacific, Atlantic, Indian, Southern and Arctic Oceans.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7277DA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6CADC1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Can you name all five oceans.</w:t>
            </w:r>
          </w:p>
        </w:tc>
      </w:tr>
      <w:tr w:rsidR="00F878E5" w14:paraId="2A49D2E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980B9E" w14:textId="77777777" w:rsidR="00F878E5" w:rsidRDefault="00F17885">
            <w:pPr>
              <w:spacing w:after="20"/>
            </w:pPr>
            <w:r>
              <w:rPr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02924E" w14:textId="77777777" w:rsidR="00F878E5" w:rsidRDefault="00F17885">
            <w:pPr>
              <w:spacing w:after="20"/>
            </w:pPr>
            <w:r>
              <w:rPr>
                <w:sz w:val="14"/>
              </w:rPr>
              <w:t>What does North mean on a compass?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B37A79" w14:textId="77777777" w:rsidR="00F878E5" w:rsidRDefault="00F17885">
            <w:pPr>
              <w:spacing w:after="20"/>
            </w:pPr>
            <w:r>
              <w:rPr>
                <w:sz w:val="14"/>
              </w:rPr>
              <w:t>North is one of the four main compass directions and is opposite south.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6E6061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743CB5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compass, location, and today’s new learning.</w:t>
            </w:r>
          </w:p>
        </w:tc>
      </w:tr>
      <w:tr w:rsidR="00F878E5" w14:paraId="625EBDF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2DD2F1" w14:textId="77777777" w:rsidR="00F878E5" w:rsidRDefault="00F17885">
            <w:pPr>
              <w:spacing w:after="20"/>
            </w:pPr>
            <w:r>
              <w:rPr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0269A1" w14:textId="77777777" w:rsidR="00F878E5" w:rsidRDefault="00F17885">
            <w:pPr>
              <w:spacing w:after="20"/>
            </w:pPr>
            <w:r>
              <w:rPr>
                <w:sz w:val="14"/>
              </w:rPr>
              <w:t>What do South, East and West mean on a compass?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9B058E" w14:textId="77777777" w:rsidR="00F878E5" w:rsidRDefault="00F17885">
            <w:pPr>
              <w:spacing w:after="20"/>
            </w:pPr>
            <w:r>
              <w:rPr>
                <w:sz w:val="14"/>
              </w:rPr>
              <w:t>West is one of the four main compass directions and is opposite east.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30D7AD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CEDF70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compass; pupils justify.</w:t>
            </w:r>
          </w:p>
        </w:tc>
      </w:tr>
      <w:tr w:rsidR="00F878E5" w14:paraId="5EDC165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B8386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E1AC1C" w14:textId="77777777" w:rsidR="00F878E5" w:rsidRDefault="00F17885">
            <w:pPr>
              <w:spacing w:after="20"/>
            </w:pPr>
            <w:r>
              <w:rPr>
                <w:sz w:val="14"/>
              </w:rPr>
              <w:t>What is a map key?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946E63" w14:textId="77777777" w:rsidR="00F878E5" w:rsidRDefault="00F17885">
            <w:pPr>
              <w:spacing w:after="20"/>
            </w:pPr>
            <w:r>
              <w:rPr>
                <w:sz w:val="14"/>
              </w:rPr>
              <w:t>A map is a drawing or representation of a place from above.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5B98FD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0917A0" w14:textId="38F216B9" w:rsidR="00F878E5" w:rsidRDefault="00F878E5">
            <w:pPr>
              <w:spacing w:after="20"/>
            </w:pPr>
          </w:p>
        </w:tc>
      </w:tr>
      <w:tr w:rsidR="00F878E5" w14:paraId="62245B8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50D5F3" w14:textId="77777777" w:rsidR="00F878E5" w:rsidRDefault="00F17885">
            <w:pPr>
              <w:spacing w:after="20"/>
            </w:pPr>
            <w:r>
              <w:rPr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2CB1C9" w14:textId="77777777" w:rsidR="00F878E5" w:rsidRDefault="00F17885">
            <w:pPr>
              <w:spacing w:after="20"/>
            </w:pPr>
            <w:r>
              <w:rPr>
                <w:sz w:val="14"/>
              </w:rPr>
              <w:t>Why do maps use symbols?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AD0BB7" w14:textId="77777777" w:rsidR="00F878E5" w:rsidRDefault="00F17885">
            <w:pPr>
              <w:spacing w:after="20"/>
            </w:pPr>
            <w:r>
              <w:rPr>
                <w:sz w:val="14"/>
              </w:rPr>
              <w:t>Maps use symbols to show features clearly and save space.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A73EF4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26D773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map with a related place, feature or concept.</w:t>
            </w:r>
          </w:p>
        </w:tc>
      </w:tr>
      <w:tr w:rsidR="00F878E5" w14:paraId="5064402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D904F8" w14:textId="77777777" w:rsidR="00F878E5" w:rsidRDefault="00F17885">
            <w:pPr>
              <w:spacing w:after="20"/>
            </w:pPr>
            <w:r>
              <w:rPr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A06247" w14:textId="77777777" w:rsidR="00F878E5" w:rsidRDefault="00F17885">
            <w:pPr>
              <w:spacing w:after="20"/>
            </w:pPr>
            <w:r>
              <w:rPr>
                <w:sz w:val="14"/>
              </w:rPr>
              <w:t>What is an aerial photograph?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E722DF" w14:textId="77777777" w:rsidR="00F878E5" w:rsidRDefault="00F17885">
            <w:pPr>
              <w:spacing w:after="20"/>
            </w:pPr>
            <w:r>
              <w:rPr>
                <w:sz w:val="14"/>
              </w:rPr>
              <w:t>An aerial photograph shows a place from above.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31A020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D8C0AC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741F245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FEF94F" w14:textId="77777777" w:rsidR="00F878E5" w:rsidRDefault="00F17885">
            <w:pPr>
              <w:spacing w:after="20"/>
            </w:pPr>
            <w:r>
              <w:rPr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AF18F3" w14:textId="77777777" w:rsidR="00F878E5" w:rsidRDefault="00F17885">
            <w:pPr>
              <w:spacing w:after="20"/>
            </w:pPr>
            <w:r>
              <w:rPr>
                <w:sz w:val="14"/>
              </w:rPr>
              <w:t>Name the seven continents, five oceans, four UK countries and four UK capitals.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5D0689" w14:textId="77777777" w:rsidR="00F878E5" w:rsidRDefault="00F17885">
            <w:pPr>
              <w:spacing w:after="20"/>
            </w:pPr>
            <w:r>
              <w:rPr>
                <w:sz w:val="14"/>
              </w:rPr>
              <w:t>The seven continents are Europe, Africa, Asia, North America, South America, Antarctica and Oceania.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D06A98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96253B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Name the seven continents, five oceans, four UK countries and four UK capitals..</w:t>
            </w:r>
          </w:p>
        </w:tc>
      </w:tr>
    </w:tbl>
    <w:p w14:paraId="69C3257A" w14:textId="77777777" w:rsidR="00F878E5" w:rsidRDefault="00F878E5"/>
    <w:p w14:paraId="7E81B8EB" w14:textId="77777777" w:rsidR="00F878E5" w:rsidRDefault="00F17885">
      <w:r>
        <w:br w:type="page"/>
      </w:r>
    </w:p>
    <w:p w14:paraId="51A01C63" w14:textId="5AEAE6D5" w:rsidR="00F878E5" w:rsidRDefault="00F17885">
      <w:pPr>
        <w:pStyle w:val="Heading1"/>
      </w:pPr>
      <w:r>
        <w:rPr>
          <w:color w:val="1F4E79"/>
        </w:rPr>
        <w:lastRenderedPageBreak/>
        <w:t xml:space="preserve">Year 3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3423DDD4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6DD61D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BBC956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27C7ED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2DA737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74B3D5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0E63DE0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01D39F" w14:textId="77777777" w:rsidR="00F878E5" w:rsidRDefault="00F17885">
            <w:pPr>
              <w:spacing w:after="20"/>
            </w:pPr>
            <w:r>
              <w:rPr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207126" w14:textId="77777777" w:rsidR="00F878E5" w:rsidRDefault="00F17885">
            <w:pPr>
              <w:spacing w:after="20"/>
            </w:pPr>
            <w:r>
              <w:rPr>
                <w:sz w:val="14"/>
              </w:rPr>
              <w:t>Can you name the seven continents?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A19858" w14:textId="77777777" w:rsidR="00F878E5" w:rsidRDefault="00F17885">
            <w:pPr>
              <w:spacing w:after="20"/>
            </w:pPr>
            <w:r>
              <w:rPr>
                <w:sz w:val="14"/>
              </w:rPr>
              <w:t>The seven continents are Europe, Africa, Asia, North America, South America, Antarctica and Oceania.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E4422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88FDC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continent; pupils justify.</w:t>
            </w:r>
          </w:p>
        </w:tc>
      </w:tr>
      <w:tr w:rsidR="00F878E5" w14:paraId="470FA36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48F2EE" w14:textId="77777777" w:rsidR="00F878E5" w:rsidRDefault="00F17885">
            <w:pPr>
              <w:spacing w:after="20"/>
            </w:pPr>
            <w:r>
              <w:rPr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9C6623" w14:textId="77777777" w:rsidR="00F878E5" w:rsidRDefault="00F17885">
            <w:pPr>
              <w:spacing w:after="20"/>
            </w:pPr>
            <w:r>
              <w:rPr>
                <w:sz w:val="14"/>
              </w:rPr>
              <w:t>Can you name the five oceans?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06FFBE" w14:textId="77777777" w:rsidR="00F878E5" w:rsidRDefault="00F17885">
            <w:pPr>
              <w:spacing w:after="20"/>
            </w:pPr>
            <w:r>
              <w:rPr>
                <w:sz w:val="14"/>
              </w:rPr>
              <w:t>The five oceans are the Pacific, Atlantic, Indian, Southern and Arctic Oceans.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8DEA3F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606502" w14:textId="6E561BBF" w:rsidR="00F878E5" w:rsidRDefault="006C6619">
            <w:pPr>
              <w:spacing w:after="20"/>
            </w:pPr>
            <w:r>
              <w:rPr>
                <w:sz w:val="14"/>
              </w:rPr>
              <w:t xml:space="preserve">Odd one out and why- Atlantic, Arctic or </w:t>
            </w:r>
            <w:proofErr w:type="gramStart"/>
            <w:r>
              <w:rPr>
                <w:sz w:val="14"/>
              </w:rPr>
              <w:t>Pacific ocean</w:t>
            </w:r>
            <w:proofErr w:type="gramEnd"/>
          </w:p>
        </w:tc>
      </w:tr>
      <w:tr w:rsidR="00F878E5" w14:paraId="5851C02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D015C" w14:textId="77777777" w:rsidR="00F878E5" w:rsidRDefault="00F17885">
            <w:pPr>
              <w:spacing w:after="20"/>
            </w:pPr>
            <w:r>
              <w:rPr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A0DD3" w14:textId="77777777" w:rsidR="00F878E5" w:rsidRDefault="00F17885">
            <w:pPr>
              <w:spacing w:after="20"/>
            </w:pPr>
            <w:r>
              <w:rPr>
                <w:sz w:val="14"/>
              </w:rPr>
              <w:t>Which continent do we live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61249B" w14:textId="77777777" w:rsidR="00F878E5" w:rsidRDefault="00F17885">
            <w:pPr>
              <w:spacing w:after="20"/>
            </w:pPr>
            <w:r>
              <w:rPr>
                <w:sz w:val="14"/>
              </w:rPr>
              <w:t>We live in Europe.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C616B1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1499C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continent with a related place, feature or concept.</w:t>
            </w:r>
          </w:p>
        </w:tc>
      </w:tr>
      <w:tr w:rsidR="00F878E5" w14:paraId="6E32ED6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46B519" w14:textId="77777777" w:rsidR="00F878E5" w:rsidRDefault="00F17885">
            <w:pPr>
              <w:spacing w:after="20"/>
            </w:pPr>
            <w:r>
              <w:rPr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9E5ABE" w14:textId="77777777" w:rsidR="00F878E5" w:rsidRDefault="00F17885">
            <w:pPr>
              <w:spacing w:after="20"/>
            </w:pPr>
            <w:r>
              <w:rPr>
                <w:sz w:val="14"/>
              </w:rPr>
              <w:t>Name the four countries of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0C22FD" w14:textId="77777777" w:rsidR="00F878E5" w:rsidRDefault="00F17885">
            <w:pPr>
              <w:spacing w:after="20"/>
            </w:pPr>
            <w:r>
              <w:rPr>
                <w:sz w:val="14"/>
              </w:rPr>
              <w:t>The four UK countries are England, Scotland, Wales and Northern Ireland.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A6EFF8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50CF71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24E6DB1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CB6476" w14:textId="77777777" w:rsidR="00F878E5" w:rsidRDefault="00F17885">
            <w:pPr>
              <w:spacing w:after="20"/>
            </w:pPr>
            <w:r>
              <w:rPr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9D211" w14:textId="77777777" w:rsidR="00F878E5" w:rsidRDefault="00F17885">
            <w:pPr>
              <w:spacing w:after="20"/>
            </w:pPr>
            <w:r>
              <w:rPr>
                <w:sz w:val="14"/>
              </w:rPr>
              <w:t>Name the four capital cities of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5CAFCB" w14:textId="77777777" w:rsidR="00F878E5" w:rsidRDefault="00F17885">
            <w:pPr>
              <w:spacing w:after="20"/>
            </w:pPr>
            <w:r>
              <w:rPr>
                <w:sz w:val="14"/>
              </w:rPr>
              <w:t>Pupils should recall the precise geographical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D0BB83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B67657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Name the four capital cities of the UK..</w:t>
            </w:r>
          </w:p>
        </w:tc>
      </w:tr>
      <w:tr w:rsidR="00F878E5" w14:paraId="097B41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6F17DB" w14:textId="77777777" w:rsidR="00F878E5" w:rsidRDefault="00F17885">
            <w:pPr>
              <w:spacing w:after="20"/>
            </w:pPr>
            <w:r>
              <w:rPr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F30FFE" w14:textId="77777777" w:rsidR="00F878E5" w:rsidRDefault="00F17885">
            <w:pPr>
              <w:spacing w:after="20"/>
            </w:pPr>
            <w:r>
              <w:rPr>
                <w:sz w:val="14"/>
              </w:rPr>
              <w:t>Name one sea around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B9382D" w14:textId="77777777" w:rsidR="00F878E5" w:rsidRDefault="00F17885">
            <w:pPr>
              <w:spacing w:after="20"/>
            </w:pPr>
            <w:r>
              <w:rPr>
                <w:sz w:val="14"/>
              </w:rPr>
              <w:t>Seas around the UK include the North Sea, Irish Sea, English Channel and Atlantic Ocean.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ACD2F8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26258C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Name one sea around the UK..</w:t>
            </w:r>
          </w:p>
        </w:tc>
      </w:tr>
      <w:tr w:rsidR="00F878E5" w14:paraId="42A03D7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813D75" w14:textId="77777777" w:rsidR="00F878E5" w:rsidRDefault="00F17885">
            <w:pPr>
              <w:spacing w:after="20"/>
            </w:pPr>
            <w:r>
              <w:rPr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1F9BF9" w14:textId="77777777" w:rsidR="00F878E5" w:rsidRDefault="00F17885">
            <w:pPr>
              <w:spacing w:after="20"/>
            </w:pPr>
            <w:r>
              <w:rPr>
                <w:sz w:val="14"/>
              </w:rPr>
              <w:t>What is a human feature?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AFA3EE" w14:textId="77777777" w:rsidR="00F878E5" w:rsidRDefault="00F17885">
            <w:pPr>
              <w:spacing w:after="20"/>
            </w:pPr>
            <w:r>
              <w:rPr>
                <w:sz w:val="14"/>
              </w:rPr>
              <w:t>A human feature is made or changed by people, such as a road, house, bridge or shop.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30C0B2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5D4156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geographical word, location, and today’s new learning.</w:t>
            </w:r>
          </w:p>
        </w:tc>
      </w:tr>
      <w:tr w:rsidR="00F878E5" w14:paraId="569F294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629AB5" w14:textId="77777777" w:rsidR="00F878E5" w:rsidRDefault="00F17885">
            <w:pPr>
              <w:spacing w:after="20"/>
            </w:pPr>
            <w:r>
              <w:rPr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D5C622" w14:textId="77777777" w:rsidR="00F878E5" w:rsidRDefault="00F17885">
            <w:pPr>
              <w:spacing w:after="20"/>
            </w:pPr>
            <w:r>
              <w:rPr>
                <w:sz w:val="14"/>
              </w:rPr>
              <w:t>What is a physical feature?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1EB88E" w14:textId="77777777" w:rsidR="00F878E5" w:rsidRDefault="00F17885">
            <w:pPr>
              <w:spacing w:after="20"/>
            </w:pPr>
            <w:r>
              <w:rPr>
                <w:sz w:val="14"/>
              </w:rPr>
              <w:t>A physical feature is natural, such as a river, hill, wood, field or coastline.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9AEDE2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A4F02F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geographical word; pupils justify.</w:t>
            </w:r>
          </w:p>
        </w:tc>
      </w:tr>
      <w:tr w:rsidR="00F878E5" w14:paraId="7DF85D1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000381" w14:textId="77777777" w:rsidR="00F878E5" w:rsidRDefault="00F17885">
            <w:pPr>
              <w:spacing w:after="20"/>
            </w:pPr>
            <w:r>
              <w:rPr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933CDD" w14:textId="77777777" w:rsidR="00F878E5" w:rsidRDefault="00F17885">
            <w:pPr>
              <w:spacing w:after="20"/>
            </w:pPr>
            <w:r>
              <w:rPr>
                <w:sz w:val="14"/>
              </w:rPr>
              <w:t>Name three human features.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92AB54" w14:textId="77777777" w:rsidR="00F878E5" w:rsidRDefault="00F17885">
            <w:pPr>
              <w:spacing w:after="20"/>
            </w:pPr>
            <w:r>
              <w:rPr>
                <w:sz w:val="14"/>
              </w:rPr>
              <w:t>A human feature is made or changed by people, such as a road, house, bridge or shop.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C35C1A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B14030" w14:textId="5E014383" w:rsidR="00F878E5" w:rsidRDefault="00F17885">
            <w:pPr>
              <w:spacing w:after="20"/>
            </w:pPr>
            <w:r>
              <w:rPr>
                <w:sz w:val="14"/>
              </w:rPr>
              <w:t xml:space="preserve">Always, sometimes or never? </w:t>
            </w:r>
            <w:proofErr w:type="gramStart"/>
            <w:r>
              <w:rPr>
                <w:sz w:val="14"/>
              </w:rPr>
              <w:t>“</w:t>
            </w:r>
            <w:r w:rsidR="006C6619">
              <w:rPr>
                <w:sz w:val="14"/>
              </w:rPr>
              <w:t xml:space="preserve"> </w:t>
            </w:r>
            <w:r w:rsidR="00E56F6E">
              <w:rPr>
                <w:sz w:val="14"/>
              </w:rPr>
              <w:t>A</w:t>
            </w:r>
            <w:proofErr w:type="gramEnd"/>
            <w:r w:rsidR="00E56F6E">
              <w:rPr>
                <w:sz w:val="14"/>
              </w:rPr>
              <w:t xml:space="preserve"> </w:t>
            </w:r>
            <w:proofErr w:type="gramStart"/>
            <w:r w:rsidR="00E56F6E">
              <w:rPr>
                <w:sz w:val="14"/>
              </w:rPr>
              <w:t>r</w:t>
            </w:r>
            <w:r w:rsidR="006C6619">
              <w:rPr>
                <w:sz w:val="14"/>
              </w:rPr>
              <w:t xml:space="preserve">oad </w:t>
            </w:r>
            <w:r w:rsidR="00E56F6E">
              <w:rPr>
                <w:sz w:val="14"/>
              </w:rPr>
              <w:t xml:space="preserve"> is</w:t>
            </w:r>
            <w:proofErr w:type="gramEnd"/>
            <w:r w:rsidR="00E56F6E">
              <w:rPr>
                <w:sz w:val="14"/>
              </w:rPr>
              <w:t xml:space="preserve"> always a human </w:t>
            </w:r>
            <w:proofErr w:type="gramStart"/>
            <w:r w:rsidR="00E56F6E">
              <w:rPr>
                <w:sz w:val="14"/>
              </w:rPr>
              <w:t>feature</w:t>
            </w:r>
            <w:r w:rsidR="006C6619">
              <w:rPr>
                <w:sz w:val="14"/>
              </w:rPr>
              <w:t xml:space="preserve"> </w:t>
            </w:r>
            <w:r>
              <w:rPr>
                <w:sz w:val="14"/>
              </w:rPr>
              <w:t>.</w:t>
            </w:r>
            <w:proofErr w:type="gramEnd"/>
            <w:r>
              <w:rPr>
                <w:sz w:val="14"/>
              </w:rPr>
              <w:t>” Ask pupils to qualify their answer.</w:t>
            </w:r>
          </w:p>
        </w:tc>
      </w:tr>
      <w:tr w:rsidR="00F878E5" w14:paraId="2270D13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18D5C3" w14:textId="77777777" w:rsidR="00F878E5" w:rsidRDefault="00F17885">
            <w:pPr>
              <w:spacing w:after="20"/>
            </w:pPr>
            <w:r>
              <w:rPr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CD648C" w14:textId="77777777" w:rsidR="00F878E5" w:rsidRDefault="00F17885">
            <w:pPr>
              <w:spacing w:after="20"/>
            </w:pPr>
            <w:r>
              <w:rPr>
                <w:sz w:val="14"/>
              </w:rPr>
              <w:t>Name three physical features.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970602" w14:textId="77777777" w:rsidR="00F878E5" w:rsidRDefault="00F17885">
            <w:pPr>
              <w:spacing w:after="20"/>
            </w:pPr>
            <w:r>
              <w:rPr>
                <w:sz w:val="14"/>
              </w:rPr>
              <w:t>A physical feature is natural, such as a river, hill, wood, field or coastline.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CE4894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C3250A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0F81ABF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1709FD" w14:textId="77777777" w:rsidR="00F878E5" w:rsidRDefault="00F17885">
            <w:pPr>
              <w:spacing w:after="20"/>
            </w:pPr>
            <w:r>
              <w:rPr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E71509" w14:textId="77777777" w:rsidR="00F878E5" w:rsidRDefault="00F17885">
            <w:pPr>
              <w:spacing w:after="20"/>
            </w:pPr>
            <w:r>
              <w:rPr>
                <w:sz w:val="14"/>
              </w:rPr>
              <w:t>What do North, South, East and West mean on a compass?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EEA36" w14:textId="77777777" w:rsidR="00F878E5" w:rsidRDefault="00F17885">
            <w:pPr>
              <w:spacing w:after="20"/>
            </w:pPr>
            <w:r>
              <w:rPr>
                <w:sz w:val="14"/>
              </w:rPr>
              <w:t>West is one of the four main compass directions and is opposite east.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0C01B1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A9C89A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compass: definition, characteristics, examples and non-examples.</w:t>
            </w:r>
          </w:p>
        </w:tc>
      </w:tr>
      <w:tr w:rsidR="00F878E5" w14:paraId="49E576C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AEEB68" w14:textId="77777777" w:rsidR="00F878E5" w:rsidRDefault="00F17885">
            <w:pPr>
              <w:spacing w:after="20"/>
            </w:pPr>
            <w:r>
              <w:rPr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89FC53" w14:textId="77777777" w:rsidR="00F878E5" w:rsidRDefault="00F17885">
            <w:pPr>
              <w:spacing w:after="20"/>
            </w:pPr>
            <w:r>
              <w:rPr>
                <w:sz w:val="14"/>
              </w:rPr>
              <w:t>Name the seven continents, five oceans, UK countries and UK capitals.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A1EC9F" w14:textId="77777777" w:rsidR="00F878E5" w:rsidRDefault="00F17885">
            <w:pPr>
              <w:spacing w:after="20"/>
            </w:pPr>
            <w:r>
              <w:rPr>
                <w:sz w:val="14"/>
              </w:rPr>
              <w:t>The seven continents are Europe, Africa, Asia, North America, South America, Antarctica and Oceania.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FF5BE4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750248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Name the seven continents, five oceans, UK countries and UK capitals..</w:t>
            </w:r>
          </w:p>
        </w:tc>
      </w:tr>
    </w:tbl>
    <w:p w14:paraId="030B4681" w14:textId="77777777" w:rsidR="00F878E5" w:rsidRDefault="00F878E5"/>
    <w:p w14:paraId="629C86E5" w14:textId="00A6680D" w:rsidR="00F878E5" w:rsidRDefault="00F17885">
      <w:pPr>
        <w:pStyle w:val="Heading2"/>
      </w:pPr>
      <w:r>
        <w:rPr>
          <w:color w:val="1F4E79"/>
        </w:rPr>
        <w:t xml:space="preserve">Year 3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6"/>
        <w:gridCol w:w="3106"/>
        <w:gridCol w:w="3106"/>
      </w:tblGrid>
      <w:tr w:rsidR="00F878E5" w14:paraId="70434F07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EFFCB3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BE3305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B83868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58D5B5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0B5833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76819D9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3BA9B7" w14:textId="77777777" w:rsidR="00F878E5" w:rsidRDefault="00F17885">
            <w:pPr>
              <w:spacing w:after="20"/>
            </w:pPr>
            <w:r>
              <w:rPr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EABA28" w14:textId="77777777" w:rsidR="00F878E5" w:rsidRDefault="00F17885">
            <w:pPr>
              <w:spacing w:after="20"/>
            </w:pPr>
            <w:r>
              <w:rPr>
                <w:sz w:val="14"/>
              </w:rPr>
              <w:t>Which continent is Greece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F460DA" w14:textId="77777777" w:rsidR="00F878E5" w:rsidRDefault="00F17885">
            <w:pPr>
              <w:spacing w:after="20"/>
            </w:pPr>
            <w:r>
              <w:rPr>
                <w:sz w:val="14"/>
              </w:rPr>
              <w:t>Greece is in Europe.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34809D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36AC6D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continent; pupils justify.</w:t>
            </w:r>
          </w:p>
        </w:tc>
      </w:tr>
      <w:tr w:rsidR="00F878E5" w14:paraId="7F99C0F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86F148" w14:textId="77777777" w:rsidR="00F878E5" w:rsidRDefault="00F17885">
            <w:pPr>
              <w:spacing w:after="20"/>
            </w:pPr>
            <w:r>
              <w:rPr>
                <w:sz w:val="14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E3521E" w14:textId="77777777" w:rsidR="00F878E5" w:rsidRDefault="00F17885">
            <w:pPr>
              <w:spacing w:after="20"/>
            </w:pPr>
            <w:r>
              <w:rPr>
                <w:sz w:val="14"/>
              </w:rPr>
              <w:t>Name two European countries.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D1FF26" w14:textId="77777777" w:rsidR="00F878E5" w:rsidRDefault="00F17885">
            <w:pPr>
              <w:spacing w:after="20"/>
            </w:pPr>
            <w:r>
              <w:rPr>
                <w:sz w:val="14"/>
              </w:rPr>
              <w:t>Accept European countries such as France, Spain, Italy, Germany, Greece or Ireland.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361BC3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D3E233" w14:textId="2312D7C0" w:rsidR="00F878E5" w:rsidRDefault="00F878E5">
            <w:pPr>
              <w:spacing w:after="20"/>
            </w:pPr>
          </w:p>
        </w:tc>
      </w:tr>
      <w:tr w:rsidR="00F878E5" w14:paraId="636B376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8D19CD" w14:textId="77777777" w:rsidR="00F878E5" w:rsidRDefault="00F17885">
            <w:pPr>
              <w:spacing w:after="20"/>
            </w:pPr>
            <w:r>
              <w:rPr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23A55D" w14:textId="77777777" w:rsidR="00F878E5" w:rsidRDefault="00F17885">
            <w:pPr>
              <w:spacing w:after="20"/>
            </w:pPr>
            <w:r>
              <w:rPr>
                <w:sz w:val="14"/>
              </w:rPr>
              <w:t>Name four European countries.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8BBD19" w14:textId="77777777" w:rsidR="00F878E5" w:rsidRDefault="00F17885">
            <w:pPr>
              <w:spacing w:after="20"/>
            </w:pPr>
            <w:r>
              <w:rPr>
                <w:sz w:val="14"/>
              </w:rPr>
              <w:t>Accept European countries such as France, Spain, Italy, Germany, Greece or Ireland.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E23988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5DAE5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53E9A44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39CE80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B3DB0A" w14:textId="77777777" w:rsidR="00F878E5" w:rsidRDefault="00F17885">
            <w:pPr>
              <w:spacing w:after="20"/>
            </w:pPr>
            <w:r>
              <w:rPr>
                <w:sz w:val="14"/>
              </w:rPr>
              <w:t>What is a capital 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E706F8" w14:textId="77777777" w:rsidR="00F878E5" w:rsidRDefault="00F17885">
            <w:pPr>
              <w:spacing w:after="20"/>
            </w:pPr>
            <w:r>
              <w:rPr>
                <w:sz w:val="14"/>
              </w:rPr>
              <w:t>A capital city is the city where a country’s government is usually based.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032724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01821F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city: definition, characteristics, examples and non-examples.</w:t>
            </w:r>
          </w:p>
        </w:tc>
      </w:tr>
      <w:tr w:rsidR="00F878E5" w14:paraId="7E0490D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4FD012" w14:textId="77777777" w:rsidR="00F878E5" w:rsidRDefault="00F17885">
            <w:pPr>
              <w:spacing w:after="20"/>
            </w:pPr>
            <w:r>
              <w:rPr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EE16B0" w14:textId="77777777" w:rsidR="00F878E5" w:rsidRDefault="00F17885">
            <w:pPr>
              <w:spacing w:after="20"/>
            </w:pPr>
            <w:r>
              <w:rPr>
                <w:sz w:val="14"/>
              </w:rPr>
              <w:t>Name one European capital city.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E910BD" w14:textId="77777777" w:rsidR="00F878E5" w:rsidRDefault="00F17885">
            <w:pPr>
              <w:spacing w:after="20"/>
            </w:pPr>
            <w:r>
              <w:rPr>
                <w:sz w:val="14"/>
              </w:rPr>
              <w:t>A capital city is the city where a country’s government is usually based.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340259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4AC215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Name one European capital city..</w:t>
            </w:r>
          </w:p>
        </w:tc>
      </w:tr>
      <w:tr w:rsidR="00F878E5" w14:paraId="052D632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3599FE" w14:textId="77777777" w:rsidR="00F878E5" w:rsidRDefault="00F17885">
            <w:pPr>
              <w:spacing w:after="20"/>
            </w:pPr>
            <w:r>
              <w:rPr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6171EC" w14:textId="77777777" w:rsidR="00F878E5" w:rsidRDefault="00F17885">
            <w:pPr>
              <w:spacing w:after="20"/>
            </w:pPr>
            <w:r>
              <w:rPr>
                <w:sz w:val="14"/>
              </w:rPr>
              <w:t>Name two European capital cities.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5C63F7" w14:textId="77777777" w:rsidR="00F878E5" w:rsidRDefault="00F17885">
            <w:pPr>
              <w:spacing w:after="20"/>
            </w:pPr>
            <w:r>
              <w:rPr>
                <w:sz w:val="14"/>
              </w:rPr>
              <w:t>Accept accurate examples such as Paris, Madrid, Rome, Athens, Berlin or Dublin.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73F708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D8FB4C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Name two European capital cities..</w:t>
            </w:r>
          </w:p>
        </w:tc>
      </w:tr>
      <w:tr w:rsidR="00F878E5" w14:paraId="7311FC7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1D97C" w14:textId="77777777" w:rsidR="00F878E5" w:rsidRDefault="00F17885">
            <w:pPr>
              <w:spacing w:after="20"/>
            </w:pPr>
            <w:r>
              <w:rPr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414FBA" w14:textId="77777777" w:rsidR="00F878E5" w:rsidRDefault="00F17885">
            <w:pPr>
              <w:spacing w:after="20"/>
            </w:pPr>
            <w:r>
              <w:rPr>
                <w:sz w:val="14"/>
              </w:rPr>
              <w:t>What is similar about Greece and the UK?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9C58B5" w14:textId="77777777" w:rsidR="00F878E5" w:rsidRDefault="00F17885">
            <w:pPr>
              <w:spacing w:after="20"/>
            </w:pPr>
            <w:r>
              <w:rPr>
                <w:sz w:val="14"/>
              </w:rPr>
              <w:t>Both are countries in Europe and have human and physical features.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03CBD3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AF6712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geographical word, location, and today’s new learning.</w:t>
            </w:r>
          </w:p>
        </w:tc>
      </w:tr>
      <w:tr w:rsidR="00F878E5" w14:paraId="11BF99D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0F8D1E" w14:textId="77777777" w:rsidR="00F878E5" w:rsidRDefault="00F17885">
            <w:pPr>
              <w:spacing w:after="20"/>
            </w:pPr>
            <w:r>
              <w:rPr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A585C0" w14:textId="77777777" w:rsidR="00F878E5" w:rsidRDefault="00F17885">
            <w:pPr>
              <w:spacing w:after="20"/>
            </w:pPr>
            <w:r>
              <w:rPr>
                <w:sz w:val="14"/>
              </w:rPr>
              <w:t>What is different about Greece and the UK?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08E606" w14:textId="77777777" w:rsidR="00F878E5" w:rsidRDefault="00F17885">
            <w:pPr>
              <w:spacing w:after="20"/>
            </w:pPr>
            <w:r>
              <w:rPr>
                <w:sz w:val="14"/>
              </w:rPr>
              <w:t>They differ in location, climate, landscape, settlements and some human features.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6D54C4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599BED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geographical word; pupils justify.</w:t>
            </w:r>
          </w:p>
        </w:tc>
      </w:tr>
      <w:tr w:rsidR="00F878E5" w14:paraId="29B0E47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7D45D5" w14:textId="77777777" w:rsidR="00F878E5" w:rsidRDefault="00F17885">
            <w:pPr>
              <w:spacing w:after="20"/>
            </w:pPr>
            <w:r>
              <w:rPr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ED0B32" w14:textId="77777777" w:rsidR="00F878E5" w:rsidRDefault="00F17885">
            <w:pPr>
              <w:spacing w:after="20"/>
            </w:pPr>
            <w:r>
              <w:rPr>
                <w:sz w:val="14"/>
              </w:rPr>
              <w:t>Name one human feature you might find in Greece.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D338BB" w14:textId="77777777" w:rsidR="00F878E5" w:rsidRDefault="00F17885">
            <w:pPr>
              <w:spacing w:after="20"/>
            </w:pPr>
            <w:r>
              <w:rPr>
                <w:sz w:val="14"/>
              </w:rPr>
              <w:t>A human feature is made or changed by people, such as a road, house, bridge or shop.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344749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9F7DFB" w14:textId="24EBA47D" w:rsidR="00F878E5" w:rsidRDefault="00F878E5">
            <w:pPr>
              <w:spacing w:after="20"/>
            </w:pPr>
          </w:p>
        </w:tc>
      </w:tr>
      <w:tr w:rsidR="00F878E5" w14:paraId="3B750E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38B03A" w14:textId="77777777" w:rsidR="00F878E5" w:rsidRDefault="00F17885">
            <w:pPr>
              <w:spacing w:after="20"/>
            </w:pPr>
            <w:r>
              <w:rPr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CD4722" w14:textId="77777777" w:rsidR="00F878E5" w:rsidRDefault="00F17885">
            <w:pPr>
              <w:spacing w:after="20"/>
            </w:pPr>
            <w:r>
              <w:rPr>
                <w:sz w:val="14"/>
              </w:rPr>
              <w:t>Name one physical feature you might find in Greece.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2EC7B0" w14:textId="77777777" w:rsidR="00F878E5" w:rsidRDefault="00F17885">
            <w:pPr>
              <w:spacing w:after="20"/>
            </w:pPr>
            <w:r>
              <w:rPr>
                <w:sz w:val="14"/>
              </w:rPr>
              <w:t>A physical feature is natural, such as a river, hill, wood, field or coastline.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AF575E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B7A656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38BC341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B5709D" w14:textId="77777777" w:rsidR="00F878E5" w:rsidRDefault="00F17885">
            <w:pPr>
              <w:spacing w:after="20"/>
            </w:pPr>
            <w:r>
              <w:rPr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ADF48E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difference between a continent and a country?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8BA3EF" w14:textId="77777777" w:rsidR="00F878E5" w:rsidRDefault="00F17885">
            <w:pPr>
              <w:spacing w:after="20"/>
            </w:pPr>
            <w:r>
              <w:rPr>
                <w:sz w:val="14"/>
              </w:rPr>
              <w:t>A continent is much larger and contains many countries; a country is a nation within a continent.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1CD214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B42355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country: definition, characteristics, examples and non-examples.</w:t>
            </w:r>
          </w:p>
        </w:tc>
      </w:tr>
      <w:tr w:rsidR="00F878E5" w14:paraId="483B6A6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2749BF" w14:textId="77777777" w:rsidR="00F878E5" w:rsidRDefault="00F17885">
            <w:pPr>
              <w:spacing w:after="20"/>
            </w:pPr>
            <w:r>
              <w:rPr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4F3BD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Europe, Greece and the UK?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475AD9" w14:textId="77777777" w:rsidR="00F878E5" w:rsidRDefault="00F17885">
            <w:pPr>
              <w:spacing w:after="20"/>
            </w:pPr>
            <w:r>
              <w:rPr>
                <w:sz w:val="14"/>
              </w:rPr>
              <w:t>Pupils should connect the key vocabulary and facts from this term to prior and future learning.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7511B9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35A658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Europe, Greece and the UK.</w:t>
            </w:r>
          </w:p>
        </w:tc>
      </w:tr>
    </w:tbl>
    <w:p w14:paraId="2A6D51E0" w14:textId="77777777" w:rsidR="00F878E5" w:rsidRDefault="00F878E5"/>
    <w:p w14:paraId="3EEAC628" w14:textId="0AF27911" w:rsidR="00F878E5" w:rsidRDefault="00F17885">
      <w:pPr>
        <w:pStyle w:val="Heading2"/>
      </w:pPr>
      <w:r>
        <w:rPr>
          <w:color w:val="1F4E79"/>
        </w:rPr>
        <w:t xml:space="preserve">Year 3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6A78F064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C0C6D2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983B69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2BEBCF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0234AD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AB8778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3DEA03F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AB1873" w14:textId="77777777" w:rsidR="00F878E5" w:rsidRDefault="00F17885">
            <w:pPr>
              <w:spacing w:after="20"/>
            </w:pPr>
            <w:r>
              <w:rPr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D5D1BE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Northern Hemisphere?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DC10F5" w14:textId="77777777" w:rsidR="00F878E5" w:rsidRDefault="00F17885">
            <w:pPr>
              <w:spacing w:after="20"/>
            </w:pPr>
            <w:r>
              <w:rPr>
                <w:sz w:val="14"/>
              </w:rPr>
              <w:t>The Northern Hemisphere is the half of Earth north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8363EA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9CEAD7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geographical word; pupils justify.</w:t>
            </w:r>
          </w:p>
        </w:tc>
      </w:tr>
      <w:tr w:rsidR="00F878E5" w14:paraId="345F79C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A7B822" w14:textId="77777777" w:rsidR="00F878E5" w:rsidRDefault="00F17885">
            <w:pPr>
              <w:spacing w:after="20"/>
            </w:pPr>
            <w:r>
              <w:rPr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4FC52C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Southern Hemisphere?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BF422" w14:textId="77777777" w:rsidR="00F878E5" w:rsidRDefault="00F17885">
            <w:pPr>
              <w:spacing w:after="20"/>
            </w:pPr>
            <w:r>
              <w:rPr>
                <w:sz w:val="14"/>
              </w:rPr>
              <w:t>The Southern Hemisphere is the half of Earth south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E1C3AB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1C791F" w14:textId="7F1221AE" w:rsidR="00F878E5" w:rsidRDefault="00F878E5">
            <w:pPr>
              <w:spacing w:after="20"/>
            </w:pPr>
          </w:p>
        </w:tc>
      </w:tr>
      <w:tr w:rsidR="00F878E5" w14:paraId="6B258A8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D0514A" w14:textId="77777777" w:rsidR="00F878E5" w:rsidRDefault="00F17885">
            <w:pPr>
              <w:spacing w:after="20"/>
            </w:pPr>
            <w:r>
              <w:rPr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CB56FA" w14:textId="77777777" w:rsidR="00F878E5" w:rsidRDefault="00F17885">
            <w:pPr>
              <w:spacing w:after="20"/>
            </w:pPr>
            <w:r>
              <w:rPr>
                <w:sz w:val="14"/>
              </w:rPr>
              <w:t>Name one country in the Northern Hemisphere.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49F84" w14:textId="77777777" w:rsidR="00F878E5" w:rsidRDefault="00F17885">
            <w:pPr>
              <w:spacing w:after="20"/>
            </w:pPr>
            <w:r>
              <w:rPr>
                <w:sz w:val="14"/>
              </w:rPr>
              <w:t>The Northern Hemisphere is the half of Earth north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F87DF8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0565F6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country with a related place, feature or concept.</w:t>
            </w:r>
          </w:p>
        </w:tc>
      </w:tr>
      <w:tr w:rsidR="00F878E5" w14:paraId="68D5267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400FC6" w14:textId="77777777" w:rsidR="00F878E5" w:rsidRDefault="00F17885">
            <w:pPr>
              <w:spacing w:after="20"/>
            </w:pPr>
            <w:r>
              <w:rPr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A9D15C" w14:textId="77777777" w:rsidR="00F878E5" w:rsidRDefault="00F17885">
            <w:pPr>
              <w:spacing w:after="20"/>
            </w:pPr>
            <w:r>
              <w:rPr>
                <w:sz w:val="14"/>
              </w:rPr>
              <w:t>Name one country in the Southern Hemisphere.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D17343" w14:textId="77777777" w:rsidR="00F878E5" w:rsidRDefault="00F17885">
            <w:pPr>
              <w:spacing w:after="20"/>
            </w:pPr>
            <w:r>
              <w:rPr>
                <w:sz w:val="14"/>
              </w:rPr>
              <w:t>The Southern Hemisphere is the half of Earth south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3FBE10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6B34CA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country: definition, characteristics, examples and non-examples.</w:t>
            </w:r>
          </w:p>
        </w:tc>
      </w:tr>
      <w:tr w:rsidR="00F878E5" w14:paraId="0BF4716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307698" w14:textId="77777777" w:rsidR="00F878E5" w:rsidRDefault="00F17885">
            <w:pPr>
              <w:spacing w:after="20"/>
            </w:pPr>
            <w:r>
              <w:rPr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42923D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Arctic Circle?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F11304" w14:textId="77777777" w:rsidR="00F878E5" w:rsidRDefault="00F17885">
            <w:pPr>
              <w:spacing w:after="20"/>
            </w:pPr>
            <w:r>
              <w:rPr>
                <w:sz w:val="14"/>
              </w:rPr>
              <w:t>The Arctic Circle is an imaginary line in the far north of the world.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7346A9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6AA2CC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is the Arctic Circle.</w:t>
            </w:r>
          </w:p>
        </w:tc>
      </w:tr>
      <w:tr w:rsidR="00F878E5" w14:paraId="6E2BE97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AF8204" w14:textId="77777777" w:rsidR="00F878E5" w:rsidRDefault="00F17885">
            <w:pPr>
              <w:spacing w:after="20"/>
            </w:pPr>
            <w:r>
              <w:rPr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BA81F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Antarctic Circle?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0D90D7" w14:textId="77777777" w:rsidR="00F878E5" w:rsidRDefault="00F17885">
            <w:pPr>
              <w:spacing w:after="20"/>
            </w:pPr>
            <w:r>
              <w:rPr>
                <w:sz w:val="14"/>
              </w:rPr>
              <w:t>The Arctic Circle is an imaginary line in the far north of the world.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7A714E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599814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What is the Antarctic Circle.</w:t>
            </w:r>
          </w:p>
        </w:tc>
      </w:tr>
      <w:tr w:rsidR="00F878E5" w14:paraId="53D0496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A86EE5" w14:textId="77777777" w:rsidR="00F878E5" w:rsidRDefault="00F17885">
            <w:pPr>
              <w:spacing w:after="20"/>
            </w:pPr>
            <w:r>
              <w:rPr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B319FD" w14:textId="77777777" w:rsidR="00F878E5" w:rsidRDefault="00F17885">
            <w:pPr>
              <w:spacing w:after="20"/>
            </w:pPr>
            <w:r>
              <w:rPr>
                <w:sz w:val="14"/>
              </w:rPr>
              <w:t>What is an earthquake?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F8CDBB" w14:textId="77777777" w:rsidR="00F878E5" w:rsidRDefault="00F17885">
            <w:pPr>
              <w:spacing w:after="20"/>
            </w:pPr>
            <w:r>
              <w:rPr>
                <w:sz w:val="14"/>
              </w:rPr>
              <w:t>An earthquake is a sudden shaking of the ground.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F9826F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0DADC6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earthquake, location, and today’s new learning.</w:t>
            </w:r>
          </w:p>
        </w:tc>
      </w:tr>
      <w:tr w:rsidR="00F878E5" w14:paraId="5A712D3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9D4218" w14:textId="77777777" w:rsidR="00F878E5" w:rsidRDefault="00F17885">
            <w:pPr>
              <w:spacing w:after="20"/>
            </w:pPr>
            <w:r>
              <w:rPr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D83B6" w14:textId="77777777" w:rsidR="00F878E5" w:rsidRDefault="00F17885">
            <w:pPr>
              <w:spacing w:after="20"/>
            </w:pPr>
            <w:r>
              <w:rPr>
                <w:sz w:val="14"/>
              </w:rPr>
              <w:t>What is a volcano?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B2B3A8" w14:textId="77777777" w:rsidR="00F878E5" w:rsidRDefault="00F17885">
            <w:pPr>
              <w:spacing w:after="20"/>
            </w:pPr>
            <w:r>
              <w:rPr>
                <w:sz w:val="14"/>
              </w:rPr>
              <w:t xml:space="preserve">A volcano is an opening in Earth where lava, ash </w:t>
            </w:r>
            <w:r>
              <w:rPr>
                <w:sz w:val="14"/>
              </w:rPr>
              <w:lastRenderedPageBreak/>
              <w:t>and gases can escape.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A32C5E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E9E132" w14:textId="77777777" w:rsidR="00F878E5" w:rsidRDefault="00F17885">
            <w:pPr>
              <w:spacing w:after="20"/>
            </w:pPr>
            <w:r>
              <w:rPr>
                <w:sz w:val="14"/>
              </w:rPr>
              <w:t xml:space="preserve">Odd one out: choose two related examples and </w:t>
            </w:r>
            <w:r>
              <w:rPr>
                <w:sz w:val="14"/>
              </w:rPr>
              <w:lastRenderedPageBreak/>
              <w:t>one non-example for volcano; pupils justify.</w:t>
            </w:r>
          </w:p>
        </w:tc>
      </w:tr>
      <w:tr w:rsidR="00F878E5" w14:paraId="62A816F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E00F43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B66258" w14:textId="77777777" w:rsidR="00F878E5" w:rsidRDefault="00F17885">
            <w:pPr>
              <w:spacing w:after="20"/>
            </w:pPr>
            <w:r>
              <w:rPr>
                <w:sz w:val="14"/>
              </w:rPr>
              <w:t>Name one part of a volcano.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79E1C" w14:textId="77777777" w:rsidR="00F878E5" w:rsidRDefault="00F17885">
            <w:pPr>
              <w:spacing w:after="20"/>
            </w:pPr>
            <w:r>
              <w:rPr>
                <w:sz w:val="14"/>
              </w:rPr>
              <w:t>Accept crater, vent, magma chamber, cone, lava flow or ash cloud.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A997B4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2D8DDD" w14:textId="04069996" w:rsidR="00F878E5" w:rsidRDefault="00F17885">
            <w:pPr>
              <w:spacing w:after="20"/>
            </w:pPr>
            <w:r>
              <w:rPr>
                <w:sz w:val="14"/>
              </w:rPr>
              <w:t>Always, sometimes or never? “</w:t>
            </w:r>
            <w:r w:rsidR="00E56F6E">
              <w:rPr>
                <w:sz w:val="14"/>
              </w:rPr>
              <w:t>Volcanoes are only ever found on land</w:t>
            </w:r>
            <w:r>
              <w:rPr>
                <w:sz w:val="14"/>
              </w:rPr>
              <w:t>.” Ask pupils to qualify their answer.</w:t>
            </w:r>
          </w:p>
        </w:tc>
      </w:tr>
      <w:tr w:rsidR="00F878E5" w14:paraId="307FDE7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86376E" w14:textId="77777777" w:rsidR="00F878E5" w:rsidRDefault="00F17885">
            <w:pPr>
              <w:spacing w:after="20"/>
            </w:pPr>
            <w:r>
              <w:rPr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096328" w14:textId="77777777" w:rsidR="00F878E5" w:rsidRDefault="00F17885">
            <w:pPr>
              <w:spacing w:after="20"/>
            </w:pPr>
            <w:r>
              <w:rPr>
                <w:sz w:val="14"/>
              </w:rPr>
              <w:t>What are the eight compass points?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2DDA76" w14:textId="77777777" w:rsidR="00F878E5" w:rsidRDefault="00F17885">
            <w:pPr>
              <w:spacing w:after="20"/>
            </w:pPr>
            <w:r>
              <w:rPr>
                <w:sz w:val="14"/>
              </w:rPr>
              <w:t>The eight compass points are N, NE, E, SE, S, SW, W and NW.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22AE0C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7BB949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compass with a related place, feature or concept.</w:t>
            </w:r>
          </w:p>
        </w:tc>
      </w:tr>
      <w:tr w:rsidR="00F878E5" w14:paraId="5C6DC34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866DDD" w14:textId="77777777" w:rsidR="00F878E5" w:rsidRDefault="00F17885">
            <w:pPr>
              <w:spacing w:after="20"/>
            </w:pPr>
            <w:r>
              <w:rPr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317E6E" w14:textId="77777777" w:rsidR="00F878E5" w:rsidRDefault="00F17885">
            <w:pPr>
              <w:spacing w:after="20"/>
            </w:pPr>
            <w:r>
              <w:rPr>
                <w:sz w:val="14"/>
              </w:rPr>
              <w:t>Why are maps useful to geographers?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CC1A91" w14:textId="77777777" w:rsidR="00F878E5" w:rsidRDefault="00F17885">
            <w:pPr>
              <w:spacing w:after="20"/>
            </w:pPr>
            <w:r>
              <w:rPr>
                <w:sz w:val="14"/>
              </w:rPr>
              <w:t>Maps help geographers locate places, recognise features and understand routes or patterns.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23EB47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05E6A2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map: definition, characteristics, examples and non-examples.</w:t>
            </w:r>
          </w:p>
        </w:tc>
      </w:tr>
      <w:tr w:rsidR="00F878E5" w14:paraId="6D1D783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EA0A8E" w14:textId="77777777" w:rsidR="00F878E5" w:rsidRDefault="00F17885">
            <w:pPr>
              <w:spacing w:after="20"/>
            </w:pPr>
            <w:r>
              <w:rPr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A3E286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Europe, hemispheres, volcanoes, earthquakes and compass directions?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35E8C1" w14:textId="77777777" w:rsidR="00F878E5" w:rsidRDefault="00F17885">
            <w:pPr>
              <w:spacing w:after="20"/>
            </w:pPr>
            <w:r>
              <w:rPr>
                <w:sz w:val="14"/>
              </w:rPr>
              <w:t>An earthquake is a sudden shaking of the ground.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2EDED3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270CA8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Europe, hemispheres, volcanoes, earthquakes and compass directions.</w:t>
            </w:r>
          </w:p>
        </w:tc>
      </w:tr>
    </w:tbl>
    <w:p w14:paraId="1E9A11D4" w14:textId="77777777" w:rsidR="00F878E5" w:rsidRDefault="00F878E5"/>
    <w:p w14:paraId="17AAB3E1" w14:textId="77777777" w:rsidR="00F878E5" w:rsidRDefault="00F17885">
      <w:r>
        <w:br w:type="page"/>
      </w:r>
    </w:p>
    <w:p w14:paraId="0AC38B9E" w14:textId="131B3973" w:rsidR="00F878E5" w:rsidRDefault="00F17885">
      <w:pPr>
        <w:pStyle w:val="Heading1"/>
      </w:pPr>
      <w:r>
        <w:rPr>
          <w:color w:val="1F4E79"/>
        </w:rPr>
        <w:lastRenderedPageBreak/>
        <w:t xml:space="preserve">Year 4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2CC353FB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FEDD0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E30DFE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9CA369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35E0B0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F9AF35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61E163B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7981D9" w14:textId="77777777" w:rsidR="00F878E5" w:rsidRDefault="00F17885">
            <w:pPr>
              <w:spacing w:after="20"/>
            </w:pPr>
            <w:r>
              <w:rPr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774E7B" w14:textId="77777777" w:rsidR="00F878E5" w:rsidRDefault="00F17885">
            <w:pPr>
              <w:spacing w:after="20"/>
            </w:pPr>
            <w:r>
              <w:rPr>
                <w:sz w:val="14"/>
              </w:rPr>
              <w:t>Which continent is Greece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0A86B2" w14:textId="77777777" w:rsidR="00F878E5" w:rsidRDefault="00F17885">
            <w:pPr>
              <w:spacing w:after="20"/>
            </w:pPr>
            <w:r>
              <w:rPr>
                <w:sz w:val="14"/>
              </w:rPr>
              <w:t>Greece is in Europe.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DE357A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B668DB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continent; pupils justify.</w:t>
            </w:r>
          </w:p>
        </w:tc>
      </w:tr>
      <w:tr w:rsidR="00F878E5" w14:paraId="28A74CE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BC1CC2" w14:textId="77777777" w:rsidR="00F878E5" w:rsidRDefault="00F17885">
            <w:pPr>
              <w:spacing w:after="20"/>
            </w:pPr>
            <w:r>
              <w:rPr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A802D0" w14:textId="77777777" w:rsidR="00F878E5" w:rsidRDefault="00F17885">
            <w:pPr>
              <w:spacing w:after="20"/>
            </w:pPr>
            <w:r>
              <w:rPr>
                <w:sz w:val="14"/>
              </w:rPr>
              <w:t>Name two European countries.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80B238" w14:textId="77777777" w:rsidR="00F878E5" w:rsidRDefault="00F17885">
            <w:pPr>
              <w:spacing w:after="20"/>
            </w:pPr>
            <w:r>
              <w:rPr>
                <w:sz w:val="14"/>
              </w:rPr>
              <w:t>Accept European countries such as France, Spain, Italy, Germany, Greece or Ireland.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41BADB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AA12FD" w14:textId="0C3EC751" w:rsidR="00F878E5" w:rsidRDefault="00F878E5">
            <w:pPr>
              <w:spacing w:after="20"/>
            </w:pPr>
          </w:p>
        </w:tc>
      </w:tr>
      <w:tr w:rsidR="00F878E5" w14:paraId="2E315E5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3EF1D8" w14:textId="77777777" w:rsidR="00F878E5" w:rsidRDefault="00F17885">
            <w:pPr>
              <w:spacing w:after="20"/>
            </w:pPr>
            <w:r>
              <w:rPr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D0CBD4" w14:textId="77777777" w:rsidR="00F878E5" w:rsidRDefault="00F17885">
            <w:pPr>
              <w:spacing w:after="20"/>
            </w:pPr>
            <w:r>
              <w:rPr>
                <w:sz w:val="14"/>
              </w:rPr>
              <w:t>Name four European countries.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284E1F" w14:textId="77777777" w:rsidR="00F878E5" w:rsidRDefault="00F17885">
            <w:pPr>
              <w:spacing w:after="20"/>
            </w:pPr>
            <w:r>
              <w:rPr>
                <w:sz w:val="14"/>
              </w:rPr>
              <w:t>Accept European countries such as France, Spain, Italy, Germany, Greece or Ireland.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49C763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730FC8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24FE34E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FE3FE0" w14:textId="77777777" w:rsidR="00F878E5" w:rsidRDefault="00F17885">
            <w:pPr>
              <w:spacing w:after="20"/>
            </w:pPr>
            <w:r>
              <w:rPr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E5344A" w14:textId="77777777" w:rsidR="00F878E5" w:rsidRDefault="00F17885">
            <w:pPr>
              <w:spacing w:after="20"/>
            </w:pPr>
            <w:r>
              <w:rPr>
                <w:sz w:val="14"/>
              </w:rPr>
              <w:t>What is a capital 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13D266" w14:textId="77777777" w:rsidR="00F878E5" w:rsidRDefault="00F17885">
            <w:pPr>
              <w:spacing w:after="20"/>
            </w:pPr>
            <w:r>
              <w:rPr>
                <w:sz w:val="14"/>
              </w:rPr>
              <w:t>A capital city is the city where a country’s government is usually based.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7B72E4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F35485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city: definition, characteristics, examples and non-examples.</w:t>
            </w:r>
          </w:p>
        </w:tc>
      </w:tr>
      <w:tr w:rsidR="00F878E5" w14:paraId="4C30484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41544B" w14:textId="77777777" w:rsidR="00F878E5" w:rsidRDefault="00F17885">
            <w:pPr>
              <w:spacing w:after="20"/>
            </w:pPr>
            <w:r>
              <w:rPr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4BA62D" w14:textId="77777777" w:rsidR="00F878E5" w:rsidRDefault="00F17885">
            <w:pPr>
              <w:spacing w:after="20"/>
            </w:pPr>
            <w:r>
              <w:rPr>
                <w:sz w:val="14"/>
              </w:rPr>
              <w:t>Name one European capital city.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32D986" w14:textId="77777777" w:rsidR="00F878E5" w:rsidRDefault="00F17885">
            <w:pPr>
              <w:spacing w:after="20"/>
            </w:pPr>
            <w:r>
              <w:rPr>
                <w:sz w:val="14"/>
              </w:rPr>
              <w:t>A capital city is the city where a country’s government is usually based.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CFC6F6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10D10B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Name one European capital city..</w:t>
            </w:r>
          </w:p>
        </w:tc>
      </w:tr>
      <w:tr w:rsidR="00F878E5" w14:paraId="6BE78DF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515E86" w14:textId="77777777" w:rsidR="00F878E5" w:rsidRDefault="00F17885">
            <w:pPr>
              <w:spacing w:after="20"/>
            </w:pPr>
            <w:r>
              <w:rPr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A42442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Northern Hemisphere?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0FA8E8" w14:textId="77777777" w:rsidR="00F878E5" w:rsidRDefault="00F17885">
            <w:pPr>
              <w:spacing w:after="20"/>
            </w:pPr>
            <w:r>
              <w:rPr>
                <w:sz w:val="14"/>
              </w:rPr>
              <w:t>The Northern Hemisphere is the half of Earth north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CF9736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E8BEAC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What is the Northern Hemisphere.</w:t>
            </w:r>
          </w:p>
        </w:tc>
      </w:tr>
      <w:tr w:rsidR="00F878E5" w14:paraId="3EFD9B8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3E59DB" w14:textId="77777777" w:rsidR="00F878E5" w:rsidRDefault="00F17885">
            <w:pPr>
              <w:spacing w:after="20"/>
            </w:pPr>
            <w:r>
              <w:rPr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09FCA7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Southern Hemisphere?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2E6132" w14:textId="77777777" w:rsidR="00F878E5" w:rsidRDefault="00F17885">
            <w:pPr>
              <w:spacing w:after="20"/>
            </w:pPr>
            <w:r>
              <w:rPr>
                <w:sz w:val="14"/>
              </w:rPr>
              <w:t>The Southern Hemisphere is the half of Earth south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537C6E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D94375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geographical word, location, and today’s new learning.</w:t>
            </w:r>
          </w:p>
        </w:tc>
      </w:tr>
      <w:tr w:rsidR="00F878E5" w14:paraId="09A6E45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442A1D" w14:textId="77777777" w:rsidR="00F878E5" w:rsidRDefault="00F17885">
            <w:pPr>
              <w:spacing w:after="20"/>
            </w:pPr>
            <w:r>
              <w:rPr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106A7C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Arctic Circle?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D1E99F" w14:textId="77777777" w:rsidR="00F878E5" w:rsidRDefault="00F17885">
            <w:pPr>
              <w:spacing w:after="20"/>
            </w:pPr>
            <w:r>
              <w:rPr>
                <w:sz w:val="14"/>
              </w:rPr>
              <w:t>The Arctic Circle is an imaginary line in the far north of the world.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FC32AE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3126B6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geographical word; pupils justify.</w:t>
            </w:r>
          </w:p>
        </w:tc>
      </w:tr>
      <w:tr w:rsidR="00F878E5" w14:paraId="1060416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93B23A" w14:textId="77777777" w:rsidR="00F878E5" w:rsidRDefault="00F17885">
            <w:pPr>
              <w:spacing w:after="20"/>
            </w:pPr>
            <w:r>
              <w:rPr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29513B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Antarctic Circle?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1E2F6E" w14:textId="77777777" w:rsidR="00F878E5" w:rsidRDefault="00F17885">
            <w:pPr>
              <w:spacing w:after="20"/>
            </w:pPr>
            <w:r>
              <w:rPr>
                <w:sz w:val="14"/>
              </w:rPr>
              <w:t>The Arctic Circle is an imaginary line in the far north of the world.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0E777D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0AB8CC" w14:textId="5F712E43" w:rsidR="00F878E5" w:rsidRDefault="00F878E5">
            <w:pPr>
              <w:spacing w:after="20"/>
            </w:pPr>
          </w:p>
        </w:tc>
      </w:tr>
      <w:tr w:rsidR="00F878E5" w14:paraId="14EC95B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B9D758" w14:textId="77777777" w:rsidR="00F878E5" w:rsidRDefault="00F17885">
            <w:pPr>
              <w:spacing w:after="20"/>
            </w:pPr>
            <w:r>
              <w:rPr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73D63" w14:textId="77777777" w:rsidR="00F878E5" w:rsidRDefault="00F17885">
            <w:pPr>
              <w:spacing w:after="20"/>
            </w:pPr>
            <w:r>
              <w:rPr>
                <w:sz w:val="14"/>
              </w:rPr>
              <w:t>What is a volcano?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4AC074" w14:textId="77777777" w:rsidR="00F878E5" w:rsidRDefault="00F17885">
            <w:pPr>
              <w:spacing w:after="20"/>
            </w:pPr>
            <w:r>
              <w:rPr>
                <w:sz w:val="14"/>
              </w:rPr>
              <w:t>A volcano is an opening in Earth where lava, ash and gases can escape.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C5F28B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F66E26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volcano with a related place, feature or concept.</w:t>
            </w:r>
          </w:p>
        </w:tc>
      </w:tr>
      <w:tr w:rsidR="00F878E5" w14:paraId="591A2DA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38C607" w14:textId="77777777" w:rsidR="00F878E5" w:rsidRDefault="00F17885">
            <w:pPr>
              <w:spacing w:after="20"/>
            </w:pPr>
            <w:r>
              <w:rPr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11E2FE" w14:textId="77777777" w:rsidR="00F878E5" w:rsidRDefault="00F17885">
            <w:pPr>
              <w:spacing w:after="20"/>
            </w:pPr>
            <w:r>
              <w:rPr>
                <w:sz w:val="14"/>
              </w:rPr>
              <w:t>What is an earthquake?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3E0C0D" w14:textId="77777777" w:rsidR="00F878E5" w:rsidRDefault="00F17885">
            <w:pPr>
              <w:spacing w:after="20"/>
            </w:pPr>
            <w:r>
              <w:rPr>
                <w:sz w:val="14"/>
              </w:rPr>
              <w:t>An earthquake is a sudden shaking of the ground.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61507F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5A090E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earthquake: definition, characteristics, examples and non-examples.</w:t>
            </w:r>
          </w:p>
        </w:tc>
      </w:tr>
      <w:tr w:rsidR="00F878E5" w14:paraId="272282F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56827C" w14:textId="77777777" w:rsidR="00F878E5" w:rsidRDefault="00F17885">
            <w:pPr>
              <w:spacing w:after="20"/>
            </w:pPr>
            <w:r>
              <w:rPr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D8C3EE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Europe, hemispheres, volcanoes and earthquakes?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18F72" w14:textId="77777777" w:rsidR="00F878E5" w:rsidRDefault="00F17885">
            <w:pPr>
              <w:spacing w:after="20"/>
            </w:pPr>
            <w:r>
              <w:rPr>
                <w:sz w:val="14"/>
              </w:rPr>
              <w:t>An earthquake is a sudden shaking of the ground.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4910B6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12D92E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Europe, hemispheres, volcanoes and earthquakes.</w:t>
            </w:r>
          </w:p>
        </w:tc>
      </w:tr>
    </w:tbl>
    <w:p w14:paraId="72081679" w14:textId="77777777" w:rsidR="00F878E5" w:rsidRDefault="00F878E5"/>
    <w:p w14:paraId="3B5315BF" w14:textId="1677BF91" w:rsidR="00F878E5" w:rsidRDefault="00F17885">
      <w:pPr>
        <w:pStyle w:val="Heading2"/>
      </w:pPr>
      <w:r>
        <w:rPr>
          <w:color w:val="1F4E79"/>
        </w:rPr>
        <w:t xml:space="preserve">Year 4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14B3C730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76088A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329344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48585F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72DE9F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D356C0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07A4EDD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ED4232" w14:textId="77777777" w:rsidR="00F878E5" w:rsidRDefault="00F17885">
            <w:pPr>
              <w:spacing w:after="20"/>
            </w:pPr>
            <w:r>
              <w:rPr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11561F" w14:textId="77777777" w:rsidR="00F878E5" w:rsidRDefault="00F17885">
            <w:pPr>
              <w:spacing w:after="20"/>
            </w:pPr>
            <w:r>
              <w:rPr>
                <w:sz w:val="14"/>
              </w:rPr>
              <w:t>What are the eight compass points?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21DAED" w14:textId="77777777" w:rsidR="00F878E5" w:rsidRDefault="00F17885">
            <w:pPr>
              <w:spacing w:after="20"/>
            </w:pPr>
            <w:r>
              <w:rPr>
                <w:sz w:val="14"/>
              </w:rPr>
              <w:t>The eight compass points are N, NE, E, SE, S, SW, W and NW.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D86CA5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CCD8C7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compass; pupils justify.</w:t>
            </w:r>
          </w:p>
        </w:tc>
      </w:tr>
      <w:tr w:rsidR="00F878E5" w14:paraId="05068CE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43FBC9" w14:textId="77777777" w:rsidR="00F878E5" w:rsidRDefault="00F17885">
            <w:pPr>
              <w:spacing w:after="20"/>
            </w:pPr>
            <w:r>
              <w:rPr>
                <w:sz w:val="14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1F39D6" w14:textId="77777777" w:rsidR="00F878E5" w:rsidRDefault="00F17885">
            <w:pPr>
              <w:spacing w:after="20"/>
            </w:pPr>
            <w:r>
              <w:rPr>
                <w:sz w:val="14"/>
              </w:rPr>
              <w:t>What does NE stand for?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FA798C" w14:textId="77777777" w:rsidR="00F878E5" w:rsidRDefault="00F17885">
            <w:pPr>
              <w:spacing w:after="20"/>
            </w:pPr>
            <w:r>
              <w:rPr>
                <w:sz w:val="14"/>
              </w:rPr>
              <w:t>NE stands for north-east.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15A92F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0821D3" w14:textId="1408B741" w:rsidR="00F878E5" w:rsidRDefault="00F878E5">
            <w:pPr>
              <w:spacing w:after="20"/>
            </w:pPr>
          </w:p>
        </w:tc>
      </w:tr>
      <w:tr w:rsidR="00F878E5" w14:paraId="555EA2B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5719BB" w14:textId="77777777" w:rsidR="00F878E5" w:rsidRDefault="00F17885">
            <w:pPr>
              <w:spacing w:after="20"/>
            </w:pPr>
            <w:r>
              <w:rPr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830928" w14:textId="77777777" w:rsidR="00F878E5" w:rsidRDefault="00F17885">
            <w:pPr>
              <w:spacing w:after="20"/>
            </w:pPr>
            <w:r>
              <w:rPr>
                <w:sz w:val="14"/>
              </w:rPr>
              <w:t>What does SW stand for?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02FE6D" w14:textId="77777777" w:rsidR="00F878E5" w:rsidRDefault="00F17885">
            <w:pPr>
              <w:spacing w:after="20"/>
            </w:pPr>
            <w:r>
              <w:rPr>
                <w:sz w:val="14"/>
              </w:rPr>
              <w:t>SW stands for south-west.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E76C97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3DEAA0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31D033B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950EDD" w14:textId="77777777" w:rsidR="00F878E5" w:rsidRDefault="00F17885">
            <w:pPr>
              <w:spacing w:after="20"/>
            </w:pPr>
            <w:r>
              <w:rPr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67F998" w14:textId="77777777" w:rsidR="00F878E5" w:rsidRDefault="00F17885">
            <w:pPr>
              <w:spacing w:after="20"/>
            </w:pPr>
            <w:r>
              <w:rPr>
                <w:sz w:val="14"/>
              </w:rPr>
              <w:t>What is a map key?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DF16BC" w14:textId="77777777" w:rsidR="00F878E5" w:rsidRDefault="00F17885">
            <w:pPr>
              <w:spacing w:after="20"/>
            </w:pPr>
            <w:r>
              <w:rPr>
                <w:sz w:val="14"/>
              </w:rPr>
              <w:t>A map is a drawing or representation of a place from above.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77EDF5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F0AAAB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map: definition, characteristics, examples and non-examples.</w:t>
            </w:r>
          </w:p>
        </w:tc>
      </w:tr>
      <w:tr w:rsidR="00F878E5" w14:paraId="05C4324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5CEC44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0BF0C" w14:textId="77777777" w:rsidR="00F878E5" w:rsidRDefault="00F17885">
            <w:pPr>
              <w:spacing w:after="20"/>
            </w:pPr>
            <w:r>
              <w:rPr>
                <w:sz w:val="14"/>
              </w:rPr>
              <w:t>What are OS symbols used for?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0E211B" w14:textId="77777777" w:rsidR="00F878E5" w:rsidRDefault="00F17885">
            <w:pPr>
              <w:spacing w:after="20"/>
            </w:pPr>
            <w:r>
              <w:rPr>
                <w:sz w:val="14"/>
              </w:rPr>
              <w:t>OS symbols represent features on Ordnance Survey maps.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18B1F2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6F600B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are OS symbols used for.</w:t>
            </w:r>
          </w:p>
        </w:tc>
      </w:tr>
      <w:tr w:rsidR="00F878E5" w14:paraId="6B95738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C9B50C" w14:textId="77777777" w:rsidR="00F878E5" w:rsidRDefault="00F17885">
            <w:pPr>
              <w:spacing w:after="20"/>
            </w:pPr>
            <w:r>
              <w:rPr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33635F" w14:textId="77777777" w:rsidR="00F878E5" w:rsidRDefault="00F17885">
            <w:pPr>
              <w:spacing w:after="20"/>
            </w:pPr>
            <w:r>
              <w:rPr>
                <w:sz w:val="14"/>
              </w:rPr>
              <w:t>What is a river?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77EBC9" w14:textId="77777777" w:rsidR="00F878E5" w:rsidRDefault="00F17885">
            <w:pPr>
              <w:spacing w:after="20"/>
            </w:pPr>
            <w:r>
              <w:rPr>
                <w:sz w:val="14"/>
              </w:rPr>
              <w:t>A river is a natural flow of water that usually moves from higher land towards the sea, lake or another river.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9D414E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DF2B85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What is a river.</w:t>
            </w:r>
          </w:p>
        </w:tc>
      </w:tr>
      <w:tr w:rsidR="00F878E5" w14:paraId="40901FF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7D85DD" w14:textId="77777777" w:rsidR="00F878E5" w:rsidRDefault="00F17885">
            <w:pPr>
              <w:spacing w:after="20"/>
            </w:pPr>
            <w:r>
              <w:rPr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855350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source of a river?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DA10B6" w14:textId="77777777" w:rsidR="00F878E5" w:rsidRDefault="00F17885">
            <w:pPr>
              <w:spacing w:after="20"/>
            </w:pPr>
            <w:r>
              <w:rPr>
                <w:sz w:val="14"/>
              </w:rPr>
              <w:t>The source is where a river begins.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BFD846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D9048C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river, location, and today’s new learning.</w:t>
            </w:r>
          </w:p>
        </w:tc>
      </w:tr>
      <w:tr w:rsidR="00F878E5" w14:paraId="0374F7C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26130D" w14:textId="77777777" w:rsidR="00F878E5" w:rsidRDefault="00F17885">
            <w:pPr>
              <w:spacing w:after="20"/>
            </w:pPr>
            <w:r>
              <w:rPr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B5C3E5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mouth of a river?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2910DE" w14:textId="77777777" w:rsidR="00F878E5" w:rsidRDefault="00F17885">
            <w:pPr>
              <w:spacing w:after="20"/>
            </w:pPr>
            <w:r>
              <w:rPr>
                <w:sz w:val="14"/>
              </w:rPr>
              <w:t>The mouth is where a river flows into the sea, lake or another body of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78E50D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F7D361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river; pupils justify.</w:t>
            </w:r>
          </w:p>
        </w:tc>
      </w:tr>
      <w:tr w:rsidR="00F878E5" w14:paraId="7710FE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53127E" w14:textId="77777777" w:rsidR="00F878E5" w:rsidRDefault="00F17885">
            <w:pPr>
              <w:spacing w:after="20"/>
            </w:pPr>
            <w:r>
              <w:rPr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F94D41" w14:textId="77777777" w:rsidR="00F878E5" w:rsidRDefault="00F17885">
            <w:pPr>
              <w:spacing w:after="20"/>
            </w:pPr>
            <w:r>
              <w:rPr>
                <w:sz w:val="14"/>
              </w:rPr>
              <w:t>What is a tributary?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159C83" w14:textId="77777777" w:rsidR="00F878E5" w:rsidRDefault="00F17885">
            <w:pPr>
              <w:spacing w:after="20"/>
            </w:pPr>
            <w:r>
              <w:rPr>
                <w:sz w:val="14"/>
              </w:rPr>
              <w:t>A tributary is a smaller river or stream that joins a larger river.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224EFD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3D346C" w14:textId="452B03D5" w:rsidR="00F878E5" w:rsidRDefault="00F17885">
            <w:pPr>
              <w:spacing w:after="20"/>
            </w:pPr>
            <w:r>
              <w:rPr>
                <w:sz w:val="14"/>
              </w:rPr>
              <w:t>Always, sometimes or never? “</w:t>
            </w:r>
            <w:r w:rsidR="00E56F6E">
              <w:rPr>
                <w:sz w:val="14"/>
              </w:rPr>
              <w:t>Tributaries always join rivers</w:t>
            </w:r>
            <w:r>
              <w:rPr>
                <w:sz w:val="14"/>
              </w:rPr>
              <w:t>” Ask pupils to qualify their answer.</w:t>
            </w:r>
          </w:p>
        </w:tc>
      </w:tr>
      <w:tr w:rsidR="00F878E5" w14:paraId="031F5FF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FBC5D9" w14:textId="77777777" w:rsidR="00F878E5" w:rsidRDefault="00F17885">
            <w:pPr>
              <w:spacing w:after="20"/>
            </w:pPr>
            <w:r>
              <w:rPr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E2045B" w14:textId="77777777" w:rsidR="00F878E5" w:rsidRDefault="00F17885">
            <w:pPr>
              <w:spacing w:after="20"/>
            </w:pPr>
            <w:r>
              <w:rPr>
                <w:sz w:val="14"/>
              </w:rPr>
              <w:t>Name one river in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CDC777" w14:textId="77777777" w:rsidR="00F878E5" w:rsidRDefault="00F17885">
            <w:pPr>
              <w:spacing w:after="20"/>
            </w:pPr>
            <w:r>
              <w:rPr>
                <w:sz w:val="14"/>
              </w:rPr>
              <w:t>Accept examples such as River Thames, River Severn, River Trent, River Mersey or River Tyne.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69E0BF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DFC1EC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river with a related place, feature or concept.</w:t>
            </w:r>
          </w:p>
        </w:tc>
      </w:tr>
      <w:tr w:rsidR="00F878E5" w14:paraId="0BD4C01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B1496A" w14:textId="77777777" w:rsidR="00F878E5" w:rsidRDefault="00F17885">
            <w:pPr>
              <w:spacing w:after="20"/>
            </w:pPr>
            <w:r>
              <w:rPr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5A5AAC" w14:textId="77777777" w:rsidR="00F878E5" w:rsidRDefault="00F17885">
            <w:pPr>
              <w:spacing w:after="20"/>
            </w:pPr>
            <w:r>
              <w:rPr>
                <w:sz w:val="14"/>
              </w:rPr>
              <w:t>Why are many cities located near rivers?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55704B" w14:textId="77777777" w:rsidR="00F878E5" w:rsidRDefault="00F17885">
            <w:pPr>
              <w:spacing w:after="20"/>
            </w:pPr>
            <w:r>
              <w:rPr>
                <w:sz w:val="14"/>
              </w:rPr>
              <w:t>Rivers provide water, food, transport routes, trade routes and fertile 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C1D818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8BEB75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river: definition, characteristics, examples and non-examples.</w:t>
            </w:r>
          </w:p>
        </w:tc>
      </w:tr>
      <w:tr w:rsidR="00F878E5" w14:paraId="1708A73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D940D6" w14:textId="77777777" w:rsidR="00F878E5" w:rsidRDefault="00F17885">
            <w:pPr>
              <w:spacing w:after="20"/>
            </w:pPr>
            <w:r>
              <w:rPr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994AD3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rivers, maps and compass directions?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D86EE0" w14:textId="77777777" w:rsidR="00F878E5" w:rsidRDefault="00F17885">
            <w:pPr>
              <w:spacing w:after="20"/>
            </w:pPr>
            <w:r>
              <w:rPr>
                <w:sz w:val="14"/>
              </w:rPr>
              <w:t>Pupils should connect the key vocabulary and facts from this term to prior and future learning.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224246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552211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rivers, maps and compass directions.</w:t>
            </w:r>
          </w:p>
        </w:tc>
      </w:tr>
    </w:tbl>
    <w:p w14:paraId="4203B5EF" w14:textId="77777777" w:rsidR="00F878E5" w:rsidRDefault="00F878E5"/>
    <w:p w14:paraId="23677136" w14:textId="0AFCE426" w:rsidR="00F878E5" w:rsidRDefault="00F17885">
      <w:pPr>
        <w:pStyle w:val="Heading2"/>
      </w:pPr>
      <w:r>
        <w:rPr>
          <w:color w:val="1F4E79"/>
        </w:rPr>
        <w:t xml:space="preserve">Year 4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272AAF93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6EE0DC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B53343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7C54EC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D2DBCB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46E777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6A0E8A3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9E7119" w14:textId="77777777" w:rsidR="00F878E5" w:rsidRDefault="00F17885">
            <w:pPr>
              <w:spacing w:after="20"/>
            </w:pPr>
            <w:r>
              <w:rPr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6585A0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water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C43825" w14:textId="77777777" w:rsidR="00F878E5" w:rsidRDefault="00F17885">
            <w:pPr>
              <w:spacing w:after="20"/>
            </w:pPr>
            <w:r>
              <w:rPr>
                <w:sz w:val="14"/>
              </w:rPr>
              <w:t>The water cycle explains how water moves around Earth through evaporation, condensation, precipitation and collection.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AAC85F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D5B1B0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geographical word; pupils justify.</w:t>
            </w:r>
          </w:p>
        </w:tc>
      </w:tr>
      <w:tr w:rsidR="00F878E5" w14:paraId="0BDD68C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D98C04" w14:textId="77777777" w:rsidR="00F878E5" w:rsidRDefault="00F17885">
            <w:pPr>
              <w:spacing w:after="20"/>
            </w:pPr>
            <w:r>
              <w:rPr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DD5118" w14:textId="77777777" w:rsidR="00F878E5" w:rsidRDefault="00F17885">
            <w:pPr>
              <w:spacing w:after="20"/>
            </w:pPr>
            <w:r>
              <w:rPr>
                <w:sz w:val="14"/>
              </w:rPr>
              <w:t>What is evaporation?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7CBED0" w14:textId="6E502E4C" w:rsidR="00F878E5" w:rsidRDefault="00F17885">
            <w:pPr>
              <w:spacing w:after="20"/>
            </w:pPr>
            <w:r>
              <w:rPr>
                <w:sz w:val="14"/>
              </w:rPr>
              <w:t xml:space="preserve">Evaporation is when liquid </w:t>
            </w:r>
            <w:r>
              <w:rPr>
                <w:sz w:val="14"/>
              </w:rPr>
              <w:t xml:space="preserve">changes into </w:t>
            </w:r>
            <w:proofErr w:type="spellStart"/>
            <w:r>
              <w:rPr>
                <w:sz w:val="14"/>
              </w:rPr>
              <w:t>vapour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B11B23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6AE4EE" w14:textId="075191C7" w:rsidR="00F878E5" w:rsidRDefault="00F17885">
            <w:pPr>
              <w:spacing w:after="20"/>
            </w:pPr>
            <w:r>
              <w:rPr>
                <w:sz w:val="14"/>
              </w:rPr>
              <w:t>Always, sometimes or never? “</w:t>
            </w:r>
            <w:r w:rsidR="00E56F6E">
              <w:rPr>
                <w:sz w:val="14"/>
              </w:rPr>
              <w:t xml:space="preserve">Evaporation is when liquid turns to water </w:t>
            </w:r>
            <w:proofErr w:type="spellStart"/>
            <w:r w:rsidR="00E56F6E">
              <w:rPr>
                <w:sz w:val="14"/>
              </w:rPr>
              <w:t>vapour</w:t>
            </w:r>
            <w:proofErr w:type="spellEnd"/>
            <w:r>
              <w:rPr>
                <w:sz w:val="14"/>
              </w:rPr>
              <w:t>” Ask pupils to qualify their answer.</w:t>
            </w:r>
          </w:p>
        </w:tc>
      </w:tr>
      <w:tr w:rsidR="00F878E5" w14:paraId="2E0559E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09B731" w14:textId="77777777" w:rsidR="00F878E5" w:rsidRDefault="00F17885">
            <w:pPr>
              <w:spacing w:after="20"/>
            </w:pPr>
            <w:r>
              <w:rPr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5BA47" w14:textId="77777777" w:rsidR="00F878E5" w:rsidRDefault="00F17885">
            <w:pPr>
              <w:spacing w:after="20"/>
            </w:pPr>
            <w:r>
              <w:rPr>
                <w:sz w:val="14"/>
              </w:rPr>
              <w:t>What is condensation?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8809B7" w14:textId="77777777" w:rsidR="00F878E5" w:rsidRDefault="00F17885">
            <w:pPr>
              <w:spacing w:after="20"/>
            </w:pPr>
            <w:r>
              <w:rPr>
                <w:sz w:val="14"/>
              </w:rPr>
              <w:t>Condensation is when water vapour cools and changes into liquid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E975BD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56BFB5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71A18D8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56898C" w14:textId="77777777" w:rsidR="00F878E5" w:rsidRDefault="00F17885">
            <w:pPr>
              <w:spacing w:after="20"/>
            </w:pPr>
            <w:r>
              <w:rPr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E79427" w14:textId="77777777" w:rsidR="00F878E5" w:rsidRDefault="00F17885">
            <w:pPr>
              <w:spacing w:after="20"/>
            </w:pPr>
            <w:r>
              <w:rPr>
                <w:sz w:val="14"/>
              </w:rPr>
              <w:t>What is precipitation?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2B8344" w14:textId="77777777" w:rsidR="00F878E5" w:rsidRDefault="00F17885">
            <w:pPr>
              <w:spacing w:after="20"/>
            </w:pPr>
            <w:r>
              <w:rPr>
                <w:sz w:val="14"/>
              </w:rPr>
              <w:t>Precipitation is water falling from clouds, such as rain, snow, sleet or hail.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57C583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0E517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2CF683C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BF5CA4" w14:textId="77777777" w:rsidR="00F878E5" w:rsidRDefault="00F17885">
            <w:pPr>
              <w:spacing w:after="20"/>
            </w:pPr>
            <w:r>
              <w:rPr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1EF4D" w14:textId="77777777" w:rsidR="00F878E5" w:rsidRDefault="00F17885">
            <w:pPr>
              <w:spacing w:after="20"/>
            </w:pPr>
            <w:r>
              <w:rPr>
                <w:sz w:val="14"/>
              </w:rPr>
              <w:t>What is collection in the water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5609C8" w14:textId="52B153C7" w:rsidR="00F878E5" w:rsidRDefault="00F17885">
            <w:pPr>
              <w:spacing w:after="20"/>
            </w:pPr>
            <w:r>
              <w:rPr>
                <w:sz w:val="14"/>
              </w:rPr>
              <w:t>The water cycle explains how water moves around Earth through evaporation, condensation, precipitation and collection</w:t>
            </w:r>
            <w:r w:rsidR="009B61E1">
              <w:rPr>
                <w:sz w:val="14"/>
              </w:rPr>
              <w:t xml:space="preserve"> is a body of water- </w:t>
            </w:r>
            <w:proofErr w:type="spellStart"/>
            <w:r w:rsidR="009B61E1">
              <w:rPr>
                <w:sz w:val="14"/>
              </w:rPr>
              <w:t>e.g</w:t>
            </w:r>
            <w:proofErr w:type="spellEnd"/>
            <w:r w:rsidR="009B61E1">
              <w:rPr>
                <w:sz w:val="14"/>
              </w:rPr>
              <w:t xml:space="preserve"> lake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C208F5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DE8DE7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is collection in the water cycle.</w:t>
            </w:r>
          </w:p>
        </w:tc>
      </w:tr>
      <w:tr w:rsidR="00F878E5" w14:paraId="73B26E6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2B21BF" w14:textId="77777777" w:rsidR="00F878E5" w:rsidRDefault="00F17885">
            <w:pPr>
              <w:spacing w:after="20"/>
            </w:pPr>
            <w:r>
              <w:rPr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BA60CB" w14:textId="77777777" w:rsidR="00F878E5" w:rsidRDefault="00F17885">
            <w:pPr>
              <w:spacing w:after="20"/>
            </w:pPr>
            <w:r>
              <w:rPr>
                <w:sz w:val="14"/>
              </w:rPr>
              <w:t>What is a mountain?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2045BA" w14:textId="77777777" w:rsidR="00F878E5" w:rsidRDefault="00F17885">
            <w:pPr>
              <w:spacing w:after="20"/>
            </w:pPr>
            <w:r>
              <w:rPr>
                <w:sz w:val="14"/>
              </w:rPr>
              <w:t>A mountain is a high area of land, usually with steep sides.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1FE5AF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BB40D1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What is a mountain.</w:t>
            </w:r>
          </w:p>
        </w:tc>
      </w:tr>
      <w:tr w:rsidR="00F878E5" w14:paraId="771CCB1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41AB5A" w14:textId="77777777" w:rsidR="00F878E5" w:rsidRDefault="00F17885">
            <w:pPr>
              <w:spacing w:after="20"/>
            </w:pPr>
            <w:r>
              <w:rPr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575803" w14:textId="77777777" w:rsidR="00F878E5" w:rsidRDefault="00F17885">
            <w:pPr>
              <w:spacing w:after="20"/>
            </w:pPr>
            <w:r>
              <w:rPr>
                <w:sz w:val="14"/>
              </w:rPr>
              <w:t>Name one mountain region in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D84D65" w14:textId="77777777" w:rsidR="00F878E5" w:rsidRDefault="00F17885">
            <w:pPr>
              <w:spacing w:after="20"/>
            </w:pPr>
            <w:r>
              <w:rPr>
                <w:sz w:val="14"/>
              </w:rPr>
              <w:t>Accept examples such as the Grampians, the Pennines, Snowdonia/Eryri, or the Lake District.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1E0184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2D1F75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mountain, location, and today’s new learning.</w:t>
            </w:r>
          </w:p>
        </w:tc>
      </w:tr>
      <w:tr w:rsidR="00F878E5" w14:paraId="3A9015F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A8B18A" w14:textId="77777777" w:rsidR="00F878E5" w:rsidRDefault="00F17885">
            <w:pPr>
              <w:spacing w:after="20"/>
            </w:pPr>
            <w:r>
              <w:rPr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AFAFCF" w14:textId="77777777" w:rsidR="00F878E5" w:rsidRDefault="00F17885">
            <w:pPr>
              <w:spacing w:after="20"/>
            </w:pPr>
            <w:r>
              <w:rPr>
                <w:sz w:val="14"/>
              </w:rPr>
              <w:t xml:space="preserve">Name one of the world’s famous mountain </w:t>
            </w:r>
            <w:r>
              <w:rPr>
                <w:sz w:val="14"/>
              </w:rPr>
              <w:lastRenderedPageBreak/>
              <w:t>ranges.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F86646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 xml:space="preserve">Accept examples such as the Himalayas, Andes, </w:t>
            </w:r>
            <w:r>
              <w:rPr>
                <w:sz w:val="14"/>
              </w:rPr>
              <w:lastRenderedPageBreak/>
              <w:t>Alps or Rockies.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786F9B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5E87E3" w14:textId="77777777" w:rsidR="00F878E5" w:rsidRDefault="00F17885">
            <w:pPr>
              <w:spacing w:after="20"/>
            </w:pPr>
            <w:r>
              <w:rPr>
                <w:sz w:val="14"/>
              </w:rPr>
              <w:t xml:space="preserve">Odd one out: choose two related examples and </w:t>
            </w:r>
            <w:r>
              <w:rPr>
                <w:sz w:val="14"/>
              </w:rPr>
              <w:lastRenderedPageBreak/>
              <w:t>one non-example for mountain; pupils justify.</w:t>
            </w:r>
          </w:p>
        </w:tc>
      </w:tr>
      <w:tr w:rsidR="00F878E5" w14:paraId="03ABCFD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A75A01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34B7D2" w14:textId="77777777" w:rsidR="00F878E5" w:rsidRDefault="00F17885">
            <w:pPr>
              <w:spacing w:after="20"/>
            </w:pPr>
            <w:r>
              <w:rPr>
                <w:sz w:val="14"/>
              </w:rPr>
              <w:t>What is latitude?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7CDCDC" w14:textId="77777777" w:rsidR="00F878E5" w:rsidRDefault="00F17885">
            <w:pPr>
              <w:spacing w:after="20"/>
            </w:pPr>
            <w:r>
              <w:rPr>
                <w:sz w:val="14"/>
              </w:rPr>
              <w:t>Latitude lines run east-west and show how far north or south a place is from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31E180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A4D5D3" w14:textId="150D1398" w:rsidR="00F878E5" w:rsidRDefault="00F878E5">
            <w:pPr>
              <w:spacing w:after="20"/>
            </w:pPr>
          </w:p>
        </w:tc>
      </w:tr>
      <w:tr w:rsidR="00F878E5" w14:paraId="0952D1A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50B920" w14:textId="77777777" w:rsidR="00F878E5" w:rsidRDefault="00F17885">
            <w:pPr>
              <w:spacing w:after="20"/>
            </w:pPr>
            <w:r>
              <w:rPr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DAFAE9" w14:textId="77777777" w:rsidR="00F878E5" w:rsidRDefault="00F17885">
            <w:pPr>
              <w:spacing w:after="20"/>
            </w:pPr>
            <w:r>
              <w:rPr>
                <w:sz w:val="14"/>
              </w:rPr>
              <w:t>What is longitude?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D880E8" w14:textId="77777777" w:rsidR="00F878E5" w:rsidRDefault="00F17885">
            <w:pPr>
              <w:spacing w:after="20"/>
            </w:pPr>
            <w:r>
              <w:rPr>
                <w:sz w:val="14"/>
              </w:rPr>
              <w:t>Longitude lines run north-south and show how far east or west a place is from the Prime Meridian.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D609F7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491FB9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longitude with a related place, feature or concept.</w:t>
            </w:r>
          </w:p>
        </w:tc>
      </w:tr>
      <w:tr w:rsidR="00F878E5" w14:paraId="494766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40C3A9" w14:textId="77777777" w:rsidR="00F878E5" w:rsidRDefault="00F17885">
            <w:pPr>
              <w:spacing w:after="20"/>
            </w:pPr>
            <w:r>
              <w:rPr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9F10BF" w14:textId="77777777" w:rsidR="00F878E5" w:rsidRDefault="00F17885">
            <w:pPr>
              <w:spacing w:after="20"/>
            </w:pPr>
            <w:r>
              <w:rPr>
                <w:sz w:val="14"/>
              </w:rPr>
              <w:t>What is a four-figure grid reference?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524DDE" w14:textId="77777777" w:rsidR="00F878E5" w:rsidRDefault="00F17885">
            <w:pPr>
              <w:spacing w:after="20"/>
            </w:pPr>
            <w:r>
              <w:rPr>
                <w:sz w:val="14"/>
              </w:rPr>
              <w:t>A four-figure grid reference identifies a square on a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823FB9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D382A3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7814CBC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2F75CC" w14:textId="77777777" w:rsidR="00F878E5" w:rsidRDefault="00F17885">
            <w:pPr>
              <w:spacing w:after="20"/>
            </w:pPr>
            <w:r>
              <w:rPr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C6F5CA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rivers, mountains, the water cycle, latitude, longitude and grid references?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D028B1" w14:textId="77777777" w:rsidR="00F878E5" w:rsidRDefault="00F17885">
            <w:pPr>
              <w:spacing w:after="20"/>
            </w:pPr>
            <w:r>
              <w:rPr>
                <w:sz w:val="14"/>
              </w:rPr>
              <w:t>The water cycle explains how water moves around Earth through evaporation, condensation, precipitation and collection.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B5CDC3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A3AC46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rivers, mountains, the water cycle, latitude, longitude and grid references.</w:t>
            </w:r>
          </w:p>
        </w:tc>
      </w:tr>
    </w:tbl>
    <w:p w14:paraId="50DA5CAC" w14:textId="77777777" w:rsidR="00F878E5" w:rsidRDefault="00F878E5"/>
    <w:p w14:paraId="64220222" w14:textId="77777777" w:rsidR="00F878E5" w:rsidRDefault="00F17885">
      <w:r>
        <w:br w:type="page"/>
      </w:r>
    </w:p>
    <w:p w14:paraId="07B8AF6B" w14:textId="1E916AC8" w:rsidR="00F878E5" w:rsidRDefault="00F17885">
      <w:pPr>
        <w:pStyle w:val="Heading1"/>
      </w:pPr>
      <w:r>
        <w:rPr>
          <w:color w:val="1F4E79"/>
        </w:rPr>
        <w:lastRenderedPageBreak/>
        <w:t xml:space="preserve">Year 5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26B4EFAD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2E3FE9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56B5A5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835948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04C692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429758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65F7D0B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5B781F" w14:textId="77777777" w:rsidR="00F878E5" w:rsidRDefault="00F17885">
            <w:pPr>
              <w:spacing w:after="20"/>
            </w:pPr>
            <w:r>
              <w:rPr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1C008B" w14:textId="77777777" w:rsidR="00F878E5" w:rsidRDefault="00F17885">
            <w:pPr>
              <w:spacing w:after="20"/>
            </w:pPr>
            <w:r>
              <w:rPr>
                <w:sz w:val="14"/>
              </w:rPr>
              <w:t>What is a river?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4DD90C" w14:textId="77777777" w:rsidR="00F878E5" w:rsidRDefault="00F17885">
            <w:pPr>
              <w:spacing w:after="20"/>
            </w:pPr>
            <w:r>
              <w:rPr>
                <w:sz w:val="14"/>
              </w:rPr>
              <w:t>A river is a natural flow of water that usually moves from higher land towards the sea, lake or another river.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8C6146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7C91F3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river; pupils justify.</w:t>
            </w:r>
          </w:p>
        </w:tc>
      </w:tr>
      <w:tr w:rsidR="00F878E5" w14:paraId="11D001B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101570" w14:textId="77777777" w:rsidR="00F878E5" w:rsidRDefault="00F17885">
            <w:pPr>
              <w:spacing w:after="20"/>
            </w:pPr>
            <w:r>
              <w:rPr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352A9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source of a river?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5709AB" w14:textId="77777777" w:rsidR="00F878E5" w:rsidRDefault="00F17885">
            <w:pPr>
              <w:spacing w:after="20"/>
            </w:pPr>
            <w:r>
              <w:rPr>
                <w:sz w:val="14"/>
              </w:rPr>
              <w:t>The source is where a river begins.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1AAAA7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11B817" w14:textId="31B57CF8" w:rsidR="00F878E5" w:rsidRDefault="00F878E5">
            <w:pPr>
              <w:spacing w:after="20"/>
            </w:pPr>
          </w:p>
        </w:tc>
      </w:tr>
      <w:tr w:rsidR="00F878E5" w14:paraId="068C3A4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DF1F53" w14:textId="77777777" w:rsidR="00F878E5" w:rsidRDefault="00F17885">
            <w:pPr>
              <w:spacing w:after="20"/>
            </w:pPr>
            <w:r>
              <w:rPr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C19C6D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mouth of a river?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9AE362" w14:textId="77777777" w:rsidR="00F878E5" w:rsidRDefault="00F17885">
            <w:pPr>
              <w:spacing w:after="20"/>
            </w:pPr>
            <w:r>
              <w:rPr>
                <w:sz w:val="14"/>
              </w:rPr>
              <w:t>The mouth is where a river flows into the sea, lake or another body of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11DBA6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246038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river with a related place, feature or concept.</w:t>
            </w:r>
          </w:p>
        </w:tc>
      </w:tr>
      <w:tr w:rsidR="00F878E5" w14:paraId="15D8A4C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A4B240" w14:textId="77777777" w:rsidR="00F878E5" w:rsidRDefault="00F17885">
            <w:pPr>
              <w:spacing w:after="20"/>
            </w:pPr>
            <w:r>
              <w:rPr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570FC6" w14:textId="77777777" w:rsidR="00F878E5" w:rsidRDefault="00F17885">
            <w:pPr>
              <w:spacing w:after="20"/>
            </w:pPr>
            <w:r>
              <w:rPr>
                <w:sz w:val="14"/>
              </w:rPr>
              <w:t>What is a tributary?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05068E" w14:textId="77777777" w:rsidR="00F878E5" w:rsidRDefault="00F17885">
            <w:pPr>
              <w:spacing w:after="20"/>
            </w:pPr>
            <w:r>
              <w:rPr>
                <w:sz w:val="14"/>
              </w:rPr>
              <w:t>A tributary is a smaller river or stream that joins a larger river.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D95771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FC6C6E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0372BC6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35766D" w14:textId="77777777" w:rsidR="00F878E5" w:rsidRDefault="00F17885">
            <w:pPr>
              <w:spacing w:after="20"/>
            </w:pPr>
            <w:r>
              <w:rPr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0D062C" w14:textId="77777777" w:rsidR="00F878E5" w:rsidRDefault="00F17885">
            <w:pPr>
              <w:spacing w:after="20"/>
            </w:pPr>
            <w:r>
              <w:rPr>
                <w:sz w:val="14"/>
              </w:rPr>
              <w:t>Name one major river in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B27FE6" w14:textId="77777777" w:rsidR="00F878E5" w:rsidRDefault="00F17885">
            <w:pPr>
              <w:spacing w:after="20"/>
            </w:pPr>
            <w:r>
              <w:rPr>
                <w:sz w:val="14"/>
              </w:rPr>
              <w:t>Accept examples such as River Thames, River Severn, River Trent, River Mersey or River Tyne.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E1AA6A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39B1E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Name one major river in the UK..</w:t>
            </w:r>
          </w:p>
        </w:tc>
      </w:tr>
      <w:tr w:rsidR="00F878E5" w14:paraId="1DDF245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B32BA3" w14:textId="77777777" w:rsidR="00F878E5" w:rsidRDefault="00F17885">
            <w:pPr>
              <w:spacing w:after="20"/>
            </w:pPr>
            <w:r>
              <w:rPr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9DF317" w14:textId="77777777" w:rsidR="00F878E5" w:rsidRDefault="00F17885">
            <w:pPr>
              <w:spacing w:after="20"/>
            </w:pPr>
            <w:r>
              <w:rPr>
                <w:sz w:val="14"/>
              </w:rPr>
              <w:t>Why are many cities located near rivers?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83A242" w14:textId="77777777" w:rsidR="00F878E5" w:rsidRDefault="00F17885">
            <w:pPr>
              <w:spacing w:after="20"/>
            </w:pPr>
            <w:r>
              <w:rPr>
                <w:sz w:val="14"/>
              </w:rPr>
              <w:t>Rivers provide water, food, transport routes, trade routes and fertile 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F47CD7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662D28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Why are many cities located near rivers.</w:t>
            </w:r>
          </w:p>
        </w:tc>
      </w:tr>
      <w:tr w:rsidR="00F878E5" w14:paraId="20FC6FA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81B1B0" w14:textId="77777777" w:rsidR="00F878E5" w:rsidRDefault="00F17885">
            <w:pPr>
              <w:spacing w:after="20"/>
            </w:pPr>
            <w:r>
              <w:rPr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8A7A7D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water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89E72D" w14:textId="77777777" w:rsidR="00F878E5" w:rsidRDefault="00F17885">
            <w:pPr>
              <w:spacing w:after="20"/>
            </w:pPr>
            <w:r>
              <w:rPr>
                <w:sz w:val="14"/>
              </w:rPr>
              <w:t>The water cycle explains how water moves around Earth through evaporation, condensation, precipitation and collection.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76740E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4EF43B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geographical word, location, and today’s new learning.</w:t>
            </w:r>
          </w:p>
        </w:tc>
      </w:tr>
      <w:tr w:rsidR="00F878E5" w14:paraId="3BA672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540295" w14:textId="77777777" w:rsidR="00F878E5" w:rsidRDefault="00F17885">
            <w:pPr>
              <w:spacing w:after="20"/>
            </w:pPr>
            <w:r>
              <w:rPr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F3C85A" w14:textId="77777777" w:rsidR="00F878E5" w:rsidRDefault="00F17885">
            <w:pPr>
              <w:spacing w:after="20"/>
            </w:pPr>
            <w:r>
              <w:rPr>
                <w:sz w:val="14"/>
              </w:rPr>
              <w:t>What is evaporation?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59DD58" w14:textId="77777777" w:rsidR="00F878E5" w:rsidRDefault="00F17885">
            <w:pPr>
              <w:spacing w:after="20"/>
            </w:pPr>
            <w:r>
              <w:rPr>
                <w:sz w:val="14"/>
              </w:rPr>
              <w:t>Evaporation is when liquid water changes into water vapour.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8D38BC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C64DDF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geographical word; pupils justify.</w:t>
            </w:r>
          </w:p>
        </w:tc>
      </w:tr>
      <w:tr w:rsidR="00F878E5" w14:paraId="36DF61F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818B27" w14:textId="77777777" w:rsidR="00F878E5" w:rsidRDefault="00F17885">
            <w:pPr>
              <w:spacing w:after="20"/>
            </w:pPr>
            <w:r>
              <w:rPr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44E28" w14:textId="77777777" w:rsidR="00F878E5" w:rsidRDefault="00F17885">
            <w:pPr>
              <w:spacing w:after="20"/>
            </w:pPr>
            <w:r>
              <w:rPr>
                <w:sz w:val="14"/>
              </w:rPr>
              <w:t>What is condensation?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F71918" w14:textId="0E294F29" w:rsidR="00F878E5" w:rsidRDefault="00F17885">
            <w:pPr>
              <w:spacing w:after="20"/>
            </w:pPr>
            <w:r>
              <w:rPr>
                <w:sz w:val="14"/>
              </w:rPr>
              <w:t>Condensation</w:t>
            </w:r>
            <w:r w:rsidR="00E56F6E">
              <w:rPr>
                <w:sz w:val="14"/>
              </w:rPr>
              <w:t xml:space="preserve"> in the water cycle</w:t>
            </w:r>
            <w:r>
              <w:rPr>
                <w:sz w:val="14"/>
              </w:rPr>
              <w:t xml:space="preserve"> is when water vapour cools and changes into liquid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8A68E9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E79F85" w14:textId="6F9A42FA" w:rsidR="00F878E5" w:rsidRDefault="00F17885">
            <w:pPr>
              <w:spacing w:after="20"/>
            </w:pPr>
            <w:r>
              <w:rPr>
                <w:sz w:val="14"/>
              </w:rPr>
              <w:t xml:space="preserve">Always, sometimes or never? </w:t>
            </w:r>
            <w:r w:rsidR="00E56F6E">
              <w:rPr>
                <w:sz w:val="14"/>
              </w:rPr>
              <w:t>“</w:t>
            </w:r>
            <w:r w:rsidR="00E56F6E" w:rsidRPr="00E56F6E">
              <w:rPr>
                <w:sz w:val="14"/>
              </w:rPr>
              <w:t xml:space="preserve">Condensation is when water </w:t>
            </w:r>
            <w:proofErr w:type="spellStart"/>
            <w:r w:rsidR="00E56F6E" w:rsidRPr="00E56F6E">
              <w:rPr>
                <w:sz w:val="14"/>
              </w:rPr>
              <w:t>vapour</w:t>
            </w:r>
            <w:proofErr w:type="spellEnd"/>
            <w:r w:rsidR="00E56F6E" w:rsidRPr="00E56F6E">
              <w:rPr>
                <w:sz w:val="14"/>
              </w:rPr>
              <w:t xml:space="preserve"> cools and changes into liquid </w:t>
            </w:r>
            <w:proofErr w:type="spellStart"/>
            <w:proofErr w:type="gramStart"/>
            <w:r w:rsidR="00E56F6E" w:rsidRPr="00E56F6E">
              <w:rPr>
                <w:sz w:val="14"/>
              </w:rPr>
              <w:t>water</w:t>
            </w:r>
            <w:r w:rsidR="00E56F6E">
              <w:rPr>
                <w:sz w:val="14"/>
              </w:rPr>
              <w:t>”</w:t>
            </w:r>
            <w:r>
              <w:rPr>
                <w:sz w:val="14"/>
              </w:rPr>
              <w:t>pupils</w:t>
            </w:r>
            <w:proofErr w:type="spellEnd"/>
            <w:proofErr w:type="gramEnd"/>
            <w:r>
              <w:rPr>
                <w:sz w:val="14"/>
              </w:rPr>
              <w:t xml:space="preserve"> to qualify their answer.</w:t>
            </w:r>
          </w:p>
        </w:tc>
      </w:tr>
      <w:tr w:rsidR="00F878E5" w14:paraId="65EB4A3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BD5655" w14:textId="77777777" w:rsidR="00F878E5" w:rsidRDefault="00F17885">
            <w:pPr>
              <w:spacing w:after="20"/>
            </w:pPr>
            <w:r>
              <w:rPr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A5D76B" w14:textId="77777777" w:rsidR="00F878E5" w:rsidRDefault="00F17885">
            <w:pPr>
              <w:spacing w:after="20"/>
            </w:pPr>
            <w:r>
              <w:rPr>
                <w:sz w:val="14"/>
              </w:rPr>
              <w:t>What is precipitation?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45E3DD" w14:textId="77777777" w:rsidR="00F878E5" w:rsidRDefault="00F17885">
            <w:pPr>
              <w:spacing w:after="20"/>
            </w:pPr>
            <w:r>
              <w:rPr>
                <w:sz w:val="14"/>
              </w:rPr>
              <w:t>Precipitation is water falling from clouds, such as rain, snow, sleet or hail.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434D68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FD6A7F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260AB68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8A6BFC" w14:textId="77777777" w:rsidR="00F878E5" w:rsidRDefault="00F17885">
            <w:pPr>
              <w:spacing w:after="20"/>
            </w:pPr>
            <w:r>
              <w:rPr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5D53C6" w14:textId="77777777" w:rsidR="00F878E5" w:rsidRDefault="00F17885">
            <w:pPr>
              <w:spacing w:after="20"/>
            </w:pPr>
            <w:r>
              <w:rPr>
                <w:sz w:val="14"/>
              </w:rPr>
              <w:t>What is a mountain?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63B9BB" w14:textId="77777777" w:rsidR="00F878E5" w:rsidRDefault="00F17885">
            <w:pPr>
              <w:spacing w:after="20"/>
            </w:pPr>
            <w:r>
              <w:rPr>
                <w:sz w:val="14"/>
              </w:rPr>
              <w:t>A mountain is a high area of land, usually with steep sides.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D91CDE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3533A3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mountain: definition, characteristics, examples and non-examples.</w:t>
            </w:r>
          </w:p>
        </w:tc>
      </w:tr>
      <w:tr w:rsidR="00F878E5" w14:paraId="44AE8AD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09295F" w14:textId="77777777" w:rsidR="00F878E5" w:rsidRDefault="00F17885">
            <w:pPr>
              <w:spacing w:after="20"/>
            </w:pPr>
            <w:r>
              <w:rPr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84CA32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rivers, mountains and the water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4DD234" w14:textId="77777777" w:rsidR="00F878E5" w:rsidRDefault="00F17885">
            <w:pPr>
              <w:spacing w:after="20"/>
            </w:pPr>
            <w:r>
              <w:rPr>
                <w:sz w:val="14"/>
              </w:rPr>
              <w:t>The water cycle explains how water moves around Earth through evaporation, condensation, precipitation and collection.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860069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CAAF29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rivers, mountains and the water cycle.</w:t>
            </w:r>
          </w:p>
        </w:tc>
      </w:tr>
    </w:tbl>
    <w:p w14:paraId="771136DD" w14:textId="77777777" w:rsidR="00F878E5" w:rsidRDefault="00F878E5"/>
    <w:p w14:paraId="6A72B78A" w14:textId="4BBA34C3" w:rsidR="00F878E5" w:rsidRDefault="00F17885">
      <w:pPr>
        <w:pStyle w:val="Heading2"/>
      </w:pPr>
      <w:r>
        <w:rPr>
          <w:color w:val="1F4E79"/>
        </w:rPr>
        <w:t xml:space="preserve">Year 5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602AB92A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F821B1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31671B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4D4E8C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CB459A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9D845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2E58E86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0E61E3" w14:textId="77777777" w:rsidR="00F878E5" w:rsidRDefault="00F17885">
            <w:pPr>
              <w:spacing w:after="20"/>
            </w:pPr>
            <w:r>
              <w:rPr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CE354D" w14:textId="77777777" w:rsidR="00F878E5" w:rsidRDefault="00F17885">
            <w:pPr>
              <w:spacing w:after="20"/>
            </w:pPr>
            <w:r>
              <w:rPr>
                <w:sz w:val="14"/>
              </w:rPr>
              <w:t>What is latitude?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DFC421" w14:textId="77777777" w:rsidR="00F878E5" w:rsidRDefault="00F17885">
            <w:pPr>
              <w:spacing w:after="20"/>
            </w:pPr>
            <w:r>
              <w:rPr>
                <w:sz w:val="14"/>
              </w:rPr>
              <w:t>Latitude lines run east-west and show how far north or south a place is from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741B2D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436A7C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latitude; pupils justify.</w:t>
            </w:r>
          </w:p>
        </w:tc>
      </w:tr>
      <w:tr w:rsidR="00F878E5" w14:paraId="2C06ECB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D934C1" w14:textId="77777777" w:rsidR="00F878E5" w:rsidRDefault="00F17885">
            <w:pPr>
              <w:spacing w:after="20"/>
            </w:pPr>
            <w:r>
              <w:rPr>
                <w:sz w:val="14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C98875" w14:textId="77777777" w:rsidR="00F878E5" w:rsidRDefault="00F17885">
            <w:pPr>
              <w:spacing w:after="20"/>
            </w:pPr>
            <w:r>
              <w:rPr>
                <w:sz w:val="14"/>
              </w:rPr>
              <w:t>What is longitude?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84E11E" w14:textId="77777777" w:rsidR="00F878E5" w:rsidRDefault="00F17885">
            <w:pPr>
              <w:spacing w:after="20"/>
            </w:pPr>
            <w:r>
              <w:rPr>
                <w:sz w:val="14"/>
              </w:rPr>
              <w:t>Longitude lines run north-south and show how far east or west a place is from the Prime Meridian.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BD3C54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C022E0" w14:textId="61CEA080" w:rsidR="00F878E5" w:rsidRDefault="00F878E5">
            <w:pPr>
              <w:spacing w:after="20"/>
            </w:pPr>
          </w:p>
        </w:tc>
      </w:tr>
      <w:tr w:rsidR="00F878E5" w14:paraId="32D011D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B37CA6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C1BC2E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Equator?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5CFC50" w14:textId="77777777" w:rsidR="00F878E5" w:rsidRDefault="00F17885">
            <w:pPr>
              <w:spacing w:after="20"/>
            </w:pPr>
            <w:r>
              <w:rPr>
                <w:sz w:val="14"/>
              </w:rPr>
              <w:t>The Equator is an imaginary line around the middle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486D77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9C575B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equator with a related place, feature or concept.</w:t>
            </w:r>
          </w:p>
        </w:tc>
      </w:tr>
      <w:tr w:rsidR="00F878E5" w14:paraId="767D713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48CEB3" w14:textId="77777777" w:rsidR="00F878E5" w:rsidRDefault="00F17885">
            <w:pPr>
              <w:spacing w:after="20"/>
            </w:pPr>
            <w:r>
              <w:rPr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2E9D51" w14:textId="77777777" w:rsidR="00F878E5" w:rsidRDefault="00F17885">
            <w:pPr>
              <w:spacing w:after="20"/>
            </w:pPr>
            <w:r>
              <w:rPr>
                <w:sz w:val="14"/>
              </w:rPr>
              <w:t>What are the Tropics?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5602AB" w14:textId="77777777" w:rsidR="00F878E5" w:rsidRDefault="00F17885">
            <w:pPr>
              <w:spacing w:after="20"/>
            </w:pPr>
            <w:r>
              <w:rPr>
                <w:sz w:val="14"/>
              </w:rPr>
              <w:t>The Tropics are important lines of latitude north and south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B13695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87D182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532E446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6C6680" w14:textId="77777777" w:rsidR="00F878E5" w:rsidRDefault="00F17885">
            <w:pPr>
              <w:spacing w:after="20"/>
            </w:pPr>
            <w:r>
              <w:rPr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A52685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Tropic of Cancer?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C3BD57" w14:textId="77777777" w:rsidR="00F878E5" w:rsidRDefault="00F17885">
            <w:pPr>
              <w:spacing w:after="20"/>
            </w:pPr>
            <w:r>
              <w:rPr>
                <w:sz w:val="14"/>
              </w:rPr>
              <w:t>The Tropic of Cancer is a line of latitude north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43AA90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F34F19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is the Tropic of Cancer.</w:t>
            </w:r>
          </w:p>
        </w:tc>
      </w:tr>
      <w:tr w:rsidR="00F878E5" w14:paraId="5846AEC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03FB57" w14:textId="77777777" w:rsidR="00F878E5" w:rsidRDefault="00F17885">
            <w:pPr>
              <w:spacing w:after="20"/>
            </w:pPr>
            <w:r>
              <w:rPr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E081C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Tropic of Capricorn?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19C2EE" w14:textId="77777777" w:rsidR="00F878E5" w:rsidRDefault="00F17885">
            <w:pPr>
              <w:spacing w:after="20"/>
            </w:pPr>
            <w:r>
              <w:rPr>
                <w:sz w:val="14"/>
              </w:rPr>
              <w:t>The Tropic of Capricorn is a line of latitude south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581D79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6F7776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What is the Tropic of Capricorn.</w:t>
            </w:r>
          </w:p>
        </w:tc>
      </w:tr>
      <w:tr w:rsidR="00F878E5" w14:paraId="0F2AC9D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ACCC82" w14:textId="77777777" w:rsidR="00F878E5" w:rsidRDefault="00F17885">
            <w:pPr>
              <w:spacing w:after="20"/>
            </w:pPr>
            <w:r>
              <w:rPr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2E6F7E" w14:textId="77777777" w:rsidR="00F878E5" w:rsidRDefault="00F17885">
            <w:pPr>
              <w:spacing w:after="20"/>
            </w:pPr>
            <w:r>
              <w:rPr>
                <w:sz w:val="14"/>
              </w:rPr>
              <w:t>Which continent is Brazil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780D91" w14:textId="77777777" w:rsidR="00F878E5" w:rsidRDefault="00F17885">
            <w:pPr>
              <w:spacing w:after="20"/>
            </w:pPr>
            <w:r>
              <w:rPr>
                <w:sz w:val="14"/>
              </w:rPr>
              <w:t>Brazil is in South America.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AD3085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2B24AD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continent, location, and today’s new learning.</w:t>
            </w:r>
          </w:p>
        </w:tc>
      </w:tr>
      <w:tr w:rsidR="00F878E5" w14:paraId="28E480A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8DA0B4" w14:textId="77777777" w:rsidR="00F878E5" w:rsidRDefault="00F17885">
            <w:pPr>
              <w:spacing w:after="20"/>
            </w:pPr>
            <w:r>
              <w:rPr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5B1FAA" w14:textId="77777777" w:rsidR="00F878E5" w:rsidRDefault="00F17885">
            <w:pPr>
              <w:spacing w:after="20"/>
            </w:pPr>
            <w:r>
              <w:rPr>
                <w:sz w:val="14"/>
              </w:rPr>
              <w:t>Name one country in South America.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DA836B" w14:textId="77777777" w:rsidR="00F878E5" w:rsidRDefault="00F17885">
            <w:pPr>
              <w:spacing w:after="20"/>
            </w:pPr>
            <w:r>
              <w:rPr>
                <w:sz w:val="14"/>
              </w:rPr>
              <w:t>Accept South American countries such as Brazil, Argentina, Chile, Peru or Colombia.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F05E5D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60DBFF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country; pupils justify.</w:t>
            </w:r>
          </w:p>
        </w:tc>
      </w:tr>
      <w:tr w:rsidR="00F878E5" w14:paraId="63CB3BC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297225" w14:textId="77777777" w:rsidR="00F878E5" w:rsidRDefault="00F17885">
            <w:pPr>
              <w:spacing w:after="20"/>
            </w:pPr>
            <w:r>
              <w:rPr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0CD49B" w14:textId="77777777" w:rsidR="00F878E5" w:rsidRDefault="00F17885">
            <w:pPr>
              <w:spacing w:after="20"/>
            </w:pPr>
            <w:r>
              <w:rPr>
                <w:sz w:val="14"/>
              </w:rPr>
              <w:t>Name one country in North America.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44E5A6" w14:textId="77777777" w:rsidR="00F878E5" w:rsidRDefault="00F17885">
            <w:pPr>
              <w:spacing w:after="20"/>
            </w:pPr>
            <w:r>
              <w:rPr>
                <w:sz w:val="14"/>
              </w:rPr>
              <w:t>Accept North American countries such as USA, Canada or Mexico.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2AD2A4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DFC667" w14:textId="4EF028B7" w:rsidR="00F878E5" w:rsidRDefault="00F878E5">
            <w:pPr>
              <w:spacing w:after="20"/>
            </w:pPr>
          </w:p>
        </w:tc>
      </w:tr>
      <w:tr w:rsidR="00F878E5" w14:paraId="2DBAF6D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C028E5" w14:textId="77777777" w:rsidR="00F878E5" w:rsidRDefault="00F17885">
            <w:pPr>
              <w:spacing w:after="20"/>
            </w:pPr>
            <w:r>
              <w:rPr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ED7B23" w14:textId="77777777" w:rsidR="00F878E5" w:rsidRDefault="00F17885">
            <w:pPr>
              <w:spacing w:after="20"/>
            </w:pPr>
            <w:r>
              <w:rPr>
                <w:sz w:val="14"/>
              </w:rPr>
              <w:t>What is a capital 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99AC0D" w14:textId="77777777" w:rsidR="00F878E5" w:rsidRDefault="00F17885">
            <w:pPr>
              <w:spacing w:after="20"/>
            </w:pPr>
            <w:r>
              <w:rPr>
                <w:sz w:val="14"/>
              </w:rPr>
              <w:t>A capital city is the city where a country’s government is usually based.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A73B9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E64391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city with a related place, feature or concept.</w:t>
            </w:r>
          </w:p>
        </w:tc>
      </w:tr>
      <w:tr w:rsidR="00F878E5" w14:paraId="2740B67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9C0518" w14:textId="77777777" w:rsidR="00F878E5" w:rsidRDefault="00F17885">
            <w:pPr>
              <w:spacing w:after="20"/>
            </w:pPr>
            <w:r>
              <w:rPr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7C6102" w14:textId="77777777" w:rsidR="00F878E5" w:rsidRDefault="00F17885">
            <w:pPr>
              <w:spacing w:after="20"/>
            </w:pPr>
            <w:r>
              <w:rPr>
                <w:sz w:val="14"/>
              </w:rPr>
              <w:t>Name one South American country and its capital city.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A243CD" w14:textId="77777777" w:rsidR="00F878E5" w:rsidRDefault="00F17885">
            <w:pPr>
              <w:spacing w:after="20"/>
            </w:pPr>
            <w:r>
              <w:rPr>
                <w:sz w:val="14"/>
              </w:rPr>
              <w:t>A capital city is the city where a country’s government is usually based.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0FBA2F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66515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city: definition, characteristics, examples and non-examples.</w:t>
            </w:r>
          </w:p>
        </w:tc>
      </w:tr>
      <w:tr w:rsidR="00F878E5" w14:paraId="58A6208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A4B2EB" w14:textId="77777777" w:rsidR="00F878E5" w:rsidRDefault="00F17885">
            <w:pPr>
              <w:spacing w:after="20"/>
            </w:pPr>
            <w:r>
              <w:rPr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70CA58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the Equator, Tropics, North America and South America?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0F7E3E" w14:textId="77777777" w:rsidR="00F878E5" w:rsidRDefault="00F17885">
            <w:pPr>
              <w:spacing w:after="20"/>
            </w:pPr>
            <w:r>
              <w:rPr>
                <w:sz w:val="14"/>
              </w:rPr>
              <w:t>The Equator is an imaginary line around the middle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6AD60E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A2C681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the Equator, Tropics, North America and South America.</w:t>
            </w:r>
          </w:p>
        </w:tc>
      </w:tr>
    </w:tbl>
    <w:p w14:paraId="783A9077" w14:textId="77777777" w:rsidR="00F878E5" w:rsidRDefault="00F878E5"/>
    <w:p w14:paraId="79C5129F" w14:textId="41870494" w:rsidR="00F878E5" w:rsidRDefault="00F17885">
      <w:pPr>
        <w:pStyle w:val="Heading2"/>
      </w:pPr>
      <w:r>
        <w:rPr>
          <w:color w:val="1F4E79"/>
        </w:rPr>
        <w:t xml:space="preserve">Year 5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5AFE2477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686576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09118B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F2EBBF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4AC7BF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DD9733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7A6F092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C9D81F" w14:textId="77777777" w:rsidR="00F878E5" w:rsidRDefault="00F17885">
            <w:pPr>
              <w:spacing w:after="20"/>
            </w:pPr>
            <w:r>
              <w:rPr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7516DE" w14:textId="77777777" w:rsidR="00F878E5" w:rsidRDefault="00F17885">
            <w:pPr>
              <w:spacing w:after="20"/>
            </w:pPr>
            <w:r>
              <w:rPr>
                <w:sz w:val="14"/>
              </w:rPr>
              <w:t>What is a climate zone?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FB3B48" w14:textId="77777777" w:rsidR="00F878E5" w:rsidRDefault="00F17885">
            <w:pPr>
              <w:spacing w:after="20"/>
            </w:pPr>
            <w:r>
              <w:rPr>
                <w:sz w:val="14"/>
              </w:rPr>
              <w:t>A climate zone is an area with similar weather patterns over a long period of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1E2415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5AF4D2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climate; pupils justify.</w:t>
            </w:r>
          </w:p>
        </w:tc>
      </w:tr>
      <w:tr w:rsidR="00F878E5" w14:paraId="125F88B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BF40D1" w14:textId="77777777" w:rsidR="00F878E5" w:rsidRDefault="00F17885">
            <w:pPr>
              <w:spacing w:after="20"/>
            </w:pPr>
            <w:r>
              <w:rPr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263A04" w14:textId="77777777" w:rsidR="00F878E5" w:rsidRDefault="00F17885">
            <w:pPr>
              <w:spacing w:after="20"/>
            </w:pPr>
            <w:r>
              <w:rPr>
                <w:sz w:val="14"/>
              </w:rPr>
              <w:t>Name one climate zone.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8C65C0" w14:textId="77777777" w:rsidR="00F878E5" w:rsidRDefault="00F17885">
            <w:pPr>
              <w:spacing w:after="20"/>
            </w:pPr>
            <w:r>
              <w:rPr>
                <w:sz w:val="14"/>
              </w:rPr>
              <w:t>A climate zone is an area with similar weather patterns over a long period of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28365D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BA6FCB" w14:textId="6E56C2A1" w:rsidR="00F878E5" w:rsidRDefault="00F878E5">
            <w:pPr>
              <w:spacing w:after="20"/>
            </w:pPr>
          </w:p>
        </w:tc>
      </w:tr>
      <w:tr w:rsidR="00F878E5" w14:paraId="072DFE5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0C1F94" w14:textId="77777777" w:rsidR="00F878E5" w:rsidRDefault="00F17885">
            <w:pPr>
              <w:spacing w:after="20"/>
            </w:pPr>
            <w:r>
              <w:rPr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2467D4" w14:textId="77777777" w:rsidR="00F878E5" w:rsidRDefault="00F17885">
            <w:pPr>
              <w:spacing w:after="20"/>
            </w:pPr>
            <w:r>
              <w:rPr>
                <w:sz w:val="14"/>
              </w:rPr>
              <w:t>What is a biome?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AFFB9E" w14:textId="77777777" w:rsidR="00F878E5" w:rsidRDefault="00F17885">
            <w:pPr>
              <w:spacing w:after="20"/>
            </w:pPr>
            <w:r>
              <w:rPr>
                <w:sz w:val="14"/>
              </w:rPr>
              <w:t>A biome is a large region with a particular climate, plants and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54C0CE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756199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biome with a related place, feature or concept.</w:t>
            </w:r>
          </w:p>
        </w:tc>
      </w:tr>
      <w:tr w:rsidR="00F878E5" w14:paraId="1BBAD42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839F63" w14:textId="77777777" w:rsidR="00F878E5" w:rsidRDefault="00F17885">
            <w:pPr>
              <w:spacing w:after="20"/>
            </w:pPr>
            <w:r>
              <w:rPr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864086" w14:textId="77777777" w:rsidR="00F878E5" w:rsidRDefault="00F17885">
            <w:pPr>
              <w:spacing w:after="20"/>
            </w:pPr>
            <w:r>
              <w:rPr>
                <w:sz w:val="14"/>
              </w:rPr>
              <w:t>Name one biome.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66514A" w14:textId="77777777" w:rsidR="00F878E5" w:rsidRDefault="00F17885">
            <w:pPr>
              <w:spacing w:after="20"/>
            </w:pPr>
            <w:r>
              <w:rPr>
                <w:sz w:val="14"/>
              </w:rPr>
              <w:t>Accept examples such as rainforest, desert, tundra, grassland or savanna.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493A0E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451170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biome: definition, characteristics, examples and non-examples.</w:t>
            </w:r>
          </w:p>
        </w:tc>
      </w:tr>
      <w:tr w:rsidR="00F878E5" w14:paraId="5DDB65E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6A77B2" w14:textId="77777777" w:rsidR="00F878E5" w:rsidRDefault="00F17885">
            <w:pPr>
              <w:spacing w:after="20"/>
            </w:pPr>
            <w:r>
              <w:rPr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ECE18" w14:textId="77777777" w:rsidR="00F878E5" w:rsidRDefault="00F17885">
            <w:pPr>
              <w:spacing w:after="20"/>
            </w:pPr>
            <w:r>
              <w:rPr>
                <w:sz w:val="14"/>
              </w:rPr>
              <w:t>What is a vegetation belt?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B52DCE" w14:textId="77777777" w:rsidR="00F878E5" w:rsidRDefault="00F17885">
            <w:pPr>
              <w:spacing w:after="20"/>
            </w:pPr>
            <w:r>
              <w:rPr>
                <w:sz w:val="14"/>
              </w:rPr>
              <w:t>A vegetation belt is a large area with similar plant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AB35CA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3B6D43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is a vegetation belt.</w:t>
            </w:r>
          </w:p>
        </w:tc>
      </w:tr>
      <w:tr w:rsidR="00F878E5" w14:paraId="56A831B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E0279A" w14:textId="77777777" w:rsidR="00F878E5" w:rsidRDefault="00F17885">
            <w:pPr>
              <w:spacing w:after="20"/>
            </w:pPr>
            <w:r>
              <w:rPr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5C27FE" w14:textId="77777777" w:rsidR="00F878E5" w:rsidRDefault="00F17885">
            <w:pPr>
              <w:spacing w:after="20"/>
            </w:pPr>
            <w:r>
              <w:rPr>
                <w:sz w:val="14"/>
              </w:rPr>
              <w:t>What is a rainforest?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772E6F" w14:textId="77777777" w:rsidR="00F878E5" w:rsidRDefault="00F17885">
            <w:pPr>
              <w:spacing w:after="20"/>
            </w:pPr>
            <w:r>
              <w:rPr>
                <w:sz w:val="14"/>
              </w:rPr>
              <w:t>A rainforest is a dense forest, often in tropical regions with high rainfall.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3D5F80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8558B0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What is a rainforest.</w:t>
            </w:r>
          </w:p>
        </w:tc>
      </w:tr>
      <w:tr w:rsidR="00F878E5" w14:paraId="3FFFD48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879119" w14:textId="77777777" w:rsidR="00F878E5" w:rsidRDefault="00F17885">
            <w:pPr>
              <w:spacing w:after="20"/>
            </w:pPr>
            <w:r>
              <w:rPr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D6233B" w14:textId="77777777" w:rsidR="00F878E5" w:rsidRDefault="00F17885">
            <w:pPr>
              <w:spacing w:after="20"/>
            </w:pPr>
            <w:r>
              <w:rPr>
                <w:sz w:val="14"/>
              </w:rPr>
              <w:t>Name one layer of a rainforest.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125C49" w14:textId="77777777" w:rsidR="00F878E5" w:rsidRDefault="00F17885">
            <w:pPr>
              <w:spacing w:after="20"/>
            </w:pPr>
            <w:r>
              <w:rPr>
                <w:sz w:val="14"/>
              </w:rPr>
              <w:t>Accept emergent layer, canopy, understory or forest floor.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6B2BCB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7BEB54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rainforest, location, and today’s new learning.</w:t>
            </w:r>
          </w:p>
        </w:tc>
      </w:tr>
      <w:tr w:rsidR="00F878E5" w14:paraId="2F2702C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88FECE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A414C8" w14:textId="77777777" w:rsidR="00F878E5" w:rsidRDefault="00F17885">
            <w:pPr>
              <w:spacing w:after="20"/>
            </w:pPr>
            <w:r>
              <w:rPr>
                <w:sz w:val="14"/>
              </w:rPr>
              <w:t>What is deforestation?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BDFE5D" w14:textId="77777777" w:rsidR="00F878E5" w:rsidRDefault="00F17885">
            <w:pPr>
              <w:spacing w:after="20"/>
            </w:pPr>
            <w:r>
              <w:rPr>
                <w:sz w:val="14"/>
              </w:rPr>
              <w:t>Deforestation means clearing or removing forests.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D44174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DFC8CD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deforestation; pupils justify.</w:t>
            </w:r>
          </w:p>
        </w:tc>
      </w:tr>
      <w:tr w:rsidR="00F878E5" w14:paraId="6E88879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A2E092" w14:textId="77777777" w:rsidR="00F878E5" w:rsidRDefault="00F17885">
            <w:pPr>
              <w:spacing w:after="20"/>
            </w:pPr>
            <w:r>
              <w:rPr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8DE4B5" w14:textId="77777777" w:rsidR="00F878E5" w:rsidRDefault="00F17885">
            <w:pPr>
              <w:spacing w:after="20"/>
            </w:pPr>
            <w:r>
              <w:rPr>
                <w:sz w:val="14"/>
              </w:rPr>
              <w:t>Why does deforestation happen?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8BB8EA" w14:textId="77777777" w:rsidR="00F878E5" w:rsidRDefault="00F17885">
            <w:pPr>
              <w:spacing w:after="20"/>
            </w:pPr>
            <w:r>
              <w:rPr>
                <w:sz w:val="14"/>
              </w:rPr>
              <w:t>Deforestation can happen for farming, logging, mining, roads or settlements.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41B596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E00765" w14:textId="36ACE1FA" w:rsidR="00F878E5" w:rsidRDefault="00F17885">
            <w:pPr>
              <w:spacing w:after="20"/>
            </w:pPr>
            <w:r>
              <w:rPr>
                <w:sz w:val="14"/>
              </w:rPr>
              <w:t>Always, sometimes or never? “</w:t>
            </w:r>
            <w:r w:rsidR="00E56F6E">
              <w:rPr>
                <w:sz w:val="14"/>
              </w:rPr>
              <w:t>Deforestation only happens in rainforests</w:t>
            </w:r>
            <w:r>
              <w:rPr>
                <w:sz w:val="14"/>
              </w:rPr>
              <w:t>” Ask pupils to qualify their answer.</w:t>
            </w:r>
          </w:p>
        </w:tc>
      </w:tr>
      <w:tr w:rsidR="00F878E5" w14:paraId="30A45C0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C71DF4" w14:textId="77777777" w:rsidR="00F878E5" w:rsidRDefault="00F17885">
            <w:pPr>
              <w:spacing w:after="20"/>
            </w:pPr>
            <w:r>
              <w:rPr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D4C89F" w14:textId="77777777" w:rsidR="00F878E5" w:rsidRDefault="00F17885">
            <w:pPr>
              <w:spacing w:after="20"/>
            </w:pPr>
            <w:r>
              <w:rPr>
                <w:sz w:val="14"/>
              </w:rPr>
              <w:t>Name one desert in the world.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215155" w14:textId="77777777" w:rsidR="00F878E5" w:rsidRDefault="00F17885">
            <w:pPr>
              <w:spacing w:after="20"/>
            </w:pPr>
            <w:r>
              <w:rPr>
                <w:sz w:val="14"/>
              </w:rPr>
              <w:t>Accept examples such as Sahara, Gobi, Kalahari, Atacama or Mojave.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9EDFD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6BE105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756609C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6C3365" w14:textId="77777777" w:rsidR="00F878E5" w:rsidRDefault="00F17885">
            <w:pPr>
              <w:spacing w:after="20"/>
            </w:pPr>
            <w:r>
              <w:rPr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FC66E8" w14:textId="77777777" w:rsidR="00F878E5" w:rsidRDefault="00F17885">
            <w:pPr>
              <w:spacing w:after="20"/>
            </w:pPr>
            <w:r>
              <w:rPr>
                <w:sz w:val="14"/>
              </w:rPr>
              <w:t>What is a six-figure grid reference used for?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04BB7A" w14:textId="77777777" w:rsidR="00F878E5" w:rsidRDefault="00F17885">
            <w:pPr>
              <w:spacing w:after="20"/>
            </w:pPr>
            <w:r>
              <w:rPr>
                <w:sz w:val="14"/>
              </w:rPr>
              <w:t>A six-figure grid reference locates a place more precisely than a four-figure grid reference.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99386C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165FCE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21831D6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91C3A6" w14:textId="77777777" w:rsidR="00F878E5" w:rsidRDefault="00F17885">
            <w:pPr>
              <w:spacing w:after="20"/>
            </w:pPr>
            <w:r>
              <w:rPr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0BB351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South America, climate zones, biomes, rainforests and map skills?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EACF24" w14:textId="77777777" w:rsidR="00F878E5" w:rsidRDefault="00F17885">
            <w:pPr>
              <w:spacing w:after="20"/>
            </w:pPr>
            <w:r>
              <w:rPr>
                <w:sz w:val="14"/>
              </w:rPr>
              <w:t>A climate zone is an area with similar weather patterns over a long period of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197212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39E140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South America, climate zones, biomes, rainforests and map skills.</w:t>
            </w:r>
          </w:p>
        </w:tc>
      </w:tr>
    </w:tbl>
    <w:p w14:paraId="3E0AF6DE" w14:textId="77777777" w:rsidR="00F878E5" w:rsidRDefault="00F878E5"/>
    <w:p w14:paraId="45AD7A51" w14:textId="77777777" w:rsidR="00F878E5" w:rsidRDefault="00F17885">
      <w:r>
        <w:br w:type="page"/>
      </w:r>
    </w:p>
    <w:p w14:paraId="2B3A3CD6" w14:textId="73C77AED" w:rsidR="00F878E5" w:rsidRDefault="00F17885">
      <w:pPr>
        <w:pStyle w:val="Heading1"/>
      </w:pPr>
      <w:r>
        <w:rPr>
          <w:color w:val="1F4E79"/>
        </w:rPr>
        <w:lastRenderedPageBreak/>
        <w:t xml:space="preserve">Year 6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609BB02A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3C9530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343C29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F4D620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C74C4F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C765DD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23B1FAC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C23624" w14:textId="77777777" w:rsidR="00F878E5" w:rsidRDefault="00F17885">
            <w:pPr>
              <w:spacing w:after="20"/>
            </w:pPr>
            <w:r>
              <w:rPr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A3D8B8" w14:textId="77777777" w:rsidR="00F878E5" w:rsidRDefault="00F17885">
            <w:pPr>
              <w:spacing w:after="20"/>
            </w:pPr>
            <w:r>
              <w:rPr>
                <w:sz w:val="14"/>
              </w:rPr>
              <w:t>Which continent is Brazil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BDFC48" w14:textId="77777777" w:rsidR="00F878E5" w:rsidRDefault="00F17885">
            <w:pPr>
              <w:spacing w:after="20"/>
            </w:pPr>
            <w:r>
              <w:rPr>
                <w:sz w:val="14"/>
              </w:rPr>
              <w:t>Brazil is in South America.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845682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F798E9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continent; pupils justify.</w:t>
            </w:r>
          </w:p>
        </w:tc>
      </w:tr>
      <w:tr w:rsidR="00F878E5" w14:paraId="3980CD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EDD5B1" w14:textId="77777777" w:rsidR="00F878E5" w:rsidRDefault="00F17885">
            <w:pPr>
              <w:spacing w:after="20"/>
            </w:pPr>
            <w:r>
              <w:rPr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2BD2C0" w14:textId="77777777" w:rsidR="00F878E5" w:rsidRDefault="00F17885">
            <w:pPr>
              <w:spacing w:after="20"/>
            </w:pPr>
            <w:r>
              <w:rPr>
                <w:sz w:val="14"/>
              </w:rPr>
              <w:t>Name one country in South America.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40D582" w14:textId="77777777" w:rsidR="00F878E5" w:rsidRDefault="00F17885">
            <w:pPr>
              <w:spacing w:after="20"/>
            </w:pPr>
            <w:r>
              <w:rPr>
                <w:sz w:val="14"/>
              </w:rPr>
              <w:t>Accept South American countries such as Brazil, Argentina, Chile, Peru or Colombia.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4BBA30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3294BD" w14:textId="21660EA3" w:rsidR="00F878E5" w:rsidRDefault="00F878E5">
            <w:pPr>
              <w:spacing w:after="20"/>
            </w:pPr>
          </w:p>
        </w:tc>
      </w:tr>
      <w:tr w:rsidR="00F878E5" w14:paraId="0C24FC0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4D4D16" w14:textId="77777777" w:rsidR="00F878E5" w:rsidRDefault="00F17885">
            <w:pPr>
              <w:spacing w:after="20"/>
            </w:pPr>
            <w:r>
              <w:rPr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930EDF" w14:textId="77777777" w:rsidR="00F878E5" w:rsidRDefault="00F17885">
            <w:pPr>
              <w:spacing w:after="20"/>
            </w:pPr>
            <w:r>
              <w:rPr>
                <w:sz w:val="14"/>
              </w:rPr>
              <w:t>Name one country in North America.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AE5E99" w14:textId="77777777" w:rsidR="00F878E5" w:rsidRDefault="00F17885">
            <w:pPr>
              <w:spacing w:after="20"/>
            </w:pPr>
            <w:r>
              <w:rPr>
                <w:sz w:val="14"/>
              </w:rPr>
              <w:t>Accept North American countries such as USA, Canada or Mexico.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6FE867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338293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country with a related place, feature or concept.</w:t>
            </w:r>
          </w:p>
        </w:tc>
      </w:tr>
      <w:tr w:rsidR="00F878E5" w14:paraId="526F0D5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E44121" w14:textId="77777777" w:rsidR="00F878E5" w:rsidRDefault="00F17885">
            <w:pPr>
              <w:spacing w:after="20"/>
            </w:pPr>
            <w:r>
              <w:rPr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33A26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Equator?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FA8F43" w14:textId="77777777" w:rsidR="00F878E5" w:rsidRDefault="00F17885">
            <w:pPr>
              <w:spacing w:after="20"/>
            </w:pPr>
            <w:r>
              <w:rPr>
                <w:sz w:val="14"/>
              </w:rPr>
              <w:t>The Equator is an imaginary line around the middle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56C473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BB31B7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equator: definition, characteristics, examples and non-examples.</w:t>
            </w:r>
          </w:p>
        </w:tc>
      </w:tr>
      <w:tr w:rsidR="00F878E5" w14:paraId="637F5EC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5F0CD0" w14:textId="77777777" w:rsidR="00F878E5" w:rsidRDefault="00F17885">
            <w:pPr>
              <w:spacing w:after="20"/>
            </w:pPr>
            <w:r>
              <w:rPr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7B2B02" w14:textId="77777777" w:rsidR="00F878E5" w:rsidRDefault="00F17885">
            <w:pPr>
              <w:spacing w:after="20"/>
            </w:pPr>
            <w:r>
              <w:rPr>
                <w:sz w:val="14"/>
              </w:rPr>
              <w:t>What are the Tropics?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2D9BFA" w14:textId="77777777" w:rsidR="00F878E5" w:rsidRDefault="00F17885">
            <w:pPr>
              <w:spacing w:after="20"/>
            </w:pPr>
            <w:r>
              <w:rPr>
                <w:sz w:val="14"/>
              </w:rPr>
              <w:t>The Tropics are important lines of latitude north and south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C5C51F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28277B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are the Tropics.</w:t>
            </w:r>
          </w:p>
        </w:tc>
      </w:tr>
      <w:tr w:rsidR="00F878E5" w14:paraId="104C458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63712D" w14:textId="77777777" w:rsidR="00F878E5" w:rsidRDefault="00F17885">
            <w:pPr>
              <w:spacing w:after="20"/>
            </w:pPr>
            <w:r>
              <w:rPr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F99B60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Tropic of Cancer?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CA650D" w14:textId="77777777" w:rsidR="00F878E5" w:rsidRDefault="00F17885">
            <w:pPr>
              <w:spacing w:after="20"/>
            </w:pPr>
            <w:r>
              <w:rPr>
                <w:sz w:val="14"/>
              </w:rPr>
              <w:t>The Tropic of Cancer is a line of latitude north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937FE3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9DEAFA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What is the Tropic of Cancer.</w:t>
            </w:r>
          </w:p>
        </w:tc>
      </w:tr>
      <w:tr w:rsidR="00F878E5" w14:paraId="410E0FB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14E5B2" w14:textId="77777777" w:rsidR="00F878E5" w:rsidRDefault="00F17885">
            <w:pPr>
              <w:spacing w:after="20"/>
            </w:pPr>
            <w:r>
              <w:rPr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BCD5B4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Tropic of Capricorn?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5F0D6B" w14:textId="77777777" w:rsidR="00F878E5" w:rsidRDefault="00F17885">
            <w:pPr>
              <w:spacing w:after="20"/>
            </w:pPr>
            <w:r>
              <w:rPr>
                <w:sz w:val="14"/>
              </w:rPr>
              <w:t>The Tropic of Capricorn is a line of latitude south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929019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AEDAD6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geographical word, location, and today’s new learning.</w:t>
            </w:r>
          </w:p>
        </w:tc>
      </w:tr>
      <w:tr w:rsidR="00F878E5" w14:paraId="26A71F3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7DE6BA" w14:textId="77777777" w:rsidR="00F878E5" w:rsidRDefault="00F17885">
            <w:pPr>
              <w:spacing w:after="20"/>
            </w:pPr>
            <w:r>
              <w:rPr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094217" w14:textId="77777777" w:rsidR="00F878E5" w:rsidRDefault="00F17885">
            <w:pPr>
              <w:spacing w:after="20"/>
            </w:pPr>
            <w:r>
              <w:rPr>
                <w:sz w:val="14"/>
              </w:rPr>
              <w:t>What is a climate zone?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394200" w14:textId="77777777" w:rsidR="00F878E5" w:rsidRDefault="00F17885">
            <w:pPr>
              <w:spacing w:after="20"/>
            </w:pPr>
            <w:r>
              <w:rPr>
                <w:sz w:val="14"/>
              </w:rPr>
              <w:t>A climate zone is an area with similar weather patterns over a long period of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A5C515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866A42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climate; pupils justify.</w:t>
            </w:r>
          </w:p>
        </w:tc>
      </w:tr>
      <w:tr w:rsidR="00F878E5" w14:paraId="5A339AC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659EDA" w14:textId="77777777" w:rsidR="00F878E5" w:rsidRDefault="00F17885">
            <w:pPr>
              <w:spacing w:after="20"/>
            </w:pPr>
            <w:r>
              <w:rPr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8C0688" w14:textId="77777777" w:rsidR="00F878E5" w:rsidRDefault="00F17885">
            <w:pPr>
              <w:spacing w:after="20"/>
            </w:pPr>
            <w:r>
              <w:rPr>
                <w:sz w:val="14"/>
              </w:rPr>
              <w:t>What is a biome?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E37AA2" w14:textId="77777777" w:rsidR="00F878E5" w:rsidRDefault="00F17885">
            <w:pPr>
              <w:spacing w:after="20"/>
            </w:pPr>
            <w:r>
              <w:rPr>
                <w:sz w:val="14"/>
              </w:rPr>
              <w:t>A biome is a large region with a particular climate, plants and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E449A2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E988D8" w14:textId="77777777" w:rsidR="00F878E5" w:rsidRDefault="00F17885">
            <w:pPr>
              <w:spacing w:after="20"/>
            </w:pPr>
            <w:r>
              <w:rPr>
                <w:sz w:val="14"/>
              </w:rPr>
              <w:t>Always, sometimes or never? “What is a biome” Ask pupils to qualify their answer.</w:t>
            </w:r>
          </w:p>
        </w:tc>
      </w:tr>
      <w:tr w:rsidR="00F878E5" w14:paraId="1629548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511F2" w14:textId="77777777" w:rsidR="00F878E5" w:rsidRDefault="00F17885">
            <w:pPr>
              <w:spacing w:after="20"/>
            </w:pPr>
            <w:r>
              <w:rPr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4E21FF" w14:textId="77777777" w:rsidR="00F878E5" w:rsidRDefault="00F17885">
            <w:pPr>
              <w:spacing w:after="20"/>
            </w:pPr>
            <w:r>
              <w:rPr>
                <w:sz w:val="14"/>
              </w:rPr>
              <w:t>What is a rainforest?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7AE623" w14:textId="77777777" w:rsidR="00F878E5" w:rsidRDefault="00F17885">
            <w:pPr>
              <w:spacing w:after="20"/>
            </w:pPr>
            <w:r>
              <w:rPr>
                <w:sz w:val="14"/>
              </w:rPr>
              <w:t>A rainforest is a dense forest, often in tropical regions with high rainfall.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DBB6E4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040B10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rainforest with a related place, feature or concept.</w:t>
            </w:r>
          </w:p>
        </w:tc>
      </w:tr>
      <w:tr w:rsidR="00F878E5" w14:paraId="5D3003A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9CB894" w14:textId="77777777" w:rsidR="00F878E5" w:rsidRDefault="00F17885">
            <w:pPr>
              <w:spacing w:after="20"/>
            </w:pPr>
            <w:r>
              <w:rPr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61D111" w14:textId="77777777" w:rsidR="00F878E5" w:rsidRDefault="00F17885">
            <w:pPr>
              <w:spacing w:after="20"/>
            </w:pPr>
            <w:r>
              <w:rPr>
                <w:sz w:val="14"/>
              </w:rPr>
              <w:t>What is deforestation?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9E6812" w14:textId="77777777" w:rsidR="00F878E5" w:rsidRDefault="00F17885">
            <w:pPr>
              <w:spacing w:after="20"/>
            </w:pPr>
            <w:r>
              <w:rPr>
                <w:sz w:val="14"/>
              </w:rPr>
              <w:t>Deforestation means clearing or removing forests.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0B4DC9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B3EA4B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deforestation: definition, characteristics, examples and non-examples.</w:t>
            </w:r>
          </w:p>
        </w:tc>
      </w:tr>
      <w:tr w:rsidR="00F878E5" w14:paraId="45B3830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0917A7" w14:textId="77777777" w:rsidR="00F878E5" w:rsidRDefault="00F17885">
            <w:pPr>
              <w:spacing w:after="20"/>
            </w:pPr>
            <w:r>
              <w:rPr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DD306A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South America, the Equator, Tropics, climate zones and biomes?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974F0A" w14:textId="77777777" w:rsidR="00F878E5" w:rsidRDefault="00F17885">
            <w:pPr>
              <w:spacing w:after="20"/>
            </w:pPr>
            <w:r>
              <w:rPr>
                <w:sz w:val="14"/>
              </w:rPr>
              <w:t>The Equator is an imaginary line around the middle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C00846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0A56DF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South America, the Equator, Tropics, climate zones and biomes.</w:t>
            </w:r>
          </w:p>
        </w:tc>
      </w:tr>
    </w:tbl>
    <w:p w14:paraId="12B5769D" w14:textId="77777777" w:rsidR="00F878E5" w:rsidRDefault="00F878E5"/>
    <w:p w14:paraId="56940FD1" w14:textId="46C3DC25" w:rsidR="00F878E5" w:rsidRDefault="00F17885">
      <w:pPr>
        <w:pStyle w:val="Heading2"/>
      </w:pPr>
      <w:r>
        <w:rPr>
          <w:color w:val="1F4E79"/>
        </w:rPr>
        <w:t xml:space="preserve">Year 6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6"/>
        <w:gridCol w:w="3106"/>
        <w:gridCol w:w="3106"/>
      </w:tblGrid>
      <w:tr w:rsidR="00F878E5" w14:paraId="4EDBCB45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2FBA44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09876B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9CB6A4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176FD7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2A8922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764DE59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1201D0" w14:textId="77777777" w:rsidR="00F878E5" w:rsidRDefault="00F17885">
            <w:pPr>
              <w:spacing w:after="20"/>
            </w:pPr>
            <w:r>
              <w:rPr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DC6A0C" w14:textId="77777777" w:rsidR="00F878E5" w:rsidRDefault="00F17885">
            <w:pPr>
              <w:spacing w:after="20"/>
            </w:pPr>
            <w:r>
              <w:rPr>
                <w:sz w:val="14"/>
              </w:rPr>
              <w:t>What is latitude?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DD0DE6" w14:textId="77777777" w:rsidR="00F878E5" w:rsidRDefault="00F17885">
            <w:pPr>
              <w:spacing w:after="20"/>
            </w:pPr>
            <w:r>
              <w:rPr>
                <w:sz w:val="14"/>
              </w:rPr>
              <w:t>Latitude lines run east-west and show how far north or south a place is from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6B0B97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A8944A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latitude; pupils justify.</w:t>
            </w:r>
          </w:p>
        </w:tc>
      </w:tr>
      <w:tr w:rsidR="00F878E5" w14:paraId="743D7D4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6D1AA3" w14:textId="77777777" w:rsidR="00F878E5" w:rsidRDefault="00F17885">
            <w:pPr>
              <w:spacing w:after="20"/>
            </w:pPr>
            <w:r>
              <w:rPr>
                <w:sz w:val="14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A397C9" w14:textId="77777777" w:rsidR="00F878E5" w:rsidRDefault="00F17885">
            <w:pPr>
              <w:spacing w:after="20"/>
            </w:pPr>
            <w:r>
              <w:rPr>
                <w:sz w:val="14"/>
              </w:rPr>
              <w:t>What is longitude?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02D92E" w14:textId="77777777" w:rsidR="00F878E5" w:rsidRDefault="00F17885">
            <w:pPr>
              <w:spacing w:after="20"/>
            </w:pPr>
            <w:r>
              <w:rPr>
                <w:sz w:val="14"/>
              </w:rPr>
              <w:t>Longitude lines run north-south and show how far east or west a place is from the Prime Meridian.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52876A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21AED9" w14:textId="634C3C62" w:rsidR="00F878E5" w:rsidRDefault="00F878E5">
            <w:pPr>
              <w:spacing w:after="20"/>
            </w:pPr>
          </w:p>
        </w:tc>
      </w:tr>
      <w:tr w:rsidR="00F878E5" w14:paraId="598885A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FC8481" w14:textId="77777777" w:rsidR="00F878E5" w:rsidRDefault="00F17885">
            <w:pPr>
              <w:spacing w:after="20"/>
            </w:pPr>
            <w:r>
              <w:rPr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4362E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Prime Meridian?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4F8383" w14:textId="77777777" w:rsidR="00F878E5" w:rsidRDefault="00F17885">
            <w:pPr>
              <w:spacing w:after="20"/>
            </w:pPr>
            <w:r>
              <w:rPr>
                <w:sz w:val="14"/>
              </w:rPr>
              <w:t>The Prime Meridian is the line of longitude at 0 degrees that passes through Greenwich.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751BB9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B54799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geographical word with a related place, feature or concept.</w:t>
            </w:r>
          </w:p>
        </w:tc>
      </w:tr>
      <w:tr w:rsidR="00F878E5" w14:paraId="47757A8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7D60E4" w14:textId="77777777" w:rsidR="00F878E5" w:rsidRDefault="00F17885">
            <w:pPr>
              <w:spacing w:after="20"/>
            </w:pPr>
            <w:r>
              <w:rPr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FAEE43" w14:textId="77777777" w:rsidR="00F878E5" w:rsidRDefault="00F17885">
            <w:pPr>
              <w:spacing w:after="20"/>
            </w:pPr>
            <w:r>
              <w:rPr>
                <w:sz w:val="14"/>
              </w:rPr>
              <w:t>What is a time zone?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93353D" w14:textId="77777777" w:rsidR="00F878E5" w:rsidRDefault="00F17885">
            <w:pPr>
              <w:spacing w:after="20"/>
            </w:pPr>
            <w:r>
              <w:rPr>
                <w:sz w:val="14"/>
              </w:rPr>
              <w:t xml:space="preserve">A time zone is an area that uses the same </w:t>
            </w:r>
            <w:r>
              <w:rPr>
                <w:sz w:val="14"/>
              </w:rPr>
              <w:lastRenderedPageBreak/>
              <w:t>standard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E4823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D264E4" w14:textId="77777777" w:rsidR="00F878E5" w:rsidRDefault="00F17885">
            <w:pPr>
              <w:spacing w:after="20"/>
            </w:pPr>
            <w:r>
              <w:rPr>
                <w:sz w:val="14"/>
              </w:rPr>
              <w:t xml:space="preserve">Frayer model for geographical word: definition, </w:t>
            </w:r>
            <w:r>
              <w:rPr>
                <w:sz w:val="14"/>
              </w:rPr>
              <w:lastRenderedPageBreak/>
              <w:t>characteristics, examples and non-examples.</w:t>
            </w:r>
          </w:p>
        </w:tc>
      </w:tr>
      <w:tr w:rsidR="00F878E5" w14:paraId="0BE3300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EAAF58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5560B7" w14:textId="77777777" w:rsidR="00F878E5" w:rsidRDefault="00F17885">
            <w:pPr>
              <w:spacing w:after="20"/>
            </w:pPr>
            <w:r>
              <w:rPr>
                <w:sz w:val="14"/>
              </w:rPr>
              <w:t>Why do different places in the world have different times?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6C2A97" w14:textId="77777777" w:rsidR="00F878E5" w:rsidRDefault="00F17885">
            <w:pPr>
              <w:spacing w:after="20"/>
            </w:pPr>
            <w:r>
              <w:rPr>
                <w:sz w:val="14"/>
              </w:rPr>
              <w:t>Places have different times because Earth rotates and longitudes face the Sun at different times.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AACD8D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9C8D3D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Why do different places in the world have different times.</w:t>
            </w:r>
          </w:p>
        </w:tc>
      </w:tr>
      <w:tr w:rsidR="00F878E5" w14:paraId="4E2998E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B678B3" w14:textId="77777777" w:rsidR="00F878E5" w:rsidRDefault="00F17885">
            <w:pPr>
              <w:spacing w:after="20"/>
            </w:pPr>
            <w:r>
              <w:rPr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41440A" w14:textId="77777777" w:rsidR="00F878E5" w:rsidRDefault="00F17885">
            <w:pPr>
              <w:spacing w:after="20"/>
            </w:pPr>
            <w:r>
              <w:rPr>
                <w:sz w:val="14"/>
              </w:rPr>
              <w:t>What does day and night have to do with the Earth?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DC2BBE" w14:textId="77777777" w:rsidR="00F878E5" w:rsidRDefault="00F17885">
            <w:pPr>
              <w:spacing w:after="20"/>
            </w:pPr>
            <w:r>
              <w:rPr>
                <w:sz w:val="14"/>
              </w:rPr>
              <w:t>Day and night are linked to the Earth rotating.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86F862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F391B4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What does day and night have to do with the Earth.</w:t>
            </w:r>
          </w:p>
        </w:tc>
      </w:tr>
      <w:tr w:rsidR="00F878E5" w14:paraId="566270D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DADE8F" w14:textId="77777777" w:rsidR="00F878E5" w:rsidRDefault="00F17885">
            <w:pPr>
              <w:spacing w:after="20"/>
            </w:pPr>
            <w:r>
              <w:rPr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98E039" w14:textId="77777777" w:rsidR="00F878E5" w:rsidRDefault="00F17885">
            <w:pPr>
              <w:spacing w:after="20"/>
            </w:pPr>
            <w:r>
              <w:rPr>
                <w:sz w:val="14"/>
              </w:rPr>
              <w:t>Name one county in England.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DEE776" w14:textId="77777777" w:rsidR="00F878E5" w:rsidRDefault="00F17885">
            <w:pPr>
              <w:spacing w:after="20"/>
            </w:pPr>
            <w:r>
              <w:rPr>
                <w:sz w:val="14"/>
              </w:rPr>
              <w:t>Accept examples such as Nottinghamshire, Kent, Derbyshire, Yorkshire, Essex or Devon.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628444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78FBD8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geographical word, location, and today’s new learning.</w:t>
            </w:r>
          </w:p>
        </w:tc>
      </w:tr>
      <w:tr w:rsidR="00F878E5" w14:paraId="3EB5A29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8F22F3" w14:textId="77777777" w:rsidR="00F878E5" w:rsidRDefault="00F17885">
            <w:pPr>
              <w:spacing w:after="20"/>
            </w:pPr>
            <w:r>
              <w:rPr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3C8504" w14:textId="77777777" w:rsidR="00F878E5" w:rsidRDefault="00F17885">
            <w:pPr>
              <w:spacing w:after="20"/>
            </w:pPr>
            <w:r>
              <w:rPr>
                <w:sz w:val="14"/>
              </w:rPr>
              <w:t>Name one city in England.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C7C1E5" w14:textId="77777777" w:rsidR="00F878E5" w:rsidRDefault="00F17885">
            <w:pPr>
              <w:spacing w:after="20"/>
            </w:pPr>
            <w:r>
              <w:rPr>
                <w:sz w:val="14"/>
              </w:rPr>
              <w:t>Accept examples such as London, Nottingham, Birmingham, Manchester, Leeds or Liverpool.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66470F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C0CE42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city; pupils justify.</w:t>
            </w:r>
          </w:p>
        </w:tc>
      </w:tr>
      <w:tr w:rsidR="00F878E5" w14:paraId="275602B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ADC95" w14:textId="77777777" w:rsidR="00F878E5" w:rsidRDefault="00F17885">
            <w:pPr>
              <w:spacing w:after="20"/>
            </w:pPr>
            <w:r>
              <w:rPr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5D31A5" w14:textId="77777777" w:rsidR="00F878E5" w:rsidRDefault="00F17885">
            <w:pPr>
              <w:spacing w:after="20"/>
            </w:pPr>
            <w:r>
              <w:rPr>
                <w:sz w:val="14"/>
              </w:rPr>
              <w:t>Name one major river in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4667E5" w14:textId="77777777" w:rsidR="00F878E5" w:rsidRDefault="00F17885">
            <w:pPr>
              <w:spacing w:after="20"/>
            </w:pPr>
            <w:r>
              <w:rPr>
                <w:sz w:val="14"/>
              </w:rPr>
              <w:t>Accept examples such as River Thames, River Severn, River Trent, River Mersey or River Tyne.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0CBE0A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E37D97" w14:textId="7EB56C24" w:rsidR="00F878E5" w:rsidRDefault="00F878E5">
            <w:pPr>
              <w:spacing w:after="20"/>
            </w:pPr>
          </w:p>
        </w:tc>
      </w:tr>
      <w:tr w:rsidR="00F878E5" w14:paraId="43ABA73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B2FFDF" w14:textId="77777777" w:rsidR="00F878E5" w:rsidRDefault="00F17885">
            <w:pPr>
              <w:spacing w:after="20"/>
            </w:pPr>
            <w:r>
              <w:rPr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0EDC3C" w14:textId="77777777" w:rsidR="00F878E5" w:rsidRDefault="00F17885">
            <w:pPr>
              <w:spacing w:after="20"/>
            </w:pPr>
            <w:r>
              <w:rPr>
                <w:sz w:val="14"/>
              </w:rPr>
              <w:t>Name one mountain range or hill area in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23DBE9" w14:textId="77777777" w:rsidR="00F878E5" w:rsidRDefault="00F17885">
            <w:pPr>
              <w:spacing w:after="20"/>
            </w:pPr>
            <w:r>
              <w:rPr>
                <w:sz w:val="14"/>
              </w:rPr>
              <w:t>Accept examples such as the Grampians, the Pennines, Snowdonia/Eryri, or the Lake District.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B86BFD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38394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mountain with a related place, feature or concept.</w:t>
            </w:r>
          </w:p>
        </w:tc>
      </w:tr>
      <w:tr w:rsidR="00F878E5" w14:paraId="7E194CF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3B0342" w14:textId="77777777" w:rsidR="00F878E5" w:rsidRDefault="00F17885">
            <w:pPr>
              <w:spacing w:after="20"/>
            </w:pPr>
            <w:r>
              <w:rPr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F8D4BE" w14:textId="77777777" w:rsidR="00F878E5" w:rsidRDefault="00F17885">
            <w:pPr>
              <w:spacing w:after="20"/>
            </w:pPr>
            <w:r>
              <w:rPr>
                <w:sz w:val="14"/>
              </w:rPr>
              <w:t>What is a coastline?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0647BB" w14:textId="77777777" w:rsidR="00F878E5" w:rsidRDefault="00F17885">
            <w:pPr>
              <w:spacing w:after="20"/>
            </w:pPr>
            <w:r>
              <w:rPr>
                <w:sz w:val="14"/>
              </w:rPr>
              <w:t>A coastline is where land meets the sea.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FA8815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435B7B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103A75E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AA3397" w14:textId="77777777" w:rsidR="00F878E5" w:rsidRDefault="00F17885">
            <w:pPr>
              <w:spacing w:after="20"/>
            </w:pPr>
            <w:r>
              <w:rPr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89E094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UK counties, cities, rivers, mountains, coasts and time zones?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795480" w14:textId="77777777" w:rsidR="00F878E5" w:rsidRDefault="00F17885">
            <w:pPr>
              <w:spacing w:after="20"/>
            </w:pPr>
            <w:r>
              <w:rPr>
                <w:sz w:val="14"/>
              </w:rPr>
              <w:t>A mountain is a high area of land, usually with steep sides.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AB77F5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25DA74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UK counties, cities, rivers, mountains, coasts and time zones.</w:t>
            </w:r>
          </w:p>
        </w:tc>
      </w:tr>
    </w:tbl>
    <w:p w14:paraId="2DCABA26" w14:textId="77777777" w:rsidR="00F878E5" w:rsidRDefault="00F878E5"/>
    <w:p w14:paraId="55540E5B" w14:textId="62E14FA1" w:rsidR="00F878E5" w:rsidRDefault="00F17885">
      <w:pPr>
        <w:pStyle w:val="Heading2"/>
      </w:pPr>
      <w:r>
        <w:rPr>
          <w:color w:val="1F4E79"/>
        </w:rPr>
        <w:t xml:space="preserve">Year 6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878E5" w14:paraId="274FDDDA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B7AF00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C142BA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29CE75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E24621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A941D7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2BE44B5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EBAB4" w14:textId="77777777" w:rsidR="00F878E5" w:rsidRDefault="00F17885">
            <w:pPr>
              <w:spacing w:after="20"/>
            </w:pPr>
            <w:r>
              <w:rPr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4D624E" w14:textId="77777777" w:rsidR="00F878E5" w:rsidRDefault="00F17885">
            <w:pPr>
              <w:spacing w:after="20"/>
            </w:pPr>
            <w:r>
              <w:rPr>
                <w:sz w:val="14"/>
              </w:rPr>
              <w:t>What is a settlement?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C13F26" w14:textId="77777777" w:rsidR="00F878E5" w:rsidRDefault="00F17885">
            <w:pPr>
              <w:spacing w:after="20"/>
            </w:pPr>
            <w:r>
              <w:rPr>
                <w:sz w:val="14"/>
              </w:rPr>
              <w:t>A settlement is a place where people live.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A0758A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C9F5B7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settlement; pupils justify.</w:t>
            </w:r>
          </w:p>
        </w:tc>
      </w:tr>
      <w:tr w:rsidR="00F878E5" w14:paraId="4E5777D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2C1F7A" w14:textId="77777777" w:rsidR="00F878E5" w:rsidRDefault="00F17885">
            <w:pPr>
              <w:spacing w:after="20"/>
            </w:pPr>
            <w:r>
              <w:rPr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C06C5A" w14:textId="77777777" w:rsidR="00F878E5" w:rsidRDefault="00F17885">
            <w:pPr>
              <w:spacing w:after="20"/>
            </w:pPr>
            <w:r>
              <w:rPr>
                <w:sz w:val="14"/>
              </w:rPr>
              <w:t>Why did early settlements often develop near rivers?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99B3A" w14:textId="77777777" w:rsidR="00F878E5" w:rsidRDefault="00F17885">
            <w:pPr>
              <w:spacing w:after="20"/>
            </w:pPr>
            <w:r>
              <w:rPr>
                <w:sz w:val="14"/>
              </w:rPr>
              <w:t>Rivers provide water, food, transport routes, trade routes and fertile 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94D470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6BAC2" w14:textId="77777777" w:rsidR="00F878E5" w:rsidRDefault="00F17885">
            <w:pPr>
              <w:spacing w:after="20"/>
            </w:pPr>
            <w:r>
              <w:rPr>
                <w:sz w:val="14"/>
              </w:rPr>
              <w:t>Always, sometimes or never? “Why did early settlements often develop near rivers” Ask pupils to qualify their answer.</w:t>
            </w:r>
          </w:p>
        </w:tc>
      </w:tr>
      <w:tr w:rsidR="00F878E5" w14:paraId="3C1CA0D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9E8639" w14:textId="77777777" w:rsidR="00F878E5" w:rsidRDefault="00F17885">
            <w:pPr>
              <w:spacing w:after="20"/>
            </w:pPr>
            <w:r>
              <w:rPr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8FF4E0" w14:textId="77777777" w:rsidR="00F878E5" w:rsidRDefault="00F17885">
            <w:pPr>
              <w:spacing w:after="20"/>
            </w:pPr>
            <w:r>
              <w:rPr>
                <w:sz w:val="14"/>
              </w:rPr>
              <w:t>What is trade?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B209C0" w14:textId="77777777" w:rsidR="00F878E5" w:rsidRDefault="00F17885">
            <w:pPr>
              <w:spacing w:after="20"/>
            </w:pPr>
            <w:r>
              <w:rPr>
                <w:sz w:val="14"/>
              </w:rPr>
              <w:t>Trade is the buying, selling or exchanging of goods and services.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2CAC19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D2E80A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trade with a related place, feature or concept.</w:t>
            </w:r>
          </w:p>
        </w:tc>
      </w:tr>
      <w:tr w:rsidR="00F878E5" w14:paraId="45081BD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5471AA" w14:textId="77777777" w:rsidR="00F878E5" w:rsidRDefault="00F17885">
            <w:pPr>
              <w:spacing w:after="20"/>
            </w:pPr>
            <w:r>
              <w:rPr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995AC1" w14:textId="77777777" w:rsidR="00F878E5" w:rsidRDefault="00F17885">
            <w:pPr>
              <w:spacing w:after="20"/>
            </w:pPr>
            <w:r>
              <w:rPr>
                <w:sz w:val="14"/>
              </w:rPr>
              <w:t>Why are seas and rivers important for trade?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3B6958" w14:textId="77777777" w:rsidR="00F878E5" w:rsidRDefault="00F17885">
            <w:pPr>
              <w:spacing w:after="20"/>
            </w:pPr>
            <w:r>
              <w:rPr>
                <w:sz w:val="14"/>
              </w:rPr>
              <w:t>Seas and rivers help move goods and connect places.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451688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7E36C6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river: definition, characteristics, examples and non-examples.</w:t>
            </w:r>
          </w:p>
        </w:tc>
      </w:tr>
      <w:tr w:rsidR="00F878E5" w14:paraId="7DFCD9E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205BF2" w14:textId="77777777" w:rsidR="00F878E5" w:rsidRDefault="00F17885">
            <w:pPr>
              <w:spacing w:after="20"/>
            </w:pPr>
            <w:r>
              <w:rPr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743B23" w14:textId="77777777" w:rsidR="00F878E5" w:rsidRDefault="00F17885">
            <w:pPr>
              <w:spacing w:after="20"/>
            </w:pPr>
            <w:r>
              <w:rPr>
                <w:sz w:val="14"/>
              </w:rPr>
              <w:t>What is a port?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0DA0F4" w14:textId="77777777" w:rsidR="00F878E5" w:rsidRDefault="00F17885">
            <w:pPr>
              <w:spacing w:after="20"/>
            </w:pPr>
            <w:r>
              <w:rPr>
                <w:sz w:val="14"/>
              </w:rPr>
              <w:t>A port is a place where ships load and unload goods.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49891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BDCA0B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is a port.</w:t>
            </w:r>
          </w:p>
        </w:tc>
      </w:tr>
      <w:tr w:rsidR="00F878E5" w14:paraId="3326398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3FEE1F" w14:textId="77777777" w:rsidR="00F878E5" w:rsidRDefault="00F17885">
            <w:pPr>
              <w:spacing w:after="20"/>
            </w:pPr>
            <w:r>
              <w:rPr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9F037C" w14:textId="77777777" w:rsidR="00F878E5" w:rsidRDefault="00F17885">
            <w:pPr>
              <w:spacing w:after="20"/>
            </w:pPr>
            <w:r>
              <w:rPr>
                <w:sz w:val="14"/>
              </w:rPr>
              <w:t>Why are ports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559F4A" w14:textId="77777777" w:rsidR="00F878E5" w:rsidRDefault="00F17885">
            <w:pPr>
              <w:spacing w:after="20"/>
            </w:pPr>
            <w:r>
              <w:rPr>
                <w:sz w:val="14"/>
              </w:rPr>
              <w:t>Ports support trade by moving goods and people between places.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CC9B72" w14:textId="77777777" w:rsidR="00F878E5" w:rsidRDefault="00F17885">
            <w:pPr>
              <w:spacing w:after="20"/>
            </w:pPr>
            <w:r>
              <w:rPr>
                <w:sz w:val="14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743BC9" w14:textId="77777777" w:rsidR="00F878E5" w:rsidRDefault="00F17885">
            <w:pPr>
              <w:spacing w:after="20"/>
            </w:pPr>
            <w:r>
              <w:rPr>
                <w:sz w:val="14"/>
              </w:rPr>
              <w:t>Complete because, but, so using the idea: Why are ports important.</w:t>
            </w:r>
          </w:p>
        </w:tc>
      </w:tr>
      <w:tr w:rsidR="00F878E5" w14:paraId="60B6E10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7AC484" w14:textId="77777777" w:rsidR="00F878E5" w:rsidRDefault="00F17885">
            <w:pPr>
              <w:spacing w:after="20"/>
            </w:pPr>
            <w:r>
              <w:rPr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D1E42D" w14:textId="77777777" w:rsidR="00F878E5" w:rsidRDefault="00F17885">
            <w:pPr>
              <w:spacing w:after="20"/>
            </w:pPr>
            <w:r>
              <w:rPr>
                <w:sz w:val="14"/>
              </w:rPr>
              <w:t>What is an industrial area?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2B8596" w14:textId="77777777" w:rsidR="00F878E5" w:rsidRDefault="00F17885">
            <w:pPr>
              <w:spacing w:after="20"/>
            </w:pPr>
            <w:r>
              <w:rPr>
                <w:sz w:val="14"/>
              </w:rPr>
              <w:t>An industrial area is a place with factories, warehouses or 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B0B36B" w14:textId="77777777" w:rsidR="00F878E5" w:rsidRDefault="00F17885">
            <w:pPr>
              <w:spacing w:after="20"/>
            </w:pPr>
            <w:r>
              <w:rPr>
                <w:sz w:val="14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DFE73D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geographical word, location, and today’s new learning.</w:t>
            </w:r>
          </w:p>
        </w:tc>
      </w:tr>
      <w:tr w:rsidR="00F878E5" w14:paraId="2DF50CA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E4C461" w14:textId="77777777" w:rsidR="00F878E5" w:rsidRDefault="00F17885">
            <w:pPr>
              <w:spacing w:after="20"/>
            </w:pPr>
            <w:r>
              <w:rPr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EA576" w14:textId="77777777" w:rsidR="00F878E5" w:rsidRDefault="00F17885">
            <w:pPr>
              <w:spacing w:after="20"/>
            </w:pPr>
            <w:r>
              <w:rPr>
                <w:sz w:val="14"/>
              </w:rPr>
              <w:t>Why are industrial areas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2E931B" w14:textId="77777777" w:rsidR="00F878E5" w:rsidRDefault="00F17885">
            <w:pPr>
              <w:spacing w:after="20"/>
            </w:pPr>
            <w:r>
              <w:rPr>
                <w:sz w:val="14"/>
              </w:rPr>
              <w:t>Industrial areas support jobs, production and trade.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CE5ABD" w14:textId="77777777" w:rsidR="00F878E5" w:rsidRDefault="00F17885">
            <w:pPr>
              <w:spacing w:after="20"/>
            </w:pPr>
            <w:r>
              <w:rPr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7BB5AA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choose two related examples and one non-example for port; pupils justify.</w:t>
            </w:r>
          </w:p>
        </w:tc>
      </w:tr>
      <w:tr w:rsidR="00F878E5" w14:paraId="7266AAA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F350F7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75D599" w14:textId="77777777" w:rsidR="00F878E5" w:rsidRDefault="00F17885">
            <w:pPr>
              <w:spacing w:after="20"/>
            </w:pPr>
            <w:r>
              <w:rPr>
                <w:sz w:val="14"/>
              </w:rPr>
              <w:t>What is a supply chain?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8FF518" w14:textId="77777777" w:rsidR="00F878E5" w:rsidRDefault="00F17885">
            <w:pPr>
              <w:spacing w:after="20"/>
            </w:pPr>
            <w:r>
              <w:rPr>
                <w:sz w:val="14"/>
              </w:rPr>
              <w:t>A supply chain shows how goods move from one place to another.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BA817F" w14:textId="77777777" w:rsidR="00F878E5" w:rsidRDefault="00F17885">
            <w:pPr>
              <w:spacing w:after="20"/>
            </w:pPr>
            <w:r>
              <w:rPr>
                <w:sz w:val="14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06AEA4" w14:textId="11029A8A" w:rsidR="00F878E5" w:rsidRDefault="00F878E5">
            <w:pPr>
              <w:spacing w:after="20"/>
            </w:pPr>
          </w:p>
        </w:tc>
      </w:tr>
      <w:tr w:rsidR="00F878E5" w14:paraId="10B4940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EE4FF" w14:textId="77777777" w:rsidR="00F878E5" w:rsidRDefault="00F17885">
            <w:pPr>
              <w:spacing w:after="20"/>
            </w:pPr>
            <w:r>
              <w:rPr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93FA5B" w14:textId="77777777" w:rsidR="00F878E5" w:rsidRDefault="00F17885">
            <w:pPr>
              <w:spacing w:after="20"/>
            </w:pPr>
            <w:r>
              <w:rPr>
                <w:sz w:val="14"/>
              </w:rPr>
              <w:t>What is map scale?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F8483B" w14:textId="77777777" w:rsidR="00F878E5" w:rsidRDefault="00F17885">
            <w:pPr>
              <w:spacing w:after="20"/>
            </w:pPr>
            <w:r>
              <w:rPr>
                <w:sz w:val="14"/>
              </w:rPr>
              <w:t>Map scale helps us understand real distance on a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F7CABC" w14:textId="77777777" w:rsidR="00F878E5" w:rsidRDefault="00F17885">
            <w:pPr>
              <w:spacing w:after="20"/>
            </w:pPr>
            <w:r>
              <w:rPr>
                <w:sz w:val="14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297D31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compare map with a related place, feature or concept.</w:t>
            </w:r>
          </w:p>
        </w:tc>
      </w:tr>
      <w:tr w:rsidR="00F878E5" w14:paraId="34C00EC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A062A1" w14:textId="77777777" w:rsidR="00F878E5" w:rsidRDefault="00F17885">
            <w:pPr>
              <w:spacing w:after="20"/>
            </w:pPr>
            <w:r>
              <w:rPr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F4A542" w14:textId="77777777" w:rsidR="00F878E5" w:rsidRDefault="00F17885">
            <w:pPr>
              <w:spacing w:after="20"/>
            </w:pPr>
            <w:r>
              <w:rPr>
                <w:sz w:val="14"/>
              </w:rPr>
              <w:t>What is a six-figure grid reference used for?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74CF09" w14:textId="77777777" w:rsidR="00F878E5" w:rsidRDefault="00F17885">
            <w:pPr>
              <w:spacing w:after="20"/>
            </w:pPr>
            <w:r>
              <w:rPr>
                <w:sz w:val="14"/>
              </w:rPr>
              <w:t>A six-figure grid reference locates a place more precisely than a four-figure grid reference.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376210" w14:textId="77777777" w:rsidR="00F878E5" w:rsidRDefault="00F17885">
            <w:pPr>
              <w:spacing w:after="20"/>
            </w:pPr>
            <w:r>
              <w:rPr>
                <w:sz w:val="14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9D8D4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 for geographical word: definition, characteristics, examples and non-examples.</w:t>
            </w:r>
          </w:p>
        </w:tc>
      </w:tr>
      <w:tr w:rsidR="00F878E5" w14:paraId="5C2D231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032F33" w14:textId="77777777" w:rsidR="00F878E5" w:rsidRDefault="00F17885">
            <w:pPr>
              <w:spacing w:after="20"/>
            </w:pPr>
            <w:r>
              <w:rPr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3681A1" w14:textId="77777777" w:rsidR="00F878E5" w:rsidRDefault="00F17885">
            <w:pPr>
              <w:spacing w:after="20"/>
            </w:pPr>
            <w:r>
              <w:rPr>
                <w:sz w:val="14"/>
              </w:rPr>
              <w:t>What do you know about UK geography, time zones, trade, settlements and map skills?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17EFFB" w14:textId="77777777" w:rsidR="00F878E5" w:rsidRDefault="00F17885">
            <w:pPr>
              <w:spacing w:after="20"/>
            </w:pPr>
            <w:r>
              <w:rPr>
                <w:sz w:val="14"/>
              </w:rPr>
              <w:t>A time zone is an area that uses the same standard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5E38A3" w14:textId="77777777" w:rsidR="00F878E5" w:rsidRDefault="00F17885">
            <w:pPr>
              <w:spacing w:after="20"/>
            </w:pPr>
            <w:r>
              <w:rPr>
                <w:sz w:val="14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AFB7DB" w14:textId="77777777" w:rsidR="00F878E5" w:rsidRDefault="00F17885">
            <w:pPr>
              <w:spacing w:after="20"/>
            </w:pPr>
            <w:r>
              <w:rPr>
                <w:sz w:val="14"/>
              </w:rPr>
              <w:t>True or false? Prove the core fact for: What do you know about UK geography, time zones, trade, settlements and map skills.</w:t>
            </w:r>
          </w:p>
        </w:tc>
      </w:tr>
    </w:tbl>
    <w:p w14:paraId="4AA86E6B" w14:textId="77777777" w:rsidR="00F878E5" w:rsidRDefault="00F878E5"/>
    <w:p w14:paraId="3AA0CDC5" w14:textId="77777777" w:rsidR="00F878E5" w:rsidRDefault="00F17885">
      <w:pPr>
        <w:pStyle w:val="Heading1"/>
      </w:pPr>
      <w:r>
        <w:rPr>
          <w:color w:val="1F4E79"/>
        </w:rPr>
        <w:t>Additional Retrieval Question Bank with Core Facts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F878E5" w14:paraId="7AD1D4E5" w14:textId="77777777">
        <w:trPr>
          <w:jc w:val="center"/>
        </w:trPr>
        <w:tc>
          <w:tcPr>
            <w:tcW w:w="15538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602E2AC" w14:textId="77777777" w:rsidR="00F878E5" w:rsidRDefault="00F17885">
            <w:r>
              <w:rPr>
                <w:b/>
                <w:color w:val="1F4E79"/>
                <w:sz w:val="20"/>
              </w:rPr>
              <w:t>How to use this additional bank</w:t>
            </w:r>
          </w:p>
          <w:p w14:paraId="77BEADBB" w14:textId="77777777" w:rsidR="00F878E5" w:rsidRDefault="00F17885">
            <w:pPr>
              <w:pStyle w:val="ListBullet"/>
              <w:spacing w:after="20"/>
            </w:pPr>
            <w:r>
              <w:t>Use these questions when pupils need more practice, when misconceptions arise, or when teachers want an alternative retrieval question.</w:t>
            </w:r>
          </w:p>
          <w:p w14:paraId="691BE98C" w14:textId="77777777" w:rsidR="00F878E5" w:rsidRDefault="00F17885">
            <w:pPr>
              <w:pStyle w:val="ListBullet"/>
              <w:spacing w:after="20"/>
            </w:pPr>
            <w:r>
              <w:t>The core fact gives teachers the knowledge pupils should retrieve quickly and accurately.</w:t>
            </w:r>
          </w:p>
          <w:p w14:paraId="6EDBA18F" w14:textId="77777777" w:rsidR="00F878E5" w:rsidRDefault="00F17885">
            <w:pPr>
              <w:pStyle w:val="ListBullet"/>
              <w:spacing w:after="20"/>
            </w:pPr>
            <w:r>
              <w:t>The meta-learning prompt is optional and should be used when it helps pupils justify, compare, define or explain.</w:t>
            </w:r>
          </w:p>
        </w:tc>
      </w:tr>
    </w:tbl>
    <w:p w14:paraId="5EE14F66" w14:textId="77777777" w:rsidR="00F878E5" w:rsidRDefault="00F878E5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6"/>
        <w:gridCol w:w="3106"/>
        <w:gridCol w:w="3105"/>
        <w:gridCol w:w="3106"/>
      </w:tblGrid>
      <w:tr w:rsidR="00F878E5" w14:paraId="3099A5A9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AFDFCA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Year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28F2CA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Unit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F7283E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CFABD7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001E5D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F878E5" w14:paraId="15DF5A6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751000" w14:textId="77777777" w:rsidR="00F878E5" w:rsidRDefault="00F17885">
            <w:pPr>
              <w:spacing w:after="20"/>
            </w:pPr>
            <w:r>
              <w:rPr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F38E0A" w14:textId="77777777" w:rsidR="00F878E5" w:rsidRDefault="00F17885">
            <w:pPr>
              <w:spacing w:after="20"/>
            </w:pPr>
            <w:r>
              <w:rPr>
                <w:sz w:val="14"/>
              </w:rPr>
              <w:t>Local area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9CFEC1" w14:textId="77777777" w:rsidR="00F878E5" w:rsidRDefault="00F17885">
            <w:pPr>
              <w:spacing w:after="20"/>
            </w:pPr>
            <w:r>
              <w:rPr>
                <w:sz w:val="14"/>
              </w:rPr>
              <w:t>What town is our school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E62C3E" w14:textId="77777777" w:rsidR="00F878E5" w:rsidRDefault="00F17885">
            <w:pPr>
              <w:spacing w:after="20"/>
            </w:pPr>
            <w:r>
              <w:rPr>
                <w:sz w:val="14"/>
              </w:rPr>
              <w:t>Our school is in Eastwood.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3C4993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Eastwood, school, map.</w:t>
            </w:r>
          </w:p>
        </w:tc>
      </w:tr>
      <w:tr w:rsidR="00F878E5" w14:paraId="6120ABD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9BFEA1" w14:textId="77777777" w:rsidR="00F878E5" w:rsidRDefault="00F17885">
            <w:pPr>
              <w:spacing w:after="20"/>
            </w:pPr>
            <w:r>
              <w:rPr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843ED4" w14:textId="77777777" w:rsidR="00F878E5" w:rsidRDefault="00F17885">
            <w:pPr>
              <w:spacing w:after="20"/>
            </w:pPr>
            <w:r>
              <w:rPr>
                <w:sz w:val="14"/>
              </w:rPr>
              <w:t>Maps and globes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6B2AC5" w14:textId="77777777" w:rsidR="00F878E5" w:rsidRDefault="00F17885">
            <w:pPr>
              <w:spacing w:after="20"/>
            </w:pPr>
            <w:r>
              <w:rPr>
                <w:sz w:val="14"/>
              </w:rPr>
              <w:t>What is a globe?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54CD03" w14:textId="77777777" w:rsidR="00F878E5" w:rsidRDefault="00F17885">
            <w:pPr>
              <w:spacing w:after="20"/>
            </w:pPr>
            <w:r>
              <w:rPr>
                <w:sz w:val="14"/>
              </w:rPr>
              <w:t>A globe is a model of the world.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9D943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globe and map.</w:t>
            </w:r>
          </w:p>
        </w:tc>
      </w:tr>
      <w:tr w:rsidR="00F878E5" w14:paraId="06F2E24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D4267" w14:textId="77777777" w:rsidR="00F878E5" w:rsidRDefault="00F17885">
            <w:pPr>
              <w:spacing w:after="20"/>
            </w:pPr>
            <w:r>
              <w:rPr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994774" w14:textId="77777777" w:rsidR="00F878E5" w:rsidRDefault="00F17885">
            <w:pPr>
              <w:spacing w:after="20"/>
            </w:pPr>
            <w:r>
              <w:rPr>
                <w:sz w:val="14"/>
              </w:rPr>
              <w:t>Human/physical features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570568" w14:textId="77777777" w:rsidR="00F878E5" w:rsidRDefault="00F17885">
            <w:pPr>
              <w:spacing w:after="20"/>
            </w:pPr>
            <w:r>
              <w:rPr>
                <w:sz w:val="14"/>
              </w:rPr>
              <w:t>Is a road a human or physical feature?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773F93" w14:textId="77777777" w:rsidR="00F878E5" w:rsidRDefault="00F17885">
            <w:pPr>
              <w:spacing w:after="20"/>
            </w:pPr>
            <w:r>
              <w:rPr>
                <w:sz w:val="14"/>
              </w:rPr>
              <w:t>A road is a human feature because it is made by people.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EA740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road, house, river.</w:t>
            </w:r>
          </w:p>
        </w:tc>
      </w:tr>
      <w:tr w:rsidR="00F878E5" w14:paraId="21C2FF4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DE53DE" w14:textId="77777777" w:rsidR="00F878E5" w:rsidRDefault="00F17885">
            <w:pPr>
              <w:spacing w:after="20"/>
            </w:pPr>
            <w:r>
              <w:rPr>
                <w:sz w:val="14"/>
              </w:rPr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444258" w14:textId="77777777" w:rsidR="00F878E5" w:rsidRDefault="00F17885">
            <w:pPr>
              <w:spacing w:after="20"/>
            </w:pPr>
            <w:r>
              <w:rPr>
                <w:sz w:val="14"/>
              </w:rPr>
              <w:t>UK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B1E384" w14:textId="77777777" w:rsidR="00F878E5" w:rsidRDefault="00F17885">
            <w:pPr>
              <w:spacing w:after="20"/>
            </w:pPr>
            <w:r>
              <w:rPr>
                <w:sz w:val="14"/>
              </w:rPr>
              <w:t>What are the four UK countries?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72059C" w14:textId="77777777" w:rsidR="00F878E5" w:rsidRDefault="00F17885">
            <w:pPr>
              <w:spacing w:after="20"/>
            </w:pPr>
            <w:r>
              <w:rPr>
                <w:sz w:val="14"/>
              </w:rPr>
              <w:t>England, Scotland, Wales and Northern Ireland.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4E1686" w14:textId="77777777" w:rsidR="00F878E5" w:rsidRDefault="00F17885">
            <w:pPr>
              <w:spacing w:after="20"/>
            </w:pPr>
            <w:r>
              <w:rPr>
                <w:sz w:val="14"/>
              </w:rPr>
              <w:t>True/false/prove it: London is the capital of England.</w:t>
            </w:r>
          </w:p>
        </w:tc>
      </w:tr>
      <w:tr w:rsidR="00F878E5" w14:paraId="318456F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C71BBB" w14:textId="77777777" w:rsidR="00F878E5" w:rsidRDefault="00F17885">
            <w:pPr>
              <w:spacing w:after="20"/>
            </w:pPr>
            <w:r>
              <w:rPr>
                <w:sz w:val="14"/>
              </w:rPr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7FBAD7" w14:textId="77777777" w:rsidR="00F878E5" w:rsidRDefault="00F17885">
            <w:pPr>
              <w:spacing w:after="20"/>
            </w:pPr>
            <w:r>
              <w:rPr>
                <w:sz w:val="14"/>
              </w:rPr>
              <w:t>World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2F7EC8" w14:textId="77777777" w:rsidR="00F878E5" w:rsidRDefault="00F17885">
            <w:pPr>
              <w:spacing w:after="20"/>
            </w:pPr>
            <w:r>
              <w:rPr>
                <w:sz w:val="14"/>
              </w:rPr>
              <w:t>What are the seven continents?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1F8CBB" w14:textId="77777777" w:rsidR="00F878E5" w:rsidRDefault="00F17885">
            <w:pPr>
              <w:spacing w:after="20"/>
            </w:pPr>
            <w:r>
              <w:rPr>
                <w:sz w:val="14"/>
              </w:rPr>
              <w:t>Europe, Africa, Asia, North America, South America, Antarctica and Oceania.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66D19E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model: continent.</w:t>
            </w:r>
          </w:p>
        </w:tc>
      </w:tr>
      <w:tr w:rsidR="00F878E5" w14:paraId="1179DFB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082C66" w14:textId="77777777" w:rsidR="00F878E5" w:rsidRDefault="00F17885">
            <w:pPr>
              <w:spacing w:after="20"/>
            </w:pPr>
            <w:r>
              <w:rPr>
                <w:sz w:val="14"/>
              </w:rPr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9C1E84" w14:textId="77777777" w:rsidR="00F878E5" w:rsidRDefault="00F17885">
            <w:pPr>
              <w:spacing w:after="20"/>
            </w:pPr>
            <w:r>
              <w:rPr>
                <w:sz w:val="14"/>
              </w:rPr>
              <w:t>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4BA982" w14:textId="77777777" w:rsidR="00F878E5" w:rsidRDefault="00F17885">
            <w:pPr>
              <w:spacing w:after="20"/>
            </w:pPr>
            <w:r>
              <w:rPr>
                <w:sz w:val="14"/>
              </w:rPr>
              <w:t>What does a map key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B2CE4D" w14:textId="77777777" w:rsidR="00F878E5" w:rsidRDefault="00F17885">
            <w:pPr>
              <w:spacing w:after="20"/>
            </w:pPr>
            <w:r>
              <w:rPr>
                <w:sz w:val="14"/>
              </w:rPr>
              <w:t>A map key explains symbols on a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A10CED" w14:textId="77777777" w:rsidR="00F878E5" w:rsidRDefault="00F17885">
            <w:pPr>
              <w:spacing w:after="20"/>
            </w:pPr>
            <w:r>
              <w:rPr>
                <w:sz w:val="14"/>
              </w:rPr>
              <w:t>Because/but/so: maps use symbols because...</w:t>
            </w:r>
          </w:p>
        </w:tc>
      </w:tr>
      <w:tr w:rsidR="00F878E5" w14:paraId="72537E8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87BCAF" w14:textId="77777777" w:rsidR="00F878E5" w:rsidRDefault="00F17885">
            <w:pPr>
              <w:spacing w:after="20"/>
            </w:pPr>
            <w:r>
              <w:rPr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5E3334" w14:textId="77777777" w:rsidR="00F878E5" w:rsidRDefault="00F17885">
            <w:pPr>
              <w:spacing w:after="20"/>
            </w:pPr>
            <w:r>
              <w:rPr>
                <w:sz w:val="14"/>
              </w:rPr>
              <w:t>Europe and Greece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DF437B" w14:textId="77777777" w:rsidR="00F878E5" w:rsidRDefault="00F17885">
            <w:pPr>
              <w:spacing w:after="20"/>
            </w:pPr>
            <w:r>
              <w:rPr>
                <w:sz w:val="14"/>
              </w:rPr>
              <w:t>Which continent is Greece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2CAD9D" w14:textId="77777777" w:rsidR="00F878E5" w:rsidRDefault="00F17885">
            <w:pPr>
              <w:spacing w:after="20"/>
            </w:pPr>
            <w:r>
              <w:rPr>
                <w:sz w:val="14"/>
              </w:rPr>
              <w:t>Greece is in Europe.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0D110A" w14:textId="77777777" w:rsidR="00F878E5" w:rsidRDefault="00F17885">
            <w:pPr>
              <w:spacing w:after="20"/>
            </w:pPr>
            <w:r>
              <w:rPr>
                <w:sz w:val="14"/>
              </w:rPr>
              <w:t>Double bubble: Greece and the UK.</w:t>
            </w:r>
          </w:p>
        </w:tc>
      </w:tr>
      <w:tr w:rsidR="00F878E5" w14:paraId="0585C99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29EF57" w14:textId="77777777" w:rsidR="00F878E5" w:rsidRDefault="00F17885">
            <w:pPr>
              <w:spacing w:after="20"/>
            </w:pPr>
            <w:r>
              <w:rPr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CF9E78" w14:textId="77777777" w:rsidR="00F878E5" w:rsidRDefault="00F17885">
            <w:pPr>
              <w:spacing w:after="20"/>
            </w:pPr>
            <w:r>
              <w:rPr>
                <w:sz w:val="14"/>
              </w:rPr>
              <w:t>Hemispheres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FF2E78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Equator?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A6995F" w14:textId="77777777" w:rsidR="00F878E5" w:rsidRDefault="00F17885">
            <w:pPr>
              <w:spacing w:after="20"/>
            </w:pPr>
            <w:r>
              <w:rPr>
                <w:sz w:val="14"/>
              </w:rPr>
              <w:t>The Equator is an imaginary line around the middle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569B05" w14:textId="77777777" w:rsidR="00F878E5" w:rsidRDefault="00F17885">
            <w:pPr>
              <w:spacing w:after="20"/>
            </w:pPr>
            <w:r>
              <w:rPr>
                <w:sz w:val="14"/>
              </w:rPr>
              <w:t>Always/sometimes/never: hot places are always near the Equator.</w:t>
            </w:r>
          </w:p>
        </w:tc>
      </w:tr>
      <w:tr w:rsidR="00F878E5" w14:paraId="422C610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925C5F" w14:textId="77777777" w:rsidR="00F878E5" w:rsidRDefault="00F17885">
            <w:pPr>
              <w:spacing w:after="20"/>
            </w:pPr>
            <w:r>
              <w:rPr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EE9828" w14:textId="77777777" w:rsidR="00F878E5" w:rsidRDefault="00F17885">
            <w:pPr>
              <w:spacing w:after="20"/>
            </w:pPr>
            <w:r>
              <w:rPr>
                <w:sz w:val="14"/>
              </w:rPr>
              <w:t>Volcanoes and earthquakes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5002E2" w14:textId="77777777" w:rsidR="00F878E5" w:rsidRDefault="00F17885">
            <w:pPr>
              <w:spacing w:after="20"/>
            </w:pPr>
            <w:r>
              <w:rPr>
                <w:sz w:val="14"/>
              </w:rPr>
              <w:t>What is an earthquake?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8B7576" w14:textId="77777777" w:rsidR="00F878E5" w:rsidRDefault="00F17885">
            <w:pPr>
              <w:spacing w:after="20"/>
            </w:pPr>
            <w:r>
              <w:rPr>
                <w:sz w:val="14"/>
              </w:rPr>
              <w:t>An earthquake is a sudden shaking of the ground.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261626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earthquake, ground, physical geography.</w:t>
            </w:r>
          </w:p>
        </w:tc>
      </w:tr>
      <w:tr w:rsidR="00F878E5" w14:paraId="3ACCB5A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9356B5" w14:textId="77777777" w:rsidR="00F878E5" w:rsidRDefault="00F17885">
            <w:pPr>
              <w:spacing w:after="20"/>
            </w:pPr>
            <w:r>
              <w:rPr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723FB0" w14:textId="77777777" w:rsidR="00F878E5" w:rsidRDefault="00F17885">
            <w:pPr>
              <w:spacing w:after="20"/>
            </w:pPr>
            <w:r>
              <w:rPr>
                <w:sz w:val="14"/>
              </w:rPr>
              <w:t>Rivers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0205ED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source of a river?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AA176A" w14:textId="77777777" w:rsidR="00F878E5" w:rsidRDefault="00F17885">
            <w:pPr>
              <w:spacing w:after="20"/>
            </w:pPr>
            <w:r>
              <w:rPr>
                <w:sz w:val="14"/>
              </w:rPr>
              <w:t>The source is where a river begins.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0E779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source, river, mouth.</w:t>
            </w:r>
          </w:p>
        </w:tc>
      </w:tr>
      <w:tr w:rsidR="00F878E5" w14:paraId="70CC73B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61469F" w14:textId="77777777" w:rsidR="00F878E5" w:rsidRDefault="00F17885">
            <w:pPr>
              <w:spacing w:after="20"/>
            </w:pPr>
            <w:r>
              <w:rPr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DF1528" w14:textId="77777777" w:rsidR="00F878E5" w:rsidRDefault="00F17885">
            <w:pPr>
              <w:spacing w:after="20"/>
            </w:pPr>
            <w:r>
              <w:rPr>
                <w:sz w:val="14"/>
              </w:rPr>
              <w:t>Water cycle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3B7FBD" w14:textId="77777777" w:rsidR="00F878E5" w:rsidRDefault="00F17885">
            <w:pPr>
              <w:spacing w:after="20"/>
            </w:pPr>
            <w:r>
              <w:rPr>
                <w:sz w:val="14"/>
              </w:rPr>
              <w:t>What is precipitation?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A05831" w14:textId="77777777" w:rsidR="00F878E5" w:rsidRDefault="00F17885">
            <w:pPr>
              <w:spacing w:after="20"/>
            </w:pPr>
            <w:r>
              <w:rPr>
                <w:sz w:val="14"/>
              </w:rPr>
              <w:t>Precipitation is water falling from clouds.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64242B" w14:textId="77777777" w:rsidR="00F878E5" w:rsidRDefault="00F17885">
            <w:pPr>
              <w:spacing w:after="20"/>
            </w:pPr>
            <w:r>
              <w:rPr>
                <w:sz w:val="14"/>
              </w:rPr>
              <w:t>True/false/prove it: rain is precipitation.</w:t>
            </w:r>
          </w:p>
        </w:tc>
      </w:tr>
      <w:tr w:rsidR="00F878E5" w14:paraId="30D534A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7F209E" w14:textId="77777777" w:rsidR="00F878E5" w:rsidRDefault="00F17885">
            <w:pPr>
              <w:spacing w:after="20"/>
            </w:pPr>
            <w:r>
              <w:rPr>
                <w:sz w:val="14"/>
              </w:rPr>
              <w:lastRenderedPageBreak/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134D01" w14:textId="77777777" w:rsidR="00F878E5" w:rsidRDefault="00F17885">
            <w:pPr>
              <w:spacing w:after="20"/>
            </w:pPr>
            <w:r>
              <w:rPr>
                <w:sz w:val="14"/>
              </w:rPr>
              <w:t>Grid references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7DDFBA" w14:textId="77777777" w:rsidR="00F878E5" w:rsidRDefault="00F17885">
            <w:pPr>
              <w:spacing w:after="20"/>
            </w:pPr>
            <w:r>
              <w:rPr>
                <w:sz w:val="14"/>
              </w:rPr>
              <w:t>What is a four-figure grid reference?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FCBD89" w14:textId="77777777" w:rsidR="00F878E5" w:rsidRDefault="00F17885">
            <w:pPr>
              <w:spacing w:after="20"/>
            </w:pPr>
            <w:r>
              <w:rPr>
                <w:sz w:val="14"/>
              </w:rPr>
              <w:t>It identifies a square on a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FFF7E1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model: grid reference.</w:t>
            </w:r>
          </w:p>
        </w:tc>
      </w:tr>
      <w:tr w:rsidR="00F878E5" w14:paraId="0F16E7E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52A4B1" w14:textId="77777777" w:rsidR="00F878E5" w:rsidRDefault="00F17885">
            <w:pPr>
              <w:spacing w:after="20"/>
            </w:pPr>
            <w:r>
              <w:rPr>
                <w:sz w:val="14"/>
              </w:rPr>
              <w:t>Year 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8514F5" w14:textId="77777777" w:rsidR="00F878E5" w:rsidRDefault="00F17885">
            <w:pPr>
              <w:spacing w:after="20"/>
            </w:pPr>
            <w:r>
              <w:rPr>
                <w:sz w:val="14"/>
              </w:rPr>
              <w:t>Americas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81E22E" w14:textId="77777777" w:rsidR="00F878E5" w:rsidRDefault="00F17885">
            <w:pPr>
              <w:spacing w:after="20"/>
            </w:pPr>
            <w:r>
              <w:rPr>
                <w:sz w:val="14"/>
              </w:rPr>
              <w:t>Which continent is Brazil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EDD20" w14:textId="77777777" w:rsidR="00F878E5" w:rsidRDefault="00F17885">
            <w:pPr>
              <w:spacing w:after="20"/>
            </w:pPr>
            <w:r>
              <w:rPr>
                <w:sz w:val="14"/>
              </w:rPr>
              <w:t>Brazil is in South America.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05C302" w14:textId="77777777" w:rsidR="00F878E5" w:rsidRDefault="00F17885">
            <w:pPr>
              <w:spacing w:after="20"/>
            </w:pPr>
            <w:r>
              <w:rPr>
                <w:sz w:val="14"/>
              </w:rPr>
              <w:t>Odd one out: Brazil, Chile, Canada.</w:t>
            </w:r>
          </w:p>
        </w:tc>
      </w:tr>
      <w:tr w:rsidR="00F878E5" w14:paraId="1F2E454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CBBAB9" w14:textId="77777777" w:rsidR="00F878E5" w:rsidRDefault="00F17885">
            <w:pPr>
              <w:spacing w:after="20"/>
            </w:pPr>
            <w:r>
              <w:rPr>
                <w:sz w:val="14"/>
              </w:rPr>
              <w:t>Year 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C73D53" w14:textId="77777777" w:rsidR="00F878E5" w:rsidRDefault="00F17885">
            <w:pPr>
              <w:spacing w:after="20"/>
            </w:pPr>
            <w:r>
              <w:rPr>
                <w:sz w:val="14"/>
              </w:rPr>
              <w:t>Biomes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886535" w14:textId="77777777" w:rsidR="00F878E5" w:rsidRDefault="00F17885">
            <w:pPr>
              <w:spacing w:after="20"/>
            </w:pPr>
            <w:r>
              <w:rPr>
                <w:sz w:val="14"/>
              </w:rPr>
              <w:t>What is a biome?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9F63BF" w14:textId="77777777" w:rsidR="00F878E5" w:rsidRDefault="00F17885">
            <w:pPr>
              <w:spacing w:after="20"/>
            </w:pPr>
            <w:r>
              <w:rPr>
                <w:sz w:val="14"/>
              </w:rPr>
              <w:t>A biome is a large region with a particular climate, plants and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2406D" w14:textId="77777777" w:rsidR="00F878E5" w:rsidRDefault="00F17885">
            <w:pPr>
              <w:spacing w:after="20"/>
            </w:pPr>
            <w:r>
              <w:rPr>
                <w:sz w:val="14"/>
              </w:rPr>
              <w:t>Frayer model: biome.</w:t>
            </w:r>
          </w:p>
        </w:tc>
      </w:tr>
      <w:tr w:rsidR="00F878E5" w14:paraId="6874533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23962B" w14:textId="77777777" w:rsidR="00F878E5" w:rsidRDefault="00F17885">
            <w:pPr>
              <w:spacing w:after="20"/>
            </w:pPr>
            <w:r>
              <w:rPr>
                <w:sz w:val="14"/>
              </w:rPr>
              <w:t>Year 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44DB5E" w14:textId="77777777" w:rsidR="00F878E5" w:rsidRDefault="00F17885">
            <w:pPr>
              <w:spacing w:after="20"/>
            </w:pPr>
            <w:r>
              <w:rPr>
                <w:sz w:val="14"/>
              </w:rPr>
              <w:t>Rainforests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A086A2" w14:textId="77777777" w:rsidR="00F878E5" w:rsidRDefault="00F17885">
            <w:pPr>
              <w:spacing w:after="20"/>
            </w:pPr>
            <w:r>
              <w:rPr>
                <w:sz w:val="14"/>
              </w:rPr>
              <w:t>What is deforestation?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59B464" w14:textId="77777777" w:rsidR="00F878E5" w:rsidRDefault="00F17885">
            <w:pPr>
              <w:spacing w:after="20"/>
            </w:pPr>
            <w:r>
              <w:rPr>
                <w:sz w:val="14"/>
              </w:rPr>
              <w:t>Deforestation means clearing or removing forests.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6A3B5E" w14:textId="77777777" w:rsidR="00F878E5" w:rsidRDefault="00F17885">
            <w:pPr>
              <w:spacing w:after="20"/>
            </w:pPr>
            <w:r>
              <w:rPr>
                <w:sz w:val="14"/>
              </w:rPr>
              <w:t>Always/sometimes/never: deforestation only happens for farming.</w:t>
            </w:r>
          </w:p>
        </w:tc>
      </w:tr>
      <w:tr w:rsidR="00F878E5" w14:paraId="545E507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A995E3" w14:textId="77777777" w:rsidR="00F878E5" w:rsidRDefault="00F17885">
            <w:pPr>
              <w:spacing w:after="20"/>
            </w:pPr>
            <w:r>
              <w:rPr>
                <w:sz w:val="14"/>
              </w:rPr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E7F9AE" w14:textId="77777777" w:rsidR="00F878E5" w:rsidRDefault="00F17885">
            <w:pPr>
              <w:spacing w:after="20"/>
            </w:pPr>
            <w:r>
              <w:rPr>
                <w:sz w:val="14"/>
              </w:rPr>
              <w:t>Time zones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628EB4" w14:textId="77777777" w:rsidR="00F878E5" w:rsidRDefault="00F17885">
            <w:pPr>
              <w:spacing w:after="20"/>
            </w:pPr>
            <w:r>
              <w:rPr>
                <w:sz w:val="14"/>
              </w:rPr>
              <w:t>What is the Prime Meridian?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099164" w14:textId="77777777" w:rsidR="00F878E5" w:rsidRDefault="00F17885">
            <w:pPr>
              <w:spacing w:after="20"/>
            </w:pPr>
            <w:r>
              <w:rPr>
                <w:sz w:val="14"/>
              </w:rPr>
              <w:t>The Prime Meridian is 0 degrees longitude and passes through Greenwich.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1B88DC" w14:textId="77777777" w:rsidR="00F878E5" w:rsidRDefault="00F17885">
            <w:pPr>
              <w:spacing w:after="20"/>
            </w:pPr>
            <w:r>
              <w:rPr>
                <w:sz w:val="14"/>
              </w:rPr>
              <w:t>Connect three: longitude, Greenwich, time zones.</w:t>
            </w:r>
          </w:p>
        </w:tc>
      </w:tr>
      <w:tr w:rsidR="00F878E5" w14:paraId="1CA010E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1B87A" w14:textId="77777777" w:rsidR="00F878E5" w:rsidRDefault="00F17885">
            <w:pPr>
              <w:spacing w:after="20"/>
            </w:pPr>
            <w:r>
              <w:rPr>
                <w:sz w:val="14"/>
              </w:rPr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4EF298" w14:textId="77777777" w:rsidR="00F878E5" w:rsidRDefault="00F17885">
            <w:pPr>
              <w:spacing w:after="20"/>
            </w:pPr>
            <w:r>
              <w:rPr>
                <w:sz w:val="14"/>
              </w:rPr>
              <w:t>Trade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BD75A1" w14:textId="77777777" w:rsidR="00F878E5" w:rsidRDefault="00F17885">
            <w:pPr>
              <w:spacing w:after="20"/>
            </w:pPr>
            <w:r>
              <w:rPr>
                <w:sz w:val="14"/>
              </w:rPr>
              <w:t>What is a port?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56751C" w14:textId="77777777" w:rsidR="00F878E5" w:rsidRDefault="00F17885">
            <w:pPr>
              <w:spacing w:after="20"/>
            </w:pPr>
            <w:r>
              <w:rPr>
                <w:sz w:val="14"/>
              </w:rPr>
              <w:t>A port is a place where ships load and unload goods.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D781EC" w14:textId="77777777" w:rsidR="00F878E5" w:rsidRDefault="00F17885">
            <w:pPr>
              <w:spacing w:after="20"/>
            </w:pPr>
            <w:r>
              <w:rPr>
                <w:sz w:val="14"/>
              </w:rPr>
              <w:t>Because/but/so: ports are important because...</w:t>
            </w:r>
          </w:p>
        </w:tc>
      </w:tr>
      <w:tr w:rsidR="00F878E5" w14:paraId="4D92B30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54369" w14:textId="77777777" w:rsidR="00F878E5" w:rsidRDefault="00F17885">
            <w:pPr>
              <w:spacing w:after="20"/>
            </w:pPr>
            <w:r>
              <w:rPr>
                <w:sz w:val="14"/>
              </w:rPr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E7F6A7" w14:textId="77777777" w:rsidR="00F878E5" w:rsidRDefault="00F17885">
            <w:pPr>
              <w:spacing w:after="20"/>
            </w:pPr>
            <w:r>
              <w:rPr>
                <w:sz w:val="14"/>
              </w:rPr>
              <w:t>Map scale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EE208A" w14:textId="77777777" w:rsidR="00F878E5" w:rsidRDefault="00F17885">
            <w:pPr>
              <w:spacing w:after="20"/>
            </w:pPr>
            <w:r>
              <w:rPr>
                <w:sz w:val="14"/>
              </w:rPr>
              <w:t>What is map scale?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6306A1" w14:textId="77777777" w:rsidR="00F878E5" w:rsidRDefault="00F17885">
            <w:pPr>
              <w:spacing w:after="20"/>
            </w:pPr>
            <w:r>
              <w:rPr>
                <w:sz w:val="14"/>
              </w:rPr>
              <w:t>Map scale helps us understand real distance on a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0226AD" w14:textId="77777777" w:rsidR="00F878E5" w:rsidRDefault="00F17885">
            <w:pPr>
              <w:spacing w:after="20"/>
            </w:pPr>
            <w:r>
              <w:rPr>
                <w:sz w:val="14"/>
              </w:rPr>
              <w:t>True/false/prove it: map scale helps measure distance.</w:t>
            </w:r>
          </w:p>
        </w:tc>
      </w:tr>
    </w:tbl>
    <w:p w14:paraId="0FEB213C" w14:textId="77777777" w:rsidR="00F878E5" w:rsidRDefault="00F878E5"/>
    <w:p w14:paraId="4A66C0C8" w14:textId="77777777" w:rsidR="00F878E5" w:rsidRDefault="00F17885">
      <w:pPr>
        <w:pStyle w:val="Heading1"/>
      </w:pPr>
      <w:r>
        <w:rPr>
          <w:color w:val="1F4E79"/>
        </w:rPr>
        <w:t>Schema Links by Unit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F878E5" w14:paraId="3AA541B3" w14:textId="77777777">
        <w:trPr>
          <w:jc w:val="center"/>
        </w:trPr>
        <w:tc>
          <w:tcPr>
            <w:tcW w:w="15538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2FE8528" w14:textId="77777777" w:rsidR="00F878E5" w:rsidRDefault="00F17885">
            <w:r>
              <w:rPr>
                <w:b/>
                <w:color w:val="1F4E79"/>
                <w:sz w:val="20"/>
              </w:rPr>
              <w:t>Purpose of schema links</w:t>
            </w:r>
          </w:p>
          <w:p w14:paraId="59473AD4" w14:textId="77777777" w:rsidR="00F878E5" w:rsidRDefault="00F17885">
            <w:pPr>
              <w:pStyle w:val="ListBullet"/>
              <w:spacing w:after="20"/>
            </w:pPr>
            <w:r>
              <w:t>These links make explicit how each Geography unit builds on prior knowledge and prepares pupils for future learning.</w:t>
            </w:r>
          </w:p>
          <w:p w14:paraId="1CA8B50E" w14:textId="77777777" w:rsidR="00F878E5" w:rsidRDefault="00F17885">
            <w:pPr>
              <w:pStyle w:val="ListBullet"/>
              <w:spacing w:after="20"/>
            </w:pPr>
            <w:r>
              <w:t>Teachers can use the schema links before retrieval to make connections clear.</w:t>
            </w:r>
          </w:p>
          <w:p w14:paraId="0F368BFE" w14:textId="77777777" w:rsidR="00F878E5" w:rsidRDefault="00F17885">
            <w:pPr>
              <w:pStyle w:val="ListBullet"/>
              <w:spacing w:after="20"/>
            </w:pPr>
            <w:r>
              <w:t>Subject leaders can use this section to check whether pupils are building coherent geographical knowledge rather than isolated facts.</w:t>
            </w:r>
          </w:p>
        </w:tc>
      </w:tr>
    </w:tbl>
    <w:p w14:paraId="70D6533B" w14:textId="77777777" w:rsidR="00F878E5" w:rsidRDefault="00F878E5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87"/>
        <w:gridCol w:w="2588"/>
        <w:gridCol w:w="2588"/>
        <w:gridCol w:w="2589"/>
        <w:gridCol w:w="2588"/>
        <w:gridCol w:w="2588"/>
      </w:tblGrid>
      <w:tr w:rsidR="00F878E5" w14:paraId="2EF61151" w14:textId="77777777">
        <w:trPr>
          <w:jc w:val="center"/>
        </w:trPr>
        <w:tc>
          <w:tcPr>
            <w:tcW w:w="2590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43EB27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Year</w:t>
            </w:r>
          </w:p>
        </w:tc>
        <w:tc>
          <w:tcPr>
            <w:tcW w:w="2590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A12695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Term</w:t>
            </w:r>
          </w:p>
        </w:tc>
        <w:tc>
          <w:tcPr>
            <w:tcW w:w="2590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522627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Unit</w:t>
            </w:r>
          </w:p>
        </w:tc>
        <w:tc>
          <w:tcPr>
            <w:tcW w:w="2590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8E821C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Schema being built</w:t>
            </w:r>
          </w:p>
        </w:tc>
        <w:tc>
          <w:tcPr>
            <w:tcW w:w="2590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221AC8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Connects back to</w:t>
            </w:r>
          </w:p>
        </w:tc>
        <w:tc>
          <w:tcPr>
            <w:tcW w:w="2590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6A1D63" w14:textId="77777777" w:rsidR="00F878E5" w:rsidRDefault="00F17885">
            <w:pPr>
              <w:spacing w:after="20"/>
            </w:pPr>
            <w:r>
              <w:rPr>
                <w:b/>
                <w:color w:val="FFFFFF"/>
                <w:sz w:val="15"/>
              </w:rPr>
              <w:t>Prepares for</w:t>
            </w:r>
          </w:p>
        </w:tc>
      </w:tr>
      <w:tr w:rsidR="00F878E5" w14:paraId="0F656DD5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032CAA" w14:textId="77777777" w:rsidR="00F878E5" w:rsidRDefault="00F17885">
            <w:pPr>
              <w:spacing w:after="20"/>
            </w:pPr>
            <w:r>
              <w:rPr>
                <w:sz w:val="13"/>
              </w:rPr>
              <w:t>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D5403C" w14:textId="77777777" w:rsidR="00F878E5" w:rsidRDefault="00F17885">
            <w:pPr>
              <w:spacing w:after="20"/>
            </w:pPr>
            <w:r>
              <w:rPr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0E2CC4" w14:textId="77777777" w:rsidR="00F878E5" w:rsidRDefault="00F17885">
            <w:pPr>
              <w:spacing w:after="20"/>
            </w:pPr>
            <w:r>
              <w:rPr>
                <w:sz w:val="13"/>
              </w:rPr>
              <w:t>Where we live, weather and simple maps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D8356B" w14:textId="77777777" w:rsidR="00F878E5" w:rsidRDefault="00F17885">
            <w:pPr>
              <w:spacing w:after="20"/>
            </w:pPr>
            <w:r>
              <w:rPr>
                <w:sz w:val="13"/>
              </w:rPr>
              <w:t>UK, Eastwood, local environment, weather, seasons, globe, atlas, map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861806" w14:textId="77777777" w:rsidR="00F878E5" w:rsidRDefault="00F17885">
            <w:pPr>
              <w:spacing w:after="20"/>
            </w:pPr>
            <w:r>
              <w:rPr>
                <w:sz w:val="13"/>
              </w:rPr>
              <w:t>EYFS immediate environment and seasonal observations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5462F7" w14:textId="77777777" w:rsidR="00F878E5" w:rsidRDefault="00F17885">
            <w:pPr>
              <w:spacing w:after="20"/>
            </w:pPr>
            <w:r>
              <w:rPr>
                <w:sz w:val="13"/>
              </w:rPr>
              <w:t>city/town/village, human and physical features</w:t>
            </w:r>
          </w:p>
        </w:tc>
      </w:tr>
      <w:tr w:rsidR="00F878E5" w14:paraId="7A333A60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333E86" w14:textId="77777777" w:rsidR="00F878E5" w:rsidRDefault="00F17885">
            <w:pPr>
              <w:spacing w:after="20"/>
            </w:pPr>
            <w:r>
              <w:rPr>
                <w:sz w:val="13"/>
              </w:rPr>
              <w:t>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F272B8" w14:textId="77777777" w:rsidR="00F878E5" w:rsidRDefault="00F17885">
            <w:pPr>
              <w:spacing w:after="20"/>
            </w:pPr>
            <w:r>
              <w:rPr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27E718" w14:textId="77777777" w:rsidR="00F878E5" w:rsidRDefault="00F17885">
            <w:pPr>
              <w:spacing w:after="20"/>
            </w:pPr>
            <w:r>
              <w:rPr>
                <w:sz w:val="13"/>
              </w:rPr>
              <w:t>Local area, weather and settlement vocabulary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D94CED" w14:textId="77777777" w:rsidR="00F878E5" w:rsidRDefault="00F17885">
            <w:pPr>
              <w:spacing w:after="20"/>
            </w:pPr>
            <w:r>
              <w:rPr>
                <w:sz w:val="13"/>
              </w:rPr>
              <w:t>weather symbols, seasons, Eastwood as a town, human and physical features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68E555" w14:textId="77777777" w:rsidR="00F878E5" w:rsidRDefault="00F17885">
            <w:pPr>
              <w:spacing w:after="20"/>
            </w:pPr>
            <w:r>
              <w:rPr>
                <w:sz w:val="13"/>
              </w:rPr>
              <w:t>UK, Eastwood, weather, maps and globes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32C16D" w14:textId="77777777" w:rsidR="00F878E5" w:rsidRDefault="00F17885">
            <w:pPr>
              <w:spacing w:after="20"/>
            </w:pPr>
            <w:r>
              <w:rPr>
                <w:sz w:val="13"/>
              </w:rPr>
              <w:t>UK countries, seas, compass directions and hot/cold places</w:t>
            </w:r>
          </w:p>
        </w:tc>
      </w:tr>
      <w:tr w:rsidR="00F878E5" w14:paraId="69A9C4CA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537588" w14:textId="77777777" w:rsidR="00F878E5" w:rsidRDefault="00F17885">
            <w:pPr>
              <w:spacing w:after="20"/>
            </w:pPr>
            <w:r>
              <w:rPr>
                <w:sz w:val="13"/>
              </w:rPr>
              <w:t>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D0913D" w14:textId="77777777" w:rsidR="00F878E5" w:rsidRDefault="00F17885">
            <w:pPr>
              <w:spacing w:after="20"/>
            </w:pPr>
            <w:r>
              <w:rPr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6098CA" w14:textId="77777777" w:rsidR="00F878E5" w:rsidRDefault="00F17885">
            <w:pPr>
              <w:spacing w:after="20"/>
            </w:pPr>
            <w:r>
              <w:rPr>
                <w:sz w:val="13"/>
              </w:rPr>
              <w:t>UK, seas, compass and hot/cold places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D27018" w14:textId="77777777" w:rsidR="00F878E5" w:rsidRDefault="00F17885">
            <w:pPr>
              <w:spacing w:after="20"/>
            </w:pPr>
            <w:r>
              <w:rPr>
                <w:sz w:val="13"/>
              </w:rPr>
              <w:t>UK countries, surrounding seas, North/South/East/West, Equator, poles, hot and cold places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234C84" w14:textId="77777777" w:rsidR="00F878E5" w:rsidRDefault="00F17885">
            <w:pPr>
              <w:spacing w:after="20"/>
            </w:pPr>
            <w:r>
              <w:rPr>
                <w:sz w:val="13"/>
              </w:rPr>
              <w:t>local area, weather and maps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3B5145" w14:textId="77777777" w:rsidR="00F878E5" w:rsidRDefault="00F17885">
            <w:pPr>
              <w:spacing w:after="20"/>
            </w:pPr>
            <w:r>
              <w:rPr>
                <w:sz w:val="13"/>
              </w:rPr>
              <w:t>continents, oceans, capitals, map keys and aerial photographs</w:t>
            </w:r>
          </w:p>
        </w:tc>
      </w:tr>
      <w:tr w:rsidR="00F878E5" w14:paraId="28A89CBB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EF7BD6" w14:textId="77777777" w:rsidR="00F878E5" w:rsidRDefault="00F17885">
            <w:pPr>
              <w:spacing w:after="20"/>
            </w:pPr>
            <w:r>
              <w:rPr>
                <w:sz w:val="13"/>
              </w:rPr>
              <w:t>Year 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6E7D48" w14:textId="77777777" w:rsidR="00F878E5" w:rsidRDefault="00F17885">
            <w:pPr>
              <w:spacing w:after="20"/>
            </w:pPr>
            <w:r>
              <w:rPr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C92A5F" w14:textId="77777777" w:rsidR="00F878E5" w:rsidRDefault="00F17885">
            <w:pPr>
              <w:spacing w:after="20"/>
            </w:pPr>
            <w:r>
              <w:rPr>
                <w:sz w:val="13"/>
              </w:rPr>
              <w:t>UK, maps, weather and settlements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6B31B1" w14:textId="77777777" w:rsidR="00F878E5" w:rsidRDefault="00F17885">
            <w:pPr>
              <w:spacing w:after="20"/>
            </w:pPr>
            <w:r>
              <w:rPr>
                <w:sz w:val="13"/>
              </w:rPr>
              <w:t>UK, Eastwood, maps, globes, atlases, weather, seasons, city/town/village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5E0919" w14:textId="77777777" w:rsidR="00F878E5" w:rsidRDefault="00F17885">
            <w:pPr>
              <w:spacing w:after="20"/>
            </w:pPr>
            <w:r>
              <w:rPr>
                <w:sz w:val="13"/>
              </w:rPr>
              <w:t>Year 1 local area and maps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8FEDF5" w14:textId="77777777" w:rsidR="00F878E5" w:rsidRDefault="00F17885">
            <w:pPr>
              <w:spacing w:after="20"/>
            </w:pPr>
            <w:r>
              <w:rPr>
                <w:sz w:val="13"/>
              </w:rPr>
              <w:t>UK countries, capitals and human/physical features</w:t>
            </w:r>
          </w:p>
        </w:tc>
      </w:tr>
      <w:tr w:rsidR="00F878E5" w14:paraId="70788E94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918BC5" w14:textId="77777777" w:rsidR="00F878E5" w:rsidRDefault="00F17885">
            <w:pPr>
              <w:spacing w:after="20"/>
            </w:pPr>
            <w:r>
              <w:rPr>
                <w:sz w:val="13"/>
              </w:rPr>
              <w:t>Year 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ABFC9A" w14:textId="77777777" w:rsidR="00F878E5" w:rsidRDefault="00F17885">
            <w:pPr>
              <w:spacing w:after="20"/>
            </w:pPr>
            <w:r>
              <w:rPr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067956" w14:textId="77777777" w:rsidR="00F878E5" w:rsidRDefault="00F17885">
            <w:pPr>
              <w:spacing w:after="20"/>
            </w:pPr>
            <w:r>
              <w:rPr>
                <w:sz w:val="13"/>
              </w:rPr>
              <w:t>UK countries, capitals and features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69A679" w14:textId="77777777" w:rsidR="00F878E5" w:rsidRDefault="00F17885">
            <w:pPr>
              <w:spacing w:after="20"/>
            </w:pPr>
            <w:r>
              <w:rPr>
                <w:sz w:val="13"/>
              </w:rPr>
              <w:t>England, Scotland, Wales, Northern Ireland, capitals, surrounding seas, human and physical features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241559" w14:textId="77777777" w:rsidR="00F878E5" w:rsidRDefault="00F17885">
            <w:pPr>
              <w:spacing w:after="20"/>
            </w:pPr>
            <w:r>
              <w:rPr>
                <w:sz w:val="13"/>
              </w:rPr>
              <w:t>UK and settlement vocabulary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53C34F" w14:textId="77777777" w:rsidR="00F878E5" w:rsidRDefault="00F17885">
            <w:pPr>
              <w:spacing w:after="20"/>
            </w:pPr>
            <w:r>
              <w:rPr>
                <w:sz w:val="13"/>
              </w:rPr>
              <w:t>continents, oceans, compass directions and map keys</w:t>
            </w:r>
          </w:p>
        </w:tc>
      </w:tr>
      <w:tr w:rsidR="00F878E5" w14:paraId="3B0100E7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2BEA6" w14:textId="77777777" w:rsidR="00F878E5" w:rsidRDefault="00F17885">
            <w:pPr>
              <w:spacing w:after="20"/>
            </w:pPr>
            <w:r>
              <w:rPr>
                <w:sz w:val="13"/>
              </w:rPr>
              <w:t>Year 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58BBF2" w14:textId="77777777" w:rsidR="00F878E5" w:rsidRDefault="00F17885">
            <w:pPr>
              <w:spacing w:after="20"/>
            </w:pPr>
            <w:r>
              <w:rPr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F245C" w14:textId="77777777" w:rsidR="00F878E5" w:rsidRDefault="00F17885">
            <w:pPr>
              <w:spacing w:after="20"/>
            </w:pPr>
            <w:r>
              <w:rPr>
                <w:sz w:val="13"/>
              </w:rPr>
              <w:t>Continents, oceans and map skills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29133" w14:textId="77777777" w:rsidR="00F878E5" w:rsidRDefault="00F17885">
            <w:pPr>
              <w:spacing w:after="20"/>
            </w:pPr>
            <w:r>
              <w:rPr>
                <w:sz w:val="13"/>
              </w:rPr>
              <w:t>seven continents, five oceans, Europe, compass, map key, symbols, aerial photographs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918B6" w14:textId="77777777" w:rsidR="00F878E5" w:rsidRDefault="00F17885">
            <w:pPr>
              <w:spacing w:after="20"/>
            </w:pPr>
            <w:r>
              <w:rPr>
                <w:sz w:val="13"/>
              </w:rPr>
              <w:t>UK countries, capitals and map work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5C707" w14:textId="77777777" w:rsidR="00F878E5" w:rsidRDefault="00F17885">
            <w:pPr>
              <w:spacing w:after="20"/>
            </w:pPr>
            <w:r>
              <w:rPr>
                <w:sz w:val="13"/>
              </w:rPr>
              <w:t>Europe, Greece, hemispheres, volcanoes and earthquakes</w:t>
            </w:r>
          </w:p>
        </w:tc>
      </w:tr>
      <w:tr w:rsidR="00F878E5" w14:paraId="3DA86F33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8C81F3" w14:textId="77777777" w:rsidR="00F878E5" w:rsidRDefault="00F17885">
            <w:pPr>
              <w:spacing w:after="20"/>
            </w:pPr>
            <w:r>
              <w:rPr>
                <w:sz w:val="13"/>
              </w:rPr>
              <w:lastRenderedPageBreak/>
              <w:t>Year 3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620D90" w14:textId="77777777" w:rsidR="00F878E5" w:rsidRDefault="00F17885">
            <w:pPr>
              <w:spacing w:after="20"/>
            </w:pPr>
            <w:r>
              <w:rPr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AF0F53" w14:textId="77777777" w:rsidR="00F878E5" w:rsidRDefault="00F17885">
            <w:pPr>
              <w:spacing w:after="20"/>
            </w:pPr>
            <w:r>
              <w:rPr>
                <w:sz w:val="13"/>
              </w:rPr>
              <w:t>World, UK and simple compass knowledge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EBBDF8" w14:textId="77777777" w:rsidR="00F878E5" w:rsidRDefault="00F17885">
            <w:pPr>
              <w:spacing w:after="20"/>
            </w:pPr>
            <w:r>
              <w:rPr>
                <w:sz w:val="13"/>
              </w:rPr>
              <w:t>continents, oceans, Europe, UK countries/capitals, human/physical features, compass directions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E38C43" w14:textId="77777777" w:rsidR="00F878E5" w:rsidRDefault="00F17885">
            <w:pPr>
              <w:spacing w:after="20"/>
            </w:pPr>
            <w:r>
              <w:rPr>
                <w:sz w:val="13"/>
              </w:rPr>
              <w:t>Year 2 continents, oceans and UK geography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88D6E3" w14:textId="77777777" w:rsidR="00F878E5" w:rsidRDefault="00F17885">
            <w:pPr>
              <w:spacing w:after="20"/>
            </w:pPr>
            <w:r>
              <w:rPr>
                <w:sz w:val="13"/>
              </w:rPr>
              <w:t>Europe, Greece and place comparison</w:t>
            </w:r>
          </w:p>
        </w:tc>
      </w:tr>
      <w:tr w:rsidR="00F878E5" w14:paraId="6A717E64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BEBBDE" w14:textId="77777777" w:rsidR="00F878E5" w:rsidRDefault="00F17885">
            <w:pPr>
              <w:spacing w:after="20"/>
            </w:pPr>
            <w:r>
              <w:rPr>
                <w:sz w:val="13"/>
              </w:rPr>
              <w:t>Year 3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39D9F1" w14:textId="77777777" w:rsidR="00F878E5" w:rsidRDefault="00F17885">
            <w:pPr>
              <w:spacing w:after="20"/>
            </w:pPr>
            <w:r>
              <w:rPr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6A9F0F" w14:textId="77777777" w:rsidR="00F878E5" w:rsidRDefault="00F17885">
            <w:pPr>
              <w:spacing w:after="20"/>
            </w:pPr>
            <w:r>
              <w:rPr>
                <w:sz w:val="13"/>
              </w:rPr>
              <w:t>Europe, Greece and comparison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64EF3D" w14:textId="77777777" w:rsidR="00F878E5" w:rsidRDefault="00F17885">
            <w:pPr>
              <w:spacing w:after="20"/>
            </w:pPr>
            <w:r>
              <w:rPr>
                <w:sz w:val="13"/>
              </w:rPr>
              <w:t>Europe, Greece, countries, capitals, human/physical features, continent/country distinction, climate comparison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3AB7FA" w14:textId="77777777" w:rsidR="00F878E5" w:rsidRDefault="00F17885">
            <w:pPr>
              <w:spacing w:after="20"/>
            </w:pPr>
            <w:r>
              <w:rPr>
                <w:sz w:val="13"/>
              </w:rPr>
              <w:t>continents, oceans, UK and map vocabulary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B0A9DE" w14:textId="77777777" w:rsidR="00F878E5" w:rsidRDefault="00F17885">
            <w:pPr>
              <w:spacing w:after="20"/>
            </w:pPr>
            <w:r>
              <w:rPr>
                <w:sz w:val="13"/>
              </w:rPr>
              <w:t>hemispheres, polar regions, volcanoes, earthquakes and eight-point compass</w:t>
            </w:r>
          </w:p>
        </w:tc>
      </w:tr>
      <w:tr w:rsidR="00F878E5" w14:paraId="5E7004C7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0AACE1" w14:textId="77777777" w:rsidR="00F878E5" w:rsidRDefault="00F17885">
            <w:pPr>
              <w:spacing w:after="20"/>
            </w:pPr>
            <w:r>
              <w:rPr>
                <w:sz w:val="13"/>
              </w:rPr>
              <w:t>Year 3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96F273" w14:textId="77777777" w:rsidR="00F878E5" w:rsidRDefault="00F17885">
            <w:pPr>
              <w:spacing w:after="20"/>
            </w:pPr>
            <w:r>
              <w:rPr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E02740" w14:textId="77777777" w:rsidR="00F878E5" w:rsidRDefault="00F17885">
            <w:pPr>
              <w:spacing w:after="20"/>
            </w:pPr>
            <w:r>
              <w:rPr>
                <w:sz w:val="13"/>
              </w:rPr>
              <w:t>Hemispheres, polar regions and tectonic processes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EBDA8" w14:textId="77777777" w:rsidR="00F878E5" w:rsidRDefault="00F17885">
            <w:pPr>
              <w:spacing w:after="20"/>
            </w:pPr>
            <w:r>
              <w:rPr>
                <w:sz w:val="13"/>
              </w:rPr>
              <w:t>Northern/Southern Hemispheres, Arctic/Antarctic Circles, earthquakes, volcanoes, eight compass points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CEB62B" w14:textId="77777777" w:rsidR="00F878E5" w:rsidRDefault="00F17885">
            <w:pPr>
              <w:spacing w:after="20"/>
            </w:pPr>
            <w:r>
              <w:rPr>
                <w:sz w:val="13"/>
              </w:rPr>
              <w:t>Europe, Greece and world location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2F44D3" w14:textId="77777777" w:rsidR="00F878E5" w:rsidRDefault="00F17885">
            <w:pPr>
              <w:spacing w:after="20"/>
            </w:pPr>
            <w:r>
              <w:rPr>
                <w:sz w:val="13"/>
              </w:rPr>
              <w:t>rivers, mountains, water cycle and grid references</w:t>
            </w:r>
          </w:p>
        </w:tc>
      </w:tr>
      <w:tr w:rsidR="00F878E5" w14:paraId="3D6AB47F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7433FE" w14:textId="77777777" w:rsidR="00F878E5" w:rsidRDefault="00F17885">
            <w:pPr>
              <w:spacing w:after="20"/>
            </w:pPr>
            <w:r>
              <w:rPr>
                <w:sz w:val="13"/>
              </w:rPr>
              <w:t>Year 4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FB47C1" w14:textId="77777777" w:rsidR="00F878E5" w:rsidRDefault="00F17885">
            <w:pPr>
              <w:spacing w:after="20"/>
            </w:pPr>
            <w:r>
              <w:rPr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FC7E99" w14:textId="77777777" w:rsidR="00F878E5" w:rsidRDefault="00F17885">
            <w:pPr>
              <w:spacing w:after="20"/>
            </w:pPr>
            <w:r>
              <w:rPr>
                <w:sz w:val="13"/>
              </w:rPr>
              <w:t>Europe, hemispheres, volcanoes and earthquakes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9171FF" w14:textId="77777777" w:rsidR="00F878E5" w:rsidRDefault="00F17885">
            <w:pPr>
              <w:spacing w:after="20"/>
            </w:pPr>
            <w:r>
              <w:rPr>
                <w:sz w:val="13"/>
              </w:rPr>
              <w:t>Europe, Greece, hemispheres, polar circles, volcanoes and earthquakes as physical processes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CF293E" w14:textId="77777777" w:rsidR="00F878E5" w:rsidRDefault="00F17885">
            <w:pPr>
              <w:spacing w:after="20"/>
            </w:pPr>
            <w:r>
              <w:rPr>
                <w:sz w:val="13"/>
              </w:rPr>
              <w:t>Year 3 Europe and global location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DEEB0" w14:textId="77777777" w:rsidR="00F878E5" w:rsidRDefault="00F17885">
            <w:pPr>
              <w:spacing w:after="20"/>
            </w:pPr>
            <w:r>
              <w:rPr>
                <w:sz w:val="13"/>
              </w:rPr>
              <w:t>rivers, OS symbols and eight-point compass use</w:t>
            </w:r>
          </w:p>
        </w:tc>
      </w:tr>
      <w:tr w:rsidR="00F878E5" w14:paraId="0E96E017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9B4ED1" w14:textId="77777777" w:rsidR="00F878E5" w:rsidRDefault="00F17885">
            <w:pPr>
              <w:spacing w:after="20"/>
            </w:pPr>
            <w:r>
              <w:rPr>
                <w:sz w:val="13"/>
              </w:rPr>
              <w:t>Year 4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2B8A3A" w14:textId="77777777" w:rsidR="00F878E5" w:rsidRDefault="00F17885">
            <w:pPr>
              <w:spacing w:after="20"/>
            </w:pPr>
            <w:r>
              <w:rPr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62DF42" w14:textId="77777777" w:rsidR="00F878E5" w:rsidRDefault="00F17885">
            <w:pPr>
              <w:spacing w:after="20"/>
            </w:pPr>
            <w:r>
              <w:rPr>
                <w:sz w:val="13"/>
              </w:rPr>
              <w:t>Rivers, maps and compass directions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BE17C" w14:textId="77777777" w:rsidR="00F878E5" w:rsidRDefault="00F17885">
            <w:pPr>
              <w:spacing w:after="20"/>
            </w:pPr>
            <w:r>
              <w:rPr>
                <w:sz w:val="13"/>
              </w:rPr>
              <w:t>source, mouth, tributary, settlements near rivers, OS symbols, map keys, direction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A62B36" w14:textId="77777777" w:rsidR="00F878E5" w:rsidRDefault="00F17885">
            <w:pPr>
              <w:spacing w:after="20"/>
            </w:pPr>
            <w:r>
              <w:rPr>
                <w:sz w:val="13"/>
              </w:rPr>
              <w:t>volcanoes, physical geography and compass work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D4964C" w14:textId="77777777" w:rsidR="00F878E5" w:rsidRDefault="00F17885">
            <w:pPr>
              <w:spacing w:after="20"/>
            </w:pPr>
            <w:r>
              <w:rPr>
                <w:sz w:val="13"/>
              </w:rPr>
              <w:t>water cycle, mountains, latitude, longitude and grid references</w:t>
            </w:r>
          </w:p>
        </w:tc>
      </w:tr>
      <w:tr w:rsidR="00F878E5" w14:paraId="15975A64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1F9D35" w14:textId="77777777" w:rsidR="00F878E5" w:rsidRDefault="00F17885">
            <w:pPr>
              <w:spacing w:after="20"/>
            </w:pPr>
            <w:r>
              <w:rPr>
                <w:sz w:val="13"/>
              </w:rPr>
              <w:t>Year 4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DEE5B3" w14:textId="77777777" w:rsidR="00F878E5" w:rsidRDefault="00F17885">
            <w:pPr>
              <w:spacing w:after="20"/>
            </w:pPr>
            <w:r>
              <w:rPr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1EF001" w14:textId="77777777" w:rsidR="00F878E5" w:rsidRDefault="00F17885">
            <w:pPr>
              <w:spacing w:after="20"/>
            </w:pPr>
            <w:r>
              <w:rPr>
                <w:sz w:val="13"/>
              </w:rPr>
              <w:t>Water cycle, mountains and location systems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EA0006" w14:textId="77777777" w:rsidR="00F878E5" w:rsidRDefault="00F17885">
            <w:pPr>
              <w:spacing w:after="20"/>
            </w:pPr>
            <w:r>
              <w:rPr>
                <w:sz w:val="13"/>
              </w:rPr>
              <w:t>evaporation, condensation, precipitation, collection, mountains, latitude, longitude, four-figure grid references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0FBFB7" w14:textId="77777777" w:rsidR="00F878E5" w:rsidRDefault="00F17885">
            <w:pPr>
              <w:spacing w:after="20"/>
            </w:pPr>
            <w:r>
              <w:rPr>
                <w:sz w:val="13"/>
              </w:rPr>
              <w:t>rivers and physical processes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3AD202" w14:textId="77777777" w:rsidR="00F878E5" w:rsidRDefault="00F17885">
            <w:pPr>
              <w:spacing w:after="20"/>
            </w:pPr>
            <w:r>
              <w:rPr>
                <w:sz w:val="13"/>
              </w:rPr>
              <w:t>North/South America, tropics, climate zones and biomes</w:t>
            </w:r>
          </w:p>
        </w:tc>
      </w:tr>
      <w:tr w:rsidR="00F878E5" w14:paraId="127EF6CE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7362A0" w14:textId="77777777" w:rsidR="00F878E5" w:rsidRDefault="00F17885">
            <w:pPr>
              <w:spacing w:after="20"/>
            </w:pPr>
            <w:r>
              <w:rPr>
                <w:sz w:val="13"/>
              </w:rPr>
              <w:t>Year 5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9B8C15" w14:textId="77777777" w:rsidR="00F878E5" w:rsidRDefault="00F17885">
            <w:pPr>
              <w:spacing w:after="20"/>
            </w:pPr>
            <w:r>
              <w:rPr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9FA6A" w14:textId="77777777" w:rsidR="00F878E5" w:rsidRDefault="00F17885">
            <w:pPr>
              <w:spacing w:after="20"/>
            </w:pPr>
            <w:r>
              <w:rPr>
                <w:sz w:val="13"/>
              </w:rPr>
              <w:t>Rivers, mountains and water cycle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886DA" w14:textId="77777777" w:rsidR="00F878E5" w:rsidRDefault="00F17885">
            <w:pPr>
              <w:spacing w:after="20"/>
            </w:pPr>
            <w:r>
              <w:rPr>
                <w:sz w:val="13"/>
              </w:rPr>
              <w:t>source, mouth, tributary, cities near rivers, water cycle, mountains, latitude and longitude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8A4AF0" w14:textId="77777777" w:rsidR="00F878E5" w:rsidRDefault="00F17885">
            <w:pPr>
              <w:spacing w:after="20"/>
            </w:pPr>
            <w:r>
              <w:rPr>
                <w:sz w:val="13"/>
              </w:rPr>
              <w:t>Year 4 rivers, mountains and water cycle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69A8D7" w14:textId="77777777" w:rsidR="00F878E5" w:rsidRDefault="00F17885">
            <w:pPr>
              <w:spacing w:after="20"/>
            </w:pPr>
            <w:r>
              <w:rPr>
                <w:sz w:val="13"/>
              </w:rPr>
              <w:t>Equator, Tropics, North/South America and Brazil</w:t>
            </w:r>
          </w:p>
        </w:tc>
      </w:tr>
      <w:tr w:rsidR="00F878E5" w14:paraId="4EA72F52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CF073E" w14:textId="77777777" w:rsidR="00F878E5" w:rsidRDefault="00F17885">
            <w:pPr>
              <w:spacing w:after="20"/>
            </w:pPr>
            <w:r>
              <w:rPr>
                <w:sz w:val="13"/>
              </w:rPr>
              <w:t>Year 5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559729" w14:textId="77777777" w:rsidR="00F878E5" w:rsidRDefault="00F17885">
            <w:pPr>
              <w:spacing w:after="20"/>
            </w:pPr>
            <w:r>
              <w:rPr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94DE3B" w14:textId="77777777" w:rsidR="00F878E5" w:rsidRDefault="00F17885">
            <w:pPr>
              <w:spacing w:after="20"/>
            </w:pPr>
            <w:r>
              <w:rPr>
                <w:sz w:val="13"/>
              </w:rPr>
              <w:t>Americas, Equator and Tropics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1E4B36" w14:textId="77777777" w:rsidR="00F878E5" w:rsidRDefault="00F17885">
            <w:pPr>
              <w:spacing w:after="20"/>
            </w:pPr>
            <w:r>
              <w:rPr>
                <w:sz w:val="13"/>
              </w:rPr>
              <w:t>latitude, longitude, Equator, Tropics, North America, South America, Brazil, countries and capitals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381EEC" w14:textId="77777777" w:rsidR="00F878E5" w:rsidRDefault="00F17885">
            <w:pPr>
              <w:spacing w:after="20"/>
            </w:pPr>
            <w:r>
              <w:rPr>
                <w:sz w:val="13"/>
              </w:rPr>
              <w:t>world location systems and continents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072871" w14:textId="77777777" w:rsidR="00F878E5" w:rsidRDefault="00F17885">
            <w:pPr>
              <w:spacing w:after="20"/>
            </w:pPr>
            <w:r>
              <w:rPr>
                <w:sz w:val="13"/>
              </w:rPr>
              <w:t>climate zones, biomes, rainforests and deserts</w:t>
            </w:r>
          </w:p>
        </w:tc>
      </w:tr>
      <w:tr w:rsidR="00F878E5" w14:paraId="141EB622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CF466F" w14:textId="77777777" w:rsidR="00F878E5" w:rsidRDefault="00F17885">
            <w:pPr>
              <w:spacing w:after="20"/>
            </w:pPr>
            <w:r>
              <w:rPr>
                <w:sz w:val="13"/>
              </w:rPr>
              <w:t>Year 5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CE14DF" w14:textId="77777777" w:rsidR="00F878E5" w:rsidRDefault="00F17885">
            <w:pPr>
              <w:spacing w:after="20"/>
            </w:pPr>
            <w:r>
              <w:rPr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03954A" w14:textId="77777777" w:rsidR="00F878E5" w:rsidRDefault="00F17885">
            <w:pPr>
              <w:spacing w:after="20"/>
            </w:pPr>
            <w:r>
              <w:rPr>
                <w:sz w:val="13"/>
              </w:rPr>
              <w:t>Climate zones, biomes and map precision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830F78" w14:textId="77777777" w:rsidR="00F878E5" w:rsidRDefault="00F17885">
            <w:pPr>
              <w:spacing w:after="20"/>
            </w:pPr>
            <w:r>
              <w:rPr>
                <w:sz w:val="13"/>
              </w:rPr>
              <w:t>climate zones, biomes, vegetation belts, rainforests, deforestation, deserts, six-figure grid references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F57BC3" w14:textId="77777777" w:rsidR="00F878E5" w:rsidRDefault="00F17885">
            <w:pPr>
              <w:spacing w:after="20"/>
            </w:pPr>
            <w:r>
              <w:rPr>
                <w:sz w:val="13"/>
              </w:rPr>
              <w:t>Equator, Tropics and South America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99A369" w14:textId="77777777" w:rsidR="00F878E5" w:rsidRDefault="00F17885">
            <w:pPr>
              <w:spacing w:after="20"/>
            </w:pPr>
            <w:r>
              <w:rPr>
                <w:sz w:val="13"/>
              </w:rPr>
              <w:t>UK geography, time zones, trade and settlements</w:t>
            </w:r>
          </w:p>
        </w:tc>
      </w:tr>
      <w:tr w:rsidR="00F878E5" w14:paraId="6E0BBC87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3DF8A9" w14:textId="77777777" w:rsidR="00F878E5" w:rsidRDefault="00F17885">
            <w:pPr>
              <w:spacing w:after="20"/>
            </w:pPr>
            <w:r>
              <w:rPr>
                <w:sz w:val="13"/>
              </w:rPr>
              <w:t>Year 6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796214" w14:textId="77777777" w:rsidR="00F878E5" w:rsidRDefault="00F17885">
            <w:pPr>
              <w:spacing w:after="20"/>
            </w:pPr>
            <w:r>
              <w:rPr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B48EAE" w14:textId="77777777" w:rsidR="00F878E5" w:rsidRDefault="00F17885">
            <w:pPr>
              <w:spacing w:after="20"/>
            </w:pPr>
            <w:r>
              <w:rPr>
                <w:sz w:val="13"/>
              </w:rPr>
              <w:t>Americas, climate, biomes and deforestation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D274E3" w14:textId="77777777" w:rsidR="00F878E5" w:rsidRDefault="00F17885">
            <w:pPr>
              <w:spacing w:after="20"/>
            </w:pPr>
            <w:r>
              <w:rPr>
                <w:sz w:val="13"/>
              </w:rPr>
              <w:t>Brazil, North/South America, Equator, Tropics, climate zones, biomes, rainforests, deforestation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DB13D7" w14:textId="77777777" w:rsidR="00F878E5" w:rsidRDefault="00F17885">
            <w:pPr>
              <w:spacing w:after="20"/>
            </w:pPr>
            <w:r>
              <w:rPr>
                <w:sz w:val="13"/>
              </w:rPr>
              <w:t>Year 5 South America, climate and biomes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94DDBF" w14:textId="77777777" w:rsidR="00F878E5" w:rsidRDefault="00F17885">
            <w:pPr>
              <w:spacing w:after="20"/>
            </w:pPr>
            <w:r>
              <w:rPr>
                <w:sz w:val="13"/>
              </w:rPr>
              <w:t>latitude, longitude, Prime Meridian, time zones and UK geography</w:t>
            </w:r>
          </w:p>
        </w:tc>
      </w:tr>
      <w:tr w:rsidR="00F878E5" w14:paraId="1F457B96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4C8692" w14:textId="77777777" w:rsidR="00F878E5" w:rsidRDefault="00F17885">
            <w:pPr>
              <w:spacing w:after="20"/>
            </w:pPr>
            <w:r>
              <w:rPr>
                <w:sz w:val="13"/>
              </w:rPr>
              <w:t>Year 6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D36EE0" w14:textId="77777777" w:rsidR="00F878E5" w:rsidRDefault="00F17885">
            <w:pPr>
              <w:spacing w:after="20"/>
            </w:pPr>
            <w:r>
              <w:rPr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51470F" w14:textId="77777777" w:rsidR="00F878E5" w:rsidRDefault="00F17885">
            <w:pPr>
              <w:spacing w:after="20"/>
            </w:pPr>
            <w:r>
              <w:rPr>
                <w:sz w:val="13"/>
              </w:rPr>
              <w:t>UK geography, time zones and landscape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2019C9" w14:textId="77777777" w:rsidR="00F878E5" w:rsidRDefault="00F17885">
            <w:pPr>
              <w:spacing w:after="20"/>
            </w:pPr>
            <w:r>
              <w:rPr>
                <w:sz w:val="13"/>
              </w:rPr>
              <w:t>latitude, longitude, Prime Meridian, time zones, Earth rotation, counties, cities, rivers, mountains, coastlines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8A204B" w14:textId="77777777" w:rsidR="00F878E5" w:rsidRDefault="00F17885">
            <w:pPr>
              <w:spacing w:after="20"/>
            </w:pPr>
            <w:r>
              <w:rPr>
                <w:sz w:val="13"/>
              </w:rPr>
              <w:t>global location and climate knowledge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05A2DB" w14:textId="77777777" w:rsidR="00F878E5" w:rsidRDefault="00F17885">
            <w:pPr>
              <w:spacing w:after="20"/>
            </w:pPr>
            <w:r>
              <w:rPr>
                <w:sz w:val="13"/>
              </w:rPr>
              <w:t>trade, ports, industry, settlements and map scale</w:t>
            </w:r>
          </w:p>
        </w:tc>
      </w:tr>
      <w:tr w:rsidR="00F878E5" w14:paraId="7EC91BD8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A2DCAB" w14:textId="77777777" w:rsidR="00F878E5" w:rsidRDefault="00F17885">
            <w:pPr>
              <w:spacing w:after="20"/>
            </w:pPr>
            <w:r>
              <w:rPr>
                <w:sz w:val="13"/>
              </w:rPr>
              <w:t>Year 6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F86848" w14:textId="77777777" w:rsidR="00F878E5" w:rsidRDefault="00F17885">
            <w:pPr>
              <w:spacing w:after="20"/>
            </w:pPr>
            <w:r>
              <w:rPr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C57C08" w14:textId="77777777" w:rsidR="00F878E5" w:rsidRDefault="00F17885">
            <w:pPr>
              <w:spacing w:after="20"/>
            </w:pPr>
            <w:r>
              <w:rPr>
                <w:sz w:val="13"/>
              </w:rPr>
              <w:t>Settlements, trade, ports and map scale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340BA2" w14:textId="77777777" w:rsidR="00F878E5" w:rsidRDefault="00F17885">
            <w:pPr>
              <w:spacing w:after="20"/>
            </w:pPr>
            <w:r>
              <w:rPr>
                <w:sz w:val="13"/>
              </w:rPr>
              <w:t>settlement, rivers and trade, ports, industrial areas, supply chains, map scale, six-figure grid references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AF1FB0" w14:textId="77777777" w:rsidR="00F878E5" w:rsidRDefault="00F17885">
            <w:pPr>
              <w:spacing w:after="20"/>
            </w:pPr>
            <w:r>
              <w:rPr>
                <w:sz w:val="13"/>
              </w:rPr>
              <w:t>UK geography, rivers and global location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F9AF9" w14:textId="77777777" w:rsidR="00F878E5" w:rsidRDefault="00F17885">
            <w:pPr>
              <w:spacing w:after="20"/>
            </w:pPr>
            <w:r>
              <w:rPr>
                <w:sz w:val="13"/>
              </w:rPr>
              <w:t>end-of-primary coherent geographical schema</w:t>
            </w:r>
          </w:p>
        </w:tc>
      </w:tr>
    </w:tbl>
    <w:p w14:paraId="043E2210" w14:textId="77777777" w:rsidR="00F878E5" w:rsidRDefault="00F878E5"/>
    <w:p w14:paraId="78E7F3F8" w14:textId="77777777" w:rsidR="00F878E5" w:rsidRDefault="00F878E5"/>
    <w:p w14:paraId="646A6CCF" w14:textId="77777777" w:rsidR="009B61E1" w:rsidRPr="009B61E1" w:rsidRDefault="009B61E1" w:rsidP="009B61E1"/>
    <w:p w14:paraId="7D2C003A" w14:textId="1C11BE9D" w:rsidR="009B61E1" w:rsidRPr="009B61E1" w:rsidRDefault="009B61E1" w:rsidP="009B61E1">
      <w:pPr>
        <w:tabs>
          <w:tab w:val="left" w:pos="6810"/>
        </w:tabs>
      </w:pPr>
      <w:r>
        <w:tab/>
      </w:r>
    </w:p>
    <w:sectPr w:rsidR="009B61E1" w:rsidRPr="009B61E1" w:rsidSect="00034616">
      <w:footerReference w:type="default" r:id="rId8"/>
      <w:pgSz w:w="16834" w:h="11909" w:orient="landscape"/>
      <w:pgMar w:top="648" w:right="648" w:bottom="648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8EE1B" w14:textId="77777777" w:rsidR="00F17885" w:rsidRDefault="00F17885">
      <w:pPr>
        <w:spacing w:after="0" w:line="240" w:lineRule="auto"/>
      </w:pPr>
      <w:r>
        <w:separator/>
      </w:r>
    </w:p>
  </w:endnote>
  <w:endnote w:type="continuationSeparator" w:id="0">
    <w:p w14:paraId="59888C19" w14:textId="77777777" w:rsidR="00F17885" w:rsidRDefault="00F17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DB821" w14:textId="257220DE" w:rsidR="00F878E5" w:rsidRDefault="00F17885">
    <w:pPr>
      <w:pStyle w:val="Footer"/>
      <w:jc w:val="center"/>
    </w:pPr>
    <w:r>
      <w:rPr>
        <w:color w:val="777777"/>
        <w:sz w:val="16"/>
      </w:rPr>
      <w:t xml:space="preserve">Geography Retrieval </w:t>
    </w:r>
    <w:r w:rsidR="009B61E1">
      <w:rPr>
        <w:color w:val="777777"/>
        <w:sz w:val="16"/>
      </w:rPr>
      <w:t>Plan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5742E" w14:textId="77777777" w:rsidR="00F17885" w:rsidRDefault="00F17885">
      <w:pPr>
        <w:spacing w:after="0" w:line="240" w:lineRule="auto"/>
      </w:pPr>
      <w:r>
        <w:separator/>
      </w:r>
    </w:p>
  </w:footnote>
  <w:footnote w:type="continuationSeparator" w:id="0">
    <w:p w14:paraId="2BB779C1" w14:textId="77777777" w:rsidR="00F17885" w:rsidRDefault="00F17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4276997">
    <w:abstractNumId w:val="8"/>
  </w:num>
  <w:num w:numId="2" w16cid:durableId="2091072089">
    <w:abstractNumId w:val="6"/>
  </w:num>
  <w:num w:numId="3" w16cid:durableId="1808543733">
    <w:abstractNumId w:val="5"/>
  </w:num>
  <w:num w:numId="4" w16cid:durableId="932318490">
    <w:abstractNumId w:val="4"/>
  </w:num>
  <w:num w:numId="5" w16cid:durableId="613512586">
    <w:abstractNumId w:val="7"/>
  </w:num>
  <w:num w:numId="6" w16cid:durableId="1882522408">
    <w:abstractNumId w:val="3"/>
  </w:num>
  <w:num w:numId="7" w16cid:durableId="598487594">
    <w:abstractNumId w:val="2"/>
  </w:num>
  <w:num w:numId="8" w16cid:durableId="164369486">
    <w:abstractNumId w:val="1"/>
  </w:num>
  <w:num w:numId="9" w16cid:durableId="1541094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63018"/>
    <w:rsid w:val="006C6619"/>
    <w:rsid w:val="009B61E1"/>
    <w:rsid w:val="00AA1D8D"/>
    <w:rsid w:val="00B47730"/>
    <w:rsid w:val="00CB0664"/>
    <w:rsid w:val="00E56F6E"/>
    <w:rsid w:val="00F17885"/>
    <w:rsid w:val="00F878E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C78037"/>
  <w14:defaultImageDpi w14:val="300"/>
  <w15:docId w15:val="{DC3E32C1-4E41-4BB4-8732-C417E23CF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8598</Words>
  <Characters>49009</Characters>
  <Application>Microsoft Office Word</Application>
  <DocSecurity>4</DocSecurity>
  <Lines>408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57493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>generated by python-docx</dc:description>
  <cp:lastModifiedBy>Head</cp:lastModifiedBy>
  <cp:revision>2</cp:revision>
  <dcterms:created xsi:type="dcterms:W3CDTF">2026-08-11T16:57:00Z</dcterms:created>
  <dcterms:modified xsi:type="dcterms:W3CDTF">2026-08-11T16:57:00Z</dcterms:modified>
  <cp:category/>
</cp:coreProperties>
</file>