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18D7B" w14:textId="701BBBCF" w:rsidR="009975BB" w:rsidRPr="00D92787" w:rsidRDefault="00210EC2" w:rsidP="00D92787">
      <w:pPr>
        <w:jc w:val="center"/>
        <w:rPr>
          <w:rFonts w:ascii="Lexend Light" w:hAnsi="Lexend Light"/>
        </w:rPr>
      </w:pPr>
      <w:r w:rsidRPr="00D92787">
        <w:rPr>
          <w:rFonts w:ascii="Lexend Light" w:hAnsi="Lexend Light"/>
          <w:b/>
          <w:color w:val="7F4E00"/>
          <w:sz w:val="40"/>
        </w:rPr>
        <w:t>Whole-School History Retrieval Plan</w:t>
      </w:r>
    </w:p>
    <w:p w14:paraId="76F6E10C" w14:textId="35D9F9EE" w:rsidR="009975BB" w:rsidRPr="00D92787" w:rsidRDefault="00210EC2" w:rsidP="00D92787">
      <w:pPr>
        <w:rPr>
          <w:rFonts w:ascii="Lexend Light" w:hAnsi="Lexend Light"/>
          <w:sz w:val="24"/>
          <w:szCs w:val="24"/>
        </w:rPr>
      </w:pPr>
      <w:r w:rsidRPr="00D92787">
        <w:rPr>
          <w:rFonts w:ascii="Lexend Light" w:hAnsi="Lexend Light"/>
          <w:color w:val="7F4E00"/>
          <w:sz w:val="24"/>
          <w:szCs w:val="24"/>
        </w:rPr>
        <w:t xml:space="preserve">Year 1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7F9E086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2488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902D2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020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0B1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6D1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57A29D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B48F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E31A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past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7FB8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past is something that has already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C14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9432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old teddy, wooden train, tablet. Which best shows a toy from the past?</w:t>
            </w:r>
          </w:p>
        </w:tc>
      </w:tr>
      <w:tr w:rsidR="009975BB" w:rsidRPr="00D92787" w14:paraId="2B417A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343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9DB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now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5E598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Now means the present time, what is happening today.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CAF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275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always look the same over time. Always, sometimes or never?</w:t>
            </w:r>
          </w:p>
        </w:tc>
      </w:tr>
      <w:tr w:rsidR="009975BB" w:rsidRPr="00D92787" w14:paraId="20EA2F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0F58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8C4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before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A02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Before means earlier than something else.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03FC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7C62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 old toy and a toy used today.</w:t>
            </w:r>
          </w:p>
        </w:tc>
      </w:tr>
      <w:tr w:rsidR="009975BB" w:rsidRPr="00D92787" w14:paraId="354951E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EF7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DCF44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have you changed since you were a baby?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4503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705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AD7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past: definition, features, examples and non-examples.</w:t>
            </w:r>
          </w:p>
        </w:tc>
      </w:tr>
      <w:tr w:rsidR="009975BB" w:rsidRPr="00D92787" w14:paraId="76B846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739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A5F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a photograph help us learn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FA4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 can show people, places, objects and clues about life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6B4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EA04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photograph can give clues about the past. True or false? Prove it.</w:t>
            </w:r>
          </w:p>
        </w:tc>
      </w:tr>
      <w:tr w:rsidR="009975BB" w:rsidRPr="00D92787" w14:paraId="1557EB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707E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96C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old object?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728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Objects can show what people used, valued or needed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B94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6ACD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change over time because... but... so...</w:t>
            </w:r>
          </w:p>
        </w:tc>
      </w:tr>
      <w:tr w:rsidR="009975BB" w:rsidRPr="00D92787" w14:paraId="0EE4854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F6E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7847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toy?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B1B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9FE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2CB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toy, photograph, past.</w:t>
            </w:r>
          </w:p>
        </w:tc>
      </w:tr>
      <w:tr w:rsidR="009975BB" w:rsidRPr="00D92787" w14:paraId="33D6EC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96F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A4B2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toys did older family members play with?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224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4D64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75F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old teddy, wooden train, tablet. Which best shows a toy from the past?</w:t>
            </w:r>
          </w:p>
        </w:tc>
      </w:tr>
      <w:tr w:rsidR="009975BB" w:rsidRPr="00D92787" w14:paraId="310650E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D2A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82E5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might old toys look different from toys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9A23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0B1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EE64F" w14:textId="29B1FE1A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48CD29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A46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0E0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has stayed the same about toys?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F05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500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BB3A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 old toy and a toy used today.</w:t>
            </w:r>
          </w:p>
        </w:tc>
      </w:tr>
      <w:tr w:rsidR="009975BB" w:rsidRPr="00D92787" w14:paraId="475252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C062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9E75A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has changed about toys?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157E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434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0066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past: definition, features, examples and non-examples.</w:t>
            </w:r>
          </w:p>
        </w:tc>
      </w:tr>
      <w:tr w:rsidR="009975BB" w:rsidRPr="00D92787" w14:paraId="0C96C2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E0F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A78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toys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E8D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984E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9B8D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photograph can give clues about the past. True or false? Prove it.</w:t>
            </w:r>
          </w:p>
        </w:tc>
      </w:tr>
    </w:tbl>
    <w:p w14:paraId="0EAF5E46" w14:textId="77777777" w:rsidR="009975BB" w:rsidRPr="00D92787" w:rsidRDefault="009975BB">
      <w:pPr>
        <w:rPr>
          <w:rFonts w:ascii="Lexend Light" w:hAnsi="Lexend Light"/>
        </w:rPr>
      </w:pPr>
    </w:p>
    <w:p w14:paraId="78C04D63" w14:textId="27F6F6ED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1 Spring Term: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3B1588A8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5C4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2B88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344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E2C2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FE8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347D23C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860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FECC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significant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62A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means important enough to be remembered or to have made a difference.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5363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2DA7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Florence Nightingale, Mary Seacole, toy. Explain your choice.</w:t>
            </w:r>
          </w:p>
        </w:tc>
      </w:tr>
      <w:tr w:rsidR="009975BB" w:rsidRPr="00D92787" w14:paraId="2A0A346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2ED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F7B1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long ago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BB64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Long ago means far back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D52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E4C1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people are always famous. Always, sometimes or never?</w:t>
            </w:r>
          </w:p>
        </w:tc>
      </w:tr>
      <w:tr w:rsidR="009975BB" w:rsidRPr="00D92787" w14:paraId="31231C1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8F4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170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672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source is something that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E93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B4F0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Florence Nightingale and Mary Seacole.</w:t>
            </w:r>
          </w:p>
        </w:tc>
      </w:tr>
      <w:tr w:rsidR="009975BB" w:rsidRPr="00D92787" w14:paraId="4D4FA0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9EE8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FBB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an object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DF7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Objects can show what people used, valued or needed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DC54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BF1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significant.</w:t>
            </w:r>
          </w:p>
        </w:tc>
      </w:tr>
      <w:tr w:rsidR="009975BB" w:rsidRPr="00D92787" w14:paraId="180C7E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F99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E0D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were toys different in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8EEA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7FED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E8623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can help us learn about hospitals in the past. True or false?</w:t>
            </w:r>
          </w:p>
        </w:tc>
      </w:tr>
      <w:tr w:rsidR="009975BB" w:rsidRPr="00D92787" w14:paraId="20869CB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BEE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8EF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change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9BA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 means something became different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0E6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CD14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Hospitals changed because... but... so...</w:t>
            </w:r>
          </w:p>
        </w:tc>
      </w:tr>
      <w:tr w:rsidR="009975BB" w:rsidRPr="00D92787" w14:paraId="25FB17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73D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F62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Florence Nightingale?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4B4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Florence Nightingale was a significant nurse remembered for improving nursing and hospitals.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E23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DFFD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nurse, hospital, significant.</w:t>
            </w:r>
          </w:p>
        </w:tc>
      </w:tr>
      <w:tr w:rsidR="009975BB" w:rsidRPr="00D92787" w14:paraId="76E9870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D17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4E3B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Mary Seacole?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56EB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Mary Seacole was a significant nurse who helped sick and injured people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085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9F3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Florence Nightingale, Mary Seacole, toy. Explain your choice.</w:t>
            </w:r>
          </w:p>
        </w:tc>
      </w:tr>
      <w:tr w:rsidR="009975BB" w:rsidRPr="00D92787" w14:paraId="0AD76F4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D4B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BAC6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Florence Nightingale and Mary Seacole remembered?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256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1CB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29B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people are always famous. Always, sometimes or never?</w:t>
            </w:r>
          </w:p>
        </w:tc>
      </w:tr>
      <w:tr w:rsidR="009975BB" w:rsidRPr="00D92787" w14:paraId="616A60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3FF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B11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hospitals change because of nurses like Florence and Mary?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F175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Hospitals and nursing changed because people improved care, cleanliness and treatment of patients.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8F28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6F2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Florence Nightingale and Mary Seacole.</w:t>
            </w:r>
          </w:p>
        </w:tc>
      </w:tr>
      <w:tr w:rsidR="009975BB" w:rsidRPr="00D92787" w14:paraId="21DA02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958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D157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sources could help us learn about hospitals in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26E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Hospitals and nursing changed because people improved care, cleanliness and treatment of patients.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0546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3EA2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significant.</w:t>
            </w:r>
          </w:p>
        </w:tc>
      </w:tr>
      <w:tr w:rsidR="009975BB" w:rsidRPr="00D92787" w14:paraId="30F08F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013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BF0C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were Florence Nightingale and Mary Seacole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200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person, place or event is significant if it made a difference or is remembered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A1D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67E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can help us learn about hospitals in the past. True or false?</w:t>
            </w:r>
          </w:p>
        </w:tc>
      </w:tr>
    </w:tbl>
    <w:p w14:paraId="17BC6648" w14:textId="77777777" w:rsidR="009975BB" w:rsidRPr="00D92787" w:rsidRDefault="009975BB">
      <w:pPr>
        <w:rPr>
          <w:rFonts w:ascii="Lexend Light" w:hAnsi="Lexend Light"/>
        </w:rPr>
      </w:pPr>
    </w:p>
    <w:p w14:paraId="31AC856A" w14:textId="4B80EB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Year 1 Summer Term: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9975BB" w:rsidRPr="00D92787" w14:paraId="728FFE3E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702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E74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A84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AA8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880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4692A0C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98F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2C42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local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C473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C3E4A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81A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D. H. Lawrence, museum, new toy. Explain your choice.</w:t>
            </w:r>
          </w:p>
        </w:tc>
      </w:tr>
      <w:tr w:rsidR="009975BB" w:rsidRPr="00D92787" w14:paraId="0AF645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EC9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B2A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local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9247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188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A159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always about places far away. Always, sometimes or never?</w:t>
            </w:r>
          </w:p>
        </w:tc>
      </w:tr>
      <w:tr w:rsidR="009975BB" w:rsidRPr="00D92787" w14:paraId="171E92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200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2660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makes a person or place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072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person, place or event is significant if it made a difference or is remembered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F45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F730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our local area now and in the past.</w:t>
            </w:r>
          </w:p>
        </w:tc>
      </w:tr>
      <w:tr w:rsidR="009975BB" w:rsidRPr="00D92787" w14:paraId="708ECA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2B43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8717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museum?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64A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0B9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67A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local history.</w:t>
            </w:r>
          </w:p>
        </w:tc>
      </w:tr>
      <w:tr w:rsidR="009975BB" w:rsidRPr="00D92787" w14:paraId="34186F1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0BD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9C2A7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a building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4EC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7F3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1409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house or building can tell us about the past. True or false?</w:t>
            </w:r>
          </w:p>
        </w:tc>
      </w:tr>
      <w:tr w:rsidR="009975BB" w:rsidRPr="00D92787" w14:paraId="63E49A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BD8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0753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D. H. Lawrence?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4DC3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D. H. Lawrence was a significant writer from the local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4778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F0B1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D. H. Lawrence is significant because... but... so...</w:t>
            </w:r>
          </w:p>
        </w:tc>
      </w:tr>
      <w:tr w:rsidR="009975BB" w:rsidRPr="00D92787" w14:paraId="674F78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099A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6FE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is our school called Lawrence View?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8BC6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name links the school to D. H. Lawrence and local history.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FAE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9564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D. H. Lawrence, Lawrence View, local history.</w:t>
            </w:r>
          </w:p>
        </w:tc>
      </w:tr>
      <w:tr w:rsidR="009975BB" w:rsidRPr="00D92787" w14:paraId="4EC3D4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CC57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F6E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learn about D. H. Lawrence?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00D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5B02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D426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D. H. Lawrence, museum, new toy. Explain your choice.</w:t>
            </w:r>
          </w:p>
        </w:tc>
      </w:tr>
      <w:tr w:rsidR="009975BB" w:rsidRPr="00D92787" w14:paraId="797E312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D24D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C53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has changed in Colliers Wood?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4C1E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Colliers Wood has changed over time and can be studied using maps, photographs and local 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768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208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always about places far away. Always, sometimes or never?</w:t>
            </w:r>
          </w:p>
        </w:tc>
      </w:tr>
      <w:tr w:rsidR="009975BB" w:rsidRPr="00D92787" w14:paraId="6BA3C98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07F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DE12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has stayed the same in our local area?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3BC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73EAE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075DB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our local area now and in the past.</w:t>
            </w:r>
          </w:p>
        </w:tc>
      </w:tr>
      <w:tr w:rsidR="009975BB" w:rsidRPr="00D92787" w14:paraId="3FDA3E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76AD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B00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put events in order?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3FF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ED07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4122A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local history.</w:t>
            </w:r>
          </w:p>
        </w:tc>
      </w:tr>
      <w:tr w:rsidR="009975BB" w:rsidRPr="00D92787" w14:paraId="28A2575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A91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DFE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have we learned about toys, significant people and our local area?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8306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can show change and continuity because some materials, designs and ways of playing change while others stay similar.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8B4B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D66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house or building can tell us about the past. True or false?</w:t>
            </w:r>
          </w:p>
        </w:tc>
      </w:tr>
    </w:tbl>
    <w:p w14:paraId="76FDC6BF" w14:textId="77777777" w:rsidR="009975BB" w:rsidRPr="00D92787" w:rsidRDefault="009975BB">
      <w:pPr>
        <w:rPr>
          <w:rFonts w:ascii="Lexend Light" w:hAnsi="Lexend Light"/>
        </w:rPr>
      </w:pPr>
    </w:p>
    <w:p w14:paraId="00BE904A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660DAD87" w14:textId="35C7082F" w:rsidR="00D92787" w:rsidRPr="00D92787" w:rsidRDefault="00210EC2" w:rsidP="00D92787">
      <w:pPr>
        <w:pStyle w:val="Heading1"/>
        <w:rPr>
          <w:rFonts w:ascii="Lexend Light" w:hAnsi="Lexend Light"/>
          <w:color w:val="7F4E00"/>
        </w:rPr>
      </w:pPr>
      <w:r w:rsidRPr="00D92787">
        <w:rPr>
          <w:rFonts w:ascii="Lexend Light" w:hAnsi="Lexend Light"/>
          <w:color w:val="7F4E00"/>
        </w:rPr>
        <w:lastRenderedPageBreak/>
        <w:t xml:space="preserve">Year 2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7D5A6ED6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8CF7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FAB43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17D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9CAB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E7BA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12B9175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AF8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F3DB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significant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2C0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means important enough to be remembered or to have made a difference.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ECC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60F5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Neil Armstrong, Katherine Johnson, Samuel Pepys. Why?</w:t>
            </w:r>
          </w:p>
        </w:tc>
      </w:tr>
      <w:tr w:rsidR="009975BB" w:rsidRPr="00D92787" w14:paraId="0281DE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1146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8D5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Florence Nightingale?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8B1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Florence Nightingale was a significant nurse remembered for improving nursing and hospitals.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6C2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031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Explorers always travel to unknown places. Always, sometimes or never?</w:t>
            </w:r>
          </w:p>
        </w:tc>
      </w:tr>
      <w:tr w:rsidR="009975BB" w:rsidRPr="00D92787" w14:paraId="1CA754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FAAB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588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Mary Seacole?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1BC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Mary Seacole was a significant nurse who helped sick and injured people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BAE4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9ED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Neil Armstrong and Katherine Johnson.</w:t>
            </w:r>
          </w:p>
        </w:tc>
      </w:tr>
      <w:tr w:rsidR="009975BB" w:rsidRPr="00D92787" w14:paraId="17A024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3F2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894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some people remembered?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B6FC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1AC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7F5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achievement.</w:t>
            </w:r>
          </w:p>
        </w:tc>
      </w:tr>
      <w:tr w:rsidR="009975BB" w:rsidRPr="00D92787" w14:paraId="1B750AE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ACE4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0B86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E02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source is something that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160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079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 can help historians learn about space travel. True or false?</w:t>
            </w:r>
          </w:p>
        </w:tc>
      </w:tr>
      <w:tr w:rsidR="009975BB" w:rsidRPr="00D92787" w14:paraId="7C8000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309F4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5B52B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timeline?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8019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timeline shows people, events or periods in chronological order.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995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D18F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Neil Armstrong is significant because... but... so...</w:t>
            </w:r>
          </w:p>
        </w:tc>
      </w:tr>
      <w:tr w:rsidR="009975BB" w:rsidRPr="00D92787" w14:paraId="79061D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19F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947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before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6C935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Before means earlier than something else.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E46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4D5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Neil Armstrong, Moon, 1969.</w:t>
            </w:r>
          </w:p>
        </w:tc>
      </w:tr>
      <w:tr w:rsidR="009975BB" w:rsidRPr="00D92787" w14:paraId="509FD7B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68B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515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after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41B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After means later than something else.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F298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9DF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Neil Armstrong, Katherine Johnson, Samuel Pepys. Why?</w:t>
            </w:r>
          </w:p>
        </w:tc>
      </w:tr>
      <w:tr w:rsidR="009975BB" w:rsidRPr="00D92787" w14:paraId="258524E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475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27B8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explorer?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8FD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F9E0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D69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Explorers always travel to unknown places. Always, sometimes or never?</w:t>
            </w:r>
          </w:p>
        </w:tc>
      </w:tr>
      <w:tr w:rsidR="009975BB" w:rsidRPr="00D92787" w14:paraId="06FBBE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462E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2A3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achievement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8AF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D43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429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Neil Armstrong and Katherine Johnson.</w:t>
            </w:r>
          </w:p>
        </w:tc>
      </w:tr>
      <w:tr w:rsidR="009975BB" w:rsidRPr="00D92787" w14:paraId="2D2895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BBA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C18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photographs help historians?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6F215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 can show people, places, objects and clues about life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F06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8462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achievement.</w:t>
            </w:r>
          </w:p>
        </w:tc>
      </w:tr>
      <w:tr w:rsidR="009975BB" w:rsidRPr="00D92787" w14:paraId="0F48FD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BF3B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09C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makes a person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F13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person, place or event is significant if it made a difference or is remembered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AB1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9B386" w14:textId="7C883AB6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</w:tbl>
    <w:p w14:paraId="7E363305" w14:textId="77777777" w:rsidR="009975BB" w:rsidRPr="00D92787" w:rsidRDefault="009975BB">
      <w:pPr>
        <w:rPr>
          <w:rFonts w:ascii="Lexend Light" w:hAnsi="Lexend Light"/>
        </w:rPr>
      </w:pPr>
    </w:p>
    <w:p w14:paraId="00502F7F" w14:textId="2F91BB62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2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1925C126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AC5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AFF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059F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BD5A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3D92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15711C8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6F98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70E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Neil Armstrong?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380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Neil Armstrong was the first person to walk on the Moon in 1969.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554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5DD8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Great Fire, Moon landing, Pudding Lane. Explain.</w:t>
            </w:r>
          </w:p>
        </w:tc>
      </w:tr>
      <w:tr w:rsidR="009975BB" w:rsidRPr="00D92787" w14:paraId="0CB35C4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F2F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867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Neil Armstrong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AA4D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Neil Armstrong is significant because he was the first person to walk on the Moon.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31C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9B93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Fires always have only one cause. Always, sometimes or never?</w:t>
            </w:r>
          </w:p>
        </w:tc>
      </w:tr>
      <w:tr w:rsidR="009975BB" w:rsidRPr="00D92787" w14:paraId="638FA8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70B5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AA1D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Katherine Johnson?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055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Katherine Johnson was a mathematician who helped NASA with space missions.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BD22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CA223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London before and after the Great Fire.</w:t>
            </w:r>
          </w:p>
        </w:tc>
      </w:tr>
      <w:tr w:rsidR="009975BB" w:rsidRPr="00D92787" w14:paraId="57C7603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DD8A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E7F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Katherine Johnson help astronauts?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4CE8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She used mathematics to help calculate safe space journeys.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1053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1F3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consequence.</w:t>
            </w:r>
          </w:p>
        </w:tc>
      </w:tr>
      <w:tr w:rsidR="009975BB" w:rsidRPr="00D92787" w14:paraId="47C49F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C40EC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7C3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cause?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9321B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cause is a reason why something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085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239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started in 1666. True or false? Prove it.</w:t>
            </w:r>
          </w:p>
        </w:tc>
      </w:tr>
      <w:tr w:rsidR="009975BB" w:rsidRPr="00D92787" w14:paraId="18D472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85A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020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consequence?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5C0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consequence is what happened because of an event or action.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2B42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46AF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fire spread quickly because... but... so...</w:t>
            </w:r>
          </w:p>
        </w:tc>
      </w:tr>
      <w:tr w:rsidR="009975BB" w:rsidRPr="00D92787" w14:paraId="3E305CD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87F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269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happened in 1666?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863C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of London started in 1666.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A5B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FCB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1666, Pudding Lane, Samuel Pepys.</w:t>
            </w:r>
          </w:p>
        </w:tc>
      </w:tr>
      <w:tr w:rsidR="009975BB" w:rsidRPr="00D92787" w14:paraId="273C73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6EA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9E3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Where did the Great Fire of London start?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7A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of London started in Pudding Lane.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6216B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ED6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Great Fire, Moon landing, Pudding Lane. Explain.</w:t>
            </w:r>
          </w:p>
        </w:tc>
      </w:tr>
      <w:tr w:rsidR="009975BB" w:rsidRPr="00D92787" w14:paraId="50CF82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2E14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37B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did the fire spread quickly?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378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spread quickly because buildings were close together, many were made from wood, and conditions helped the fire move.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8497F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698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Fires always have only one cause. Always, sometimes or never?</w:t>
            </w:r>
          </w:p>
        </w:tc>
      </w:tr>
      <w:tr w:rsidR="009975BB" w:rsidRPr="00D92787" w14:paraId="0EDDEA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7648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682F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Samuel Pepys?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9FB3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Samuel Pepys was a diarist whose writing is a source about the Great Fire of London.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7AA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0EC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London before and after the Great Fire.</w:t>
            </w:r>
          </w:p>
        </w:tc>
      </w:tr>
      <w:tr w:rsidR="009975BB" w:rsidRPr="00D92787" w14:paraId="4468F0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80B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1AF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London change after the fire?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814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After the Great Fire, parts of London were rebuilt and people thought more carefully about buildings and fire risk.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720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4987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consequence.</w:t>
            </w:r>
          </w:p>
        </w:tc>
      </w:tr>
      <w:tr w:rsidR="009975BB" w:rsidRPr="00D92787" w14:paraId="1F193B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019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DEC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were the causes and consequences of the Great Fire of London?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232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spread quickly because buildings were close together, many were made from wood, and conditions helped the fire move.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D52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6AD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started in 1666. True or false? Prove it.</w:t>
            </w:r>
          </w:p>
        </w:tc>
      </w:tr>
    </w:tbl>
    <w:p w14:paraId="261C4D69" w14:textId="77777777" w:rsidR="009975BB" w:rsidRPr="00D92787" w:rsidRDefault="009975BB">
      <w:pPr>
        <w:rPr>
          <w:rFonts w:ascii="Lexend Light" w:hAnsi="Lexend Light"/>
        </w:rPr>
      </w:pPr>
    </w:p>
    <w:p w14:paraId="26D280F9" w14:textId="04CE5CF2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2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41EC0261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AA3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4B83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450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ADC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D58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635A1D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240A3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7FA8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local history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2E92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F679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1F6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Colliers Wood, Great Fire, Queen Elizabeth II. Explain.</w:t>
            </w:r>
          </w:p>
        </w:tc>
      </w:tr>
      <w:tr w:rsidR="009975BB" w:rsidRPr="00D92787" w14:paraId="7D341D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D487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25A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primary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1FB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primary source comes from the time being studied, such as a diary, object, photograph or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7DF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143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Places always stay the same. Always, sometimes or never?</w:t>
            </w:r>
          </w:p>
        </w:tc>
      </w:tr>
      <w:tr w:rsidR="009975BB" w:rsidRPr="00D92787" w14:paraId="7E6EEA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CBE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2C187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secondary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B4287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secondary source is made after the time being studied, using other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1016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05B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Colliers Wood then and now.</w:t>
            </w:r>
          </w:p>
        </w:tc>
      </w:tr>
      <w:tr w:rsidR="009975BB" w:rsidRPr="00D92787" w14:paraId="74072A6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F0D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0263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change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607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 means something became different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0A8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882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continuity.</w:t>
            </w:r>
          </w:p>
        </w:tc>
      </w:tr>
      <w:tr w:rsidR="009975BB" w:rsidRPr="00D92787" w14:paraId="673CDC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F194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9DD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continuity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4751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Continuity means something stayed the same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BD3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DB8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Maps and photographs can show local change. True or false?</w:t>
            </w:r>
          </w:p>
        </w:tc>
      </w:tr>
      <w:tr w:rsidR="009975BB" w:rsidRPr="00D92787" w14:paraId="387FA7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488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EBC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London change after the Great Fire?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EE3E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spread quickly because buildings were close together, many were made from wood, and conditions helped the fire move.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42E8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AAF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Colliers Wood changed because... but... so...</w:t>
            </w:r>
          </w:p>
        </w:tc>
      </w:tr>
      <w:tr w:rsidR="009975BB" w:rsidRPr="00D92787" w14:paraId="43FCC0A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20B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35B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places change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6744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D18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548E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Colliers Wood, maps, change.</w:t>
            </w:r>
          </w:p>
        </w:tc>
      </w:tr>
      <w:tr w:rsidR="009975BB" w:rsidRPr="00D92787" w14:paraId="02C397A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772E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151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maps or photographs tell us about Colliers Wood?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469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 can show people, places, objects and clues about life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669B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30E9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Colliers Wood, Great Fire, Queen Elizabeth II. Explain.</w:t>
            </w:r>
          </w:p>
        </w:tc>
      </w:tr>
      <w:tr w:rsidR="009975BB" w:rsidRPr="00D92787" w14:paraId="0607A6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E225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70A7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Queen Elizabeth II?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958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Queen Elizabeth II was a significant monarch of the United Kingdom.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5C3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EEC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Places always stay the same. Always, sometimes or never?</w:t>
            </w:r>
          </w:p>
        </w:tc>
      </w:tr>
      <w:tr w:rsidR="009975BB" w:rsidRPr="00D92787" w14:paraId="4EFA254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C7C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AEFC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significant people affect places?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83A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person, place or event is significant if it made a difference or is remembered using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C91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EF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Colliers Wood then and now.</w:t>
            </w:r>
          </w:p>
        </w:tc>
      </w:tr>
      <w:tr w:rsidR="009975BB" w:rsidRPr="00D92787" w14:paraId="6C20353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608A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3727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has changed in Colliers Wood?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C70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Colliers Wood has changed over time and can be studied using maps, photographs and local 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B6F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9BB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continuity.</w:t>
            </w:r>
          </w:p>
        </w:tc>
      </w:tr>
      <w:tr w:rsidR="009975BB" w:rsidRPr="00D92787" w14:paraId="60E645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A6EA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2C7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have we learned about significant people, events and local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EA7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D3AF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4BB83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Maps and photographs can show local change. True or false?</w:t>
            </w:r>
          </w:p>
        </w:tc>
      </w:tr>
    </w:tbl>
    <w:p w14:paraId="7CFCC34E" w14:textId="77777777" w:rsidR="009975BB" w:rsidRPr="00D92787" w:rsidRDefault="009975BB">
      <w:pPr>
        <w:rPr>
          <w:rFonts w:ascii="Lexend Light" w:hAnsi="Lexend Light"/>
        </w:rPr>
      </w:pPr>
    </w:p>
    <w:p w14:paraId="07DD739C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55A8ED47" w14:textId="0D767C64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 xml:space="preserve">Year 3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9975BB" w:rsidRPr="00D92787" w14:paraId="37BDD435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3B3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DC5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504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71A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DFE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4758719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2C2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832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timeline?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A08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timeline shows people, events or periods in chronological order.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AA5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810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Stone Age, Bronze Age, Iron Age, Romans. Explain.</w:t>
            </w:r>
          </w:p>
        </w:tc>
      </w:tr>
      <w:tr w:rsidR="009975BB" w:rsidRPr="00D92787" w14:paraId="5394B1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09A8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8CA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chronology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E00B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 means the order in which events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CB56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8FE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Historians always have written evidence. Always, sometimes or never?</w:t>
            </w:r>
          </w:p>
        </w:tc>
      </w:tr>
      <w:tr w:rsidR="009975BB" w:rsidRPr="00D92787" w14:paraId="629027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B6F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D94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F30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source is something that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6FA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DA0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life then and now.</w:t>
            </w:r>
          </w:p>
        </w:tc>
      </w:tr>
      <w:tr w:rsidR="009975BB" w:rsidRPr="00D92787" w14:paraId="5745340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4D4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5796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artefact?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AF9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artefact is an object made or used by people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3E07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6A1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artefact.</w:t>
            </w:r>
          </w:p>
        </w:tc>
      </w:tr>
      <w:tr w:rsidR="009975BB" w:rsidRPr="00D92787" w14:paraId="6714D2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9C3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32E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change mean in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B93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 means something became different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C8D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43F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timeline shows events in order. True or false?</w:t>
            </w:r>
          </w:p>
        </w:tc>
      </w:tr>
      <w:tr w:rsidR="009975BB" w:rsidRPr="00D92787" w14:paraId="1EBC8A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DC5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EA5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continuity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B19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Continuity means something stayed the same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1FAA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7A167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Farming changed lives because... but... so...</w:t>
            </w:r>
          </w:p>
        </w:tc>
      </w:tr>
      <w:tr w:rsidR="009975BB" w:rsidRPr="00D92787" w14:paraId="20B107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1579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336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cause?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39F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cause is a reason why something happened.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A548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A64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artefact, source, historian.</w:t>
            </w:r>
          </w:p>
        </w:tc>
      </w:tr>
      <w:tr w:rsidR="009975BB" w:rsidRPr="00D92787" w14:paraId="0F45A6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93CD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117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consequence?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021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consequence is what happened because of an event or action.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C8A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2C1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Stone Age, Bronze Age, Iron Age, Romans. Explain.</w:t>
            </w:r>
          </w:p>
        </w:tc>
      </w:tr>
      <w:tr w:rsidR="009975BB" w:rsidRPr="00D92787" w14:paraId="0C14B4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1E9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379B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old objects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CF3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Objects can show what people used, valued or needed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9F14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9E93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Historians always have written evidence. Always, sometimes or never?</w:t>
            </w:r>
          </w:p>
        </w:tc>
      </w:tr>
      <w:tr w:rsidR="009975BB" w:rsidRPr="00D92787" w14:paraId="5A0BC6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204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046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compare life then and now?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6F4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A34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4ED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life then and now.</w:t>
            </w:r>
          </w:p>
        </w:tc>
      </w:tr>
      <w:tr w:rsidR="009975BB" w:rsidRPr="00D92787" w14:paraId="2D74C2E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DCA7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D79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long ago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45C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Long ago means far back in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FF17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C4C3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artefact.</w:t>
            </w:r>
          </w:p>
        </w:tc>
      </w:tr>
      <w:tr w:rsidR="009975BB" w:rsidRPr="00D92787" w14:paraId="5C50B74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516F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EEA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do historians learn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1C7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8374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802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timeline shows events in order. True or false?</w:t>
            </w:r>
          </w:p>
        </w:tc>
      </w:tr>
    </w:tbl>
    <w:p w14:paraId="1F940FCA" w14:textId="77777777" w:rsidR="009975BB" w:rsidRPr="00D92787" w:rsidRDefault="009975BB">
      <w:pPr>
        <w:rPr>
          <w:rFonts w:ascii="Lexend Light" w:hAnsi="Lexend Light"/>
        </w:rPr>
      </w:pPr>
    </w:p>
    <w:p w14:paraId="0E2E6891" w14:textId="14D14CB5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3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77B949EE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E2E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F2756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F6D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7ADD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FDF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29D5557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631D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2BA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Stone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07A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Stone Age was a prehistoric period when stone tools were used.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C0F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5CC3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Ancient Egypt, Stone Age, Tutankhamun. Explain.</w:t>
            </w:r>
          </w:p>
        </w:tc>
      </w:tr>
      <w:tr w:rsidR="009975BB" w:rsidRPr="00D92787" w14:paraId="69D246E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C34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BFD1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Bronze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2BC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Bronze Age was a period when people used bronze to make tools and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114A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620E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Civilisations always develop in the same way. Always, sometimes or never?</w:t>
            </w:r>
          </w:p>
        </w:tc>
      </w:tr>
      <w:tr w:rsidR="009975BB" w:rsidRPr="00D92787" w14:paraId="5F40B2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795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F66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Iron 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AD145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Iron Age was a period when people used iron to make tools and weapons.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262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C78B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Ancient Egypt and prehistoric Britain.</w:t>
            </w:r>
          </w:p>
        </w:tc>
      </w:tr>
      <w:tr w:rsidR="009975BB" w:rsidRPr="00D92787" w14:paraId="6AE8BE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381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09B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hunter-gatherer?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5EA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hunter-gatherer lives by hunting animals and gathering plants for food.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7B94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0C6E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civilisation.</w:t>
            </w:r>
          </w:p>
        </w:tc>
      </w:tr>
      <w:tr w:rsidR="009975BB" w:rsidRPr="00D92787" w14:paraId="1A2707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2528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54242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farming change people’s lives?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FC182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Farming changed people’s lives because some communities began to settle, grow food and keep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367E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5D6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Tutankhamun’s tomb helps historians learn about Ancient Egypt. True or false?</w:t>
            </w:r>
          </w:p>
        </w:tc>
      </w:tr>
      <w:tr w:rsidR="009975BB" w:rsidRPr="00D92787" w14:paraId="6E4D5CD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8B0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C98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artefacts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7F7E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F34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4411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is significant because... but... so...</w:t>
            </w:r>
          </w:p>
        </w:tc>
      </w:tr>
      <w:tr w:rsidR="009975BB" w:rsidRPr="00D92787" w14:paraId="66E9C3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F0235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781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civilisation?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8BE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civilisation is a society with organised ways of living, such as government, buildings, trade or writing.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2A04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FD7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tomb, Tutankhamun, evidence.</w:t>
            </w:r>
          </w:p>
        </w:tc>
      </w:tr>
      <w:tr w:rsidR="009975BB" w:rsidRPr="00D92787" w14:paraId="67CA9D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60FA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C359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Ancient Egypt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609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was a significant early civilisation with writing, rulers, beliefs and monuments.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AA6C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1F6D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Ancient Egypt, Stone Age, Tutankhamun. Explain.</w:t>
            </w:r>
          </w:p>
        </w:tc>
      </w:tr>
      <w:tr w:rsidR="009975BB" w:rsidRPr="00D92787" w14:paraId="35D1D3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A4D7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A9D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Tutankhamun?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EFE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Tutankhamun was an Egyptian pharaoh whose tomb helps historians learn about Ancient Egypt.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A4E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707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Civilisations always develop in the same way. Always, sometimes or never?</w:t>
            </w:r>
          </w:p>
        </w:tc>
      </w:tr>
      <w:tr w:rsidR="009975BB" w:rsidRPr="00D92787" w14:paraId="1D99FC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C7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1BC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tombs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AA0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Tombs can tell historians about beliefs, objects, power and daily life in Ancient Egypt.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EE1D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B0F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Ancient Egypt and prehistoric Britain.</w:t>
            </w:r>
          </w:p>
        </w:tc>
      </w:tr>
      <w:tr w:rsidR="009975BB" w:rsidRPr="00D92787" w14:paraId="6498BF2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736CD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3C4B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Ancient Egypt different from prehistoric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3E21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C069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562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civilisation.</w:t>
            </w:r>
          </w:p>
        </w:tc>
      </w:tr>
      <w:tr w:rsidR="009975BB" w:rsidRPr="00D92787" w14:paraId="1AB50BD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914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CDF9B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links and differences can we see between prehistoric Britain and Ancient Egypt?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0E36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FBF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6115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Tutankhamun’s tomb helps historians learn about Ancient Egypt. True or false?</w:t>
            </w:r>
          </w:p>
        </w:tc>
      </w:tr>
    </w:tbl>
    <w:p w14:paraId="2E93A533" w14:textId="77777777" w:rsidR="009975BB" w:rsidRPr="00D92787" w:rsidRDefault="009975BB">
      <w:pPr>
        <w:rPr>
          <w:rFonts w:ascii="Lexend Light" w:hAnsi="Lexend Light"/>
        </w:rPr>
      </w:pPr>
    </w:p>
    <w:p w14:paraId="0BDA690F" w14:textId="54FD2C4E" w:rsidR="00D92787" w:rsidRPr="00D92787" w:rsidRDefault="00210EC2" w:rsidP="00D92787">
      <w:pPr>
        <w:pStyle w:val="Heading2"/>
        <w:rPr>
          <w:rFonts w:ascii="Lexend Light" w:hAnsi="Lexend Light"/>
          <w:color w:val="7F4E00"/>
        </w:rPr>
      </w:pPr>
      <w:r w:rsidRPr="00D92787">
        <w:rPr>
          <w:rFonts w:ascii="Lexend Light" w:hAnsi="Lexend Light"/>
          <w:color w:val="7F4E00"/>
        </w:rPr>
        <w:t xml:space="preserve">Year 3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6"/>
        <w:gridCol w:w="3105"/>
        <w:gridCol w:w="3106"/>
        <w:gridCol w:w="3106"/>
        <w:gridCol w:w="3105"/>
      </w:tblGrid>
      <w:tr w:rsidR="009975BB" w:rsidRPr="00D92787" w14:paraId="7CE3BF33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9FB6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A1C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09D8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7F3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8441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2AFBDCB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B0E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E778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local history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CB69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B8F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3ACD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Eastwood, WW2, Stone Age. Explain.</w:t>
            </w:r>
          </w:p>
        </w:tc>
      </w:tr>
      <w:tr w:rsidR="009975BB" w:rsidRPr="00D92787" w14:paraId="76E979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F8C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AA93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memorial?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B45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monument or memorial can show who or what people wanted to remember and why it mattered.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9BC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3A7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places are never linked to world events. Always, sometimes or never?</w:t>
            </w:r>
          </w:p>
        </w:tc>
      </w:tr>
      <w:tr w:rsidR="009975BB" w:rsidRPr="00D92787" w14:paraId="47FAEE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64C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EE975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people remember wars?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FD5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6BE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17D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local and national evidence about WW2.</w:t>
            </w:r>
          </w:p>
        </w:tc>
      </w:tr>
      <w:tr w:rsidR="009975BB" w:rsidRPr="00D92787" w14:paraId="04B36EF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A9F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C39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World War Two?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8E1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World War Two was a major war involving many countries.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4FB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A06E4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memorial.</w:t>
            </w:r>
          </w:p>
        </w:tc>
      </w:tr>
      <w:tr w:rsidR="009975BB" w:rsidRPr="00D92787" w14:paraId="13D6AC6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5A7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C2B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When did World War Two happen?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60B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World War Two happened between 1939 and 1945.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F40B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19D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World War Two happened between 1939 and 1945. True or false?</w:t>
            </w:r>
          </w:p>
        </w:tc>
      </w:tr>
      <w:tr w:rsidR="009975BB" w:rsidRPr="00D92787" w14:paraId="166B059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086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932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Eastwood have links to WW2?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D5B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can link to WW2 through local people, places, memorials and sources connected to the wider conflict.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CBC6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3AE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remember wars because... but... so...</w:t>
            </w:r>
          </w:p>
        </w:tc>
      </w:tr>
      <w:tr w:rsidR="009975BB" w:rsidRPr="00D92787" w14:paraId="2E28EE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3670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334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a monument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C5A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monument or memorial can show who or what people wanted to remember and why it mattered.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E54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59F3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Eastwood, WW2, memorial.</w:t>
            </w:r>
          </w:p>
        </w:tc>
      </w:tr>
      <w:tr w:rsidR="009975BB" w:rsidRPr="00D92787" w14:paraId="71F66ED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114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14F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Walter Tull?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0A91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Walter Tull was a significant Black British figure remembered for his achievements and service.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ADB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864A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Eastwood, WW2, Stone Age. Explain.</w:t>
            </w:r>
          </w:p>
        </w:tc>
      </w:tr>
      <w:tr w:rsidR="009975BB" w:rsidRPr="00D92787" w14:paraId="5FC0CE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840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244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primary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47E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primary source comes from the time being studied, such as a diary, object, photograph or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6CC6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B5D2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places are never linked to world events. Always, sometimes or never?</w:t>
            </w:r>
          </w:p>
        </w:tc>
      </w:tr>
      <w:tr w:rsidR="009975BB" w:rsidRPr="00D92787" w14:paraId="338CC45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FB7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06B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secondary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AFF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secondary source is made after the time being studied, using other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6FC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1123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local and national evidence about WW2.</w:t>
            </w:r>
          </w:p>
        </w:tc>
      </w:tr>
      <w:tr w:rsidR="009975BB" w:rsidRPr="00D92787" w14:paraId="0F74C1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41B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CB4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people’s lives change during WW2?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6022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9B7F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B247A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memorial.</w:t>
            </w:r>
          </w:p>
        </w:tc>
      </w:tr>
      <w:tr w:rsidR="009975BB" w:rsidRPr="00D92787" w14:paraId="03F9657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86B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903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have we learned about prehistoric Britain, Ancient Egypt and Eastwood in WW2?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A66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can link to WW2 through local people, places, memorials and sources connected to the wider conflict.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D852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19B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World War Two happened between 1939 and 1945. True or false?</w:t>
            </w:r>
          </w:p>
        </w:tc>
      </w:tr>
    </w:tbl>
    <w:p w14:paraId="11B56C8E" w14:textId="77777777" w:rsidR="009975BB" w:rsidRPr="00D92787" w:rsidRDefault="009975BB">
      <w:pPr>
        <w:rPr>
          <w:rFonts w:ascii="Lexend Light" w:hAnsi="Lexend Light"/>
        </w:rPr>
      </w:pPr>
    </w:p>
    <w:p w14:paraId="78124884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7074F459" w14:textId="0F998D99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 xml:space="preserve">Year 4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0AB81F15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EF9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34AE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801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2E4E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7774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6E7AA2F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D0F7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63F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civilisation?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8A5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civilisation is a society with organised ways of living, such as government, buildings, trade or writing.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3ED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88F0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Ancient Egypt, Ancient Greece, Romans. Explain.</w:t>
            </w:r>
          </w:p>
        </w:tc>
      </w:tr>
      <w:tr w:rsidR="009975BB" w:rsidRPr="00D92787" w14:paraId="646CC4E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A9C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E37C8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Ancient Egypt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DE5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was a significant early civilisation with writing, rulers, beliefs and monuments.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57B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F40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Achievements from the past always still affect life today. Always, sometimes or never?</w:t>
            </w:r>
          </w:p>
        </w:tc>
      </w:tr>
      <w:tr w:rsidR="009975BB" w:rsidRPr="00D92787" w14:paraId="1F42A4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C9FAE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C34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Tutankhamun?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6174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Tutankhamun was an Egyptian pharaoh whose tomb helps historians learn about Ancient Egypt.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4C7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427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Ancient Egypt and Ancient Greece.</w:t>
            </w:r>
          </w:p>
        </w:tc>
      </w:tr>
      <w:tr w:rsidR="009975BB" w:rsidRPr="00D92787" w14:paraId="221947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A0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EFF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achievement?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78068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060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05C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reliability.</w:t>
            </w:r>
          </w:p>
        </w:tc>
      </w:tr>
      <w:tr w:rsidR="009975BB" w:rsidRPr="00D92787" w14:paraId="082574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E0E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8FA7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CDC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source is something that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ABC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FA9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Buildings can be historical sources. True or false?</w:t>
            </w:r>
          </w:p>
        </w:tc>
      </w:tr>
      <w:tr w:rsidR="009975BB" w:rsidRPr="00D92787" w14:paraId="5B709F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324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0841F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reliability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670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 means how far we can trust a source, depending on who made it, why and what evidence supports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98509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8B0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Civilisations influence later societies because... but... so...</w:t>
            </w:r>
          </w:p>
        </w:tc>
      </w:tr>
      <w:tr w:rsidR="009975BB" w:rsidRPr="00D92787" w14:paraId="5341D31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A08D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8F2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buildings help us learn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6D2E6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A86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58F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civilisation, achievement, source.</w:t>
            </w:r>
          </w:p>
        </w:tc>
      </w:tr>
      <w:tr w:rsidR="009975BB" w:rsidRPr="00D92787" w14:paraId="601D9B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B44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1244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writing help us learn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A39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FC2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5EF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Ancient Egypt, Ancient Greece, Romans. Explain.</w:t>
            </w:r>
          </w:p>
        </w:tc>
      </w:tr>
      <w:tr w:rsidR="009975BB" w:rsidRPr="00D92787" w14:paraId="4A2DFA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EC0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C02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compare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27C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3CB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058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Achievements from the past always still affect life today. Always, sometimes or never?</w:t>
            </w:r>
          </w:p>
        </w:tc>
      </w:tr>
      <w:tr w:rsidR="009975BB" w:rsidRPr="00D92787" w14:paraId="34CA51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029A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FB0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empire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559A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empire is a group of lands or peoples ruled by one power.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C35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6A81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Ancient Egypt and Ancient Greece.</w:t>
            </w:r>
          </w:p>
        </w:tc>
      </w:tr>
      <w:tr w:rsidR="009975BB" w:rsidRPr="00D92787" w14:paraId="0CE43E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FBD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012D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era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36E36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F39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C30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reliability.</w:t>
            </w:r>
          </w:p>
        </w:tc>
      </w:tr>
      <w:tr w:rsidR="009975BB" w:rsidRPr="00D92787" w14:paraId="7F7E2F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0A2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4DB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do civilisations influence the world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8B2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E1A2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D47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Buildings can be historical sources. True or false?</w:t>
            </w:r>
          </w:p>
        </w:tc>
      </w:tr>
    </w:tbl>
    <w:p w14:paraId="26F6E6EC" w14:textId="77777777" w:rsidR="009975BB" w:rsidRPr="00D92787" w:rsidRDefault="009975BB">
      <w:pPr>
        <w:rPr>
          <w:rFonts w:ascii="Lexend Light" w:hAnsi="Lexend Light"/>
        </w:rPr>
      </w:pPr>
    </w:p>
    <w:p w14:paraId="6905A9B3" w14:textId="10D9D138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4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9975BB" w:rsidRPr="00D92787" w14:paraId="0D228A25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C1A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554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964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FCB7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C98E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0678B7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1A78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D21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Ancient Greece?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AF4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Greece was an ancient civilisation made up of city-states.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692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A9C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Romans, Boudicca, Ancient Egypt. Explain.</w:t>
            </w:r>
          </w:p>
        </w:tc>
      </w:tr>
      <w:tr w:rsidR="009975BB" w:rsidRPr="00D92787" w14:paraId="3C291A1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09E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FED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city-state?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C09F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city-state is a city and its surrounding area that governs itself.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D96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6491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Invasions always lead to change. Always, sometimes or never?</w:t>
            </w:r>
          </w:p>
        </w:tc>
      </w:tr>
      <w:tr w:rsidR="009975BB" w:rsidRPr="00D92787" w14:paraId="18469F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DAA9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5F9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Name one Ancient Greek achievement.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2A2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Greek achievements include ideas about democracy, theatre, philosophy, art, architecture and the Olympic Games.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98A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478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Iron Age Britain and Roman Britain.</w:t>
            </w:r>
          </w:p>
        </w:tc>
      </w:tr>
      <w:tr w:rsidR="009975BB" w:rsidRPr="00D92787" w14:paraId="7702C0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310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286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Alexander the Great?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DA5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Alexander the Great was a significant leader who built a large empire.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110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A7C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empire.</w:t>
            </w:r>
          </w:p>
        </w:tc>
      </w:tr>
      <w:tr w:rsidR="009975BB" w:rsidRPr="00D92787" w14:paraId="0B9346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C36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68E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empire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687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empire is a group of lands or peoples ruled by one power.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D6EB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49C7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 Empire had an impact on Britain. True or false?</w:t>
            </w:r>
          </w:p>
        </w:tc>
      </w:tr>
      <w:tr w:rsidR="009975BB" w:rsidRPr="00D92787" w14:paraId="649823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E96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73F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invasion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12C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Invasion means entering a place by force to take control.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1E9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3A9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changed Britain because... but... so...</w:t>
            </w:r>
          </w:p>
        </w:tc>
      </w:tr>
      <w:tr w:rsidR="009975BB" w:rsidRPr="00D92787" w14:paraId="4A69B2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C05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F616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Romans?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957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were people from Rome whose empire had a major impact on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B59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5A0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Romans, invasion, Britain.</w:t>
            </w:r>
          </w:p>
        </w:tc>
      </w:tr>
      <w:tr w:rsidR="009975BB" w:rsidRPr="00D92787" w14:paraId="5AF7A11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54B6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8A8D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did the Romans invade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7D5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78F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6822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Romans, Boudicca, Ancient Egypt. Explain.</w:t>
            </w:r>
          </w:p>
        </w:tc>
      </w:tr>
      <w:tr w:rsidR="009975BB" w:rsidRPr="00D92787" w14:paraId="096246A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B91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054A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Julius Caesar?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CEE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Julius Caesar was a Roman leader who invaded Britain but did not fully conquer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913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774A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Invasions always lead to change. Always, sometimes or never?</w:t>
            </w:r>
          </w:p>
        </w:tc>
      </w:tr>
      <w:tr w:rsidR="009975BB" w:rsidRPr="00D92787" w14:paraId="7058DD7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C1BA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FE94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Boudicca?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354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Boudicca was a British leader who resisted Roman rule.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465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62A4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Iron Age Britain and Roman Britain.</w:t>
            </w:r>
          </w:p>
        </w:tc>
      </w:tr>
      <w:tr w:rsidR="009975BB" w:rsidRPr="00D92787" w14:paraId="37764A3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59A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583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Roman Britain differ from Iron Age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23F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7C5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E4B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empire.</w:t>
            </w:r>
          </w:p>
        </w:tc>
      </w:tr>
      <w:tr w:rsidR="009975BB" w:rsidRPr="00D92787" w14:paraId="7628E4C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973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B46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impact did the Greeks and Romans have?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B5BE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4B1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BB20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 Empire had an impact on Britain. True or false?</w:t>
            </w:r>
          </w:p>
        </w:tc>
      </w:tr>
    </w:tbl>
    <w:p w14:paraId="19DE3982" w14:textId="77777777" w:rsidR="009975BB" w:rsidRPr="00D92787" w:rsidRDefault="009975BB">
      <w:pPr>
        <w:rPr>
          <w:rFonts w:ascii="Lexend Light" w:hAnsi="Lexend Light"/>
        </w:rPr>
      </w:pPr>
    </w:p>
    <w:p w14:paraId="7D50EA25" w14:textId="0F3C1263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4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6"/>
        <w:gridCol w:w="3106"/>
        <w:gridCol w:w="3105"/>
      </w:tblGrid>
      <w:tr w:rsidR="009975BB" w:rsidRPr="00D92787" w14:paraId="3738121C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376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6CB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53F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3FA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296C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295E8C4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B7E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30B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local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6314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17521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413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Eastwood street names, coal mining, Ancient Greece. Explain.</w:t>
            </w:r>
          </w:p>
        </w:tc>
      </w:tr>
      <w:tr w:rsidR="009975BB" w:rsidRPr="00D92787" w14:paraId="0044AA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805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A3E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street names or local features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16D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C08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5BD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Street names always tell us something about the past. Always, sometimes or never?</w:t>
            </w:r>
          </w:p>
        </w:tc>
      </w:tr>
      <w:tr w:rsidR="009975BB" w:rsidRPr="00D92787" w14:paraId="3C75EEB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F3B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4A1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viewpoint?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6B8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may interpret the past differently because sources, viewpoints, evidence and experiences differ.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202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826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Eastwood past and present.</w:t>
            </w:r>
          </w:p>
        </w:tc>
      </w:tr>
      <w:tr w:rsidR="009975BB" w:rsidRPr="00D92787" w14:paraId="297D5FF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53F6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E829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source validity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495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provide evidence, but historians must consider what they show, what they miss and how reliable they are.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0A57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63F7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viewpoint.</w:t>
            </w:r>
          </w:p>
        </w:tc>
      </w:tr>
      <w:tr w:rsidR="009975BB" w:rsidRPr="00D92787" w14:paraId="55E4C4A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684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ECE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the Romans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278E4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changed Britain through roads, towns, buildings, trade, language, religion and ways of governing.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AFB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E08F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can link to wider British history. True or false?</w:t>
            </w:r>
          </w:p>
        </w:tc>
      </w:tr>
      <w:tr w:rsidR="009975BB" w:rsidRPr="00D92787" w14:paraId="2FE2059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9D1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04A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Ancient Greece influence later societies?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09FD6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4BB1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664B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Coal mining affected Eastwood because... but... so...</w:t>
            </w:r>
          </w:p>
        </w:tc>
      </w:tr>
      <w:tr w:rsidR="009975BB" w:rsidRPr="00D92787" w14:paraId="1F0AC7A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D2E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130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coal mining?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66C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Coal mining was the work of digging coal from underground.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556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841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Eastwood, coal mining, community.</w:t>
            </w:r>
          </w:p>
        </w:tc>
      </w:tr>
      <w:tr w:rsidR="009975BB" w:rsidRPr="00D92787" w14:paraId="7F54D37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A4F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F32D4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coal mining affect communities?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DE3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Coal mining affected Eastwood’s jobs, streets, families and community identity.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A107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724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Eastwood street names, coal mining, Ancient Greece. Explain.</w:t>
            </w:r>
          </w:p>
        </w:tc>
      </w:tr>
      <w:tr w:rsidR="009975BB" w:rsidRPr="00D92787" w14:paraId="1C3521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1E1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251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Eastwood’s past be linked to British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B6A79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7FC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C55D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Street names always tell us something about the past. Always, sometimes or never?</w:t>
            </w:r>
          </w:p>
        </w:tc>
      </w:tr>
      <w:tr w:rsidR="009975BB" w:rsidRPr="00D92787" w14:paraId="1A5571A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4849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B32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local sources help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1D22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 and can be studied through buildings, maps, photographs and memories.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C427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E0F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Eastwood past and present.</w:t>
            </w:r>
          </w:p>
        </w:tc>
      </w:tr>
      <w:tr w:rsidR="009975BB" w:rsidRPr="00D92787" w14:paraId="358F8B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4FD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A8A4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continuity and change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74E5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46554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232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viewpoint.</w:t>
            </w:r>
          </w:p>
        </w:tc>
      </w:tr>
      <w:tr w:rsidR="009975BB" w:rsidRPr="00D92787" w14:paraId="312292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794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9EC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have we learned about Greeks, Romans and Eastwood’s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188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670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139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can link to wider British history. True or false?</w:t>
            </w:r>
          </w:p>
        </w:tc>
      </w:tr>
    </w:tbl>
    <w:p w14:paraId="1649104E" w14:textId="77777777" w:rsidR="009975BB" w:rsidRPr="00D92787" w:rsidRDefault="009975BB">
      <w:pPr>
        <w:rPr>
          <w:rFonts w:ascii="Lexend Light" w:hAnsi="Lexend Light"/>
        </w:rPr>
      </w:pPr>
    </w:p>
    <w:p w14:paraId="0C033A2F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72DBD93D" w14:textId="0E9A068E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 xml:space="preserve">Year 5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6"/>
        <w:gridCol w:w="3106"/>
        <w:gridCol w:w="3106"/>
      </w:tblGrid>
      <w:tr w:rsidR="009975BB" w:rsidRPr="00D92787" w14:paraId="07F306E0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9F3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E60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78DB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397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0EEE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0C7C6D0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B843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CC8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Romans?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2A2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were people from Rome whose empire had a major impact on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778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8D627" w14:textId="4515BCE9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Odd one out: Romans, Anglo-Saxons, </w:t>
            </w:r>
            <w:proofErr w:type="spellStart"/>
            <w:r w:rsidR="00823929">
              <w:rPr>
                <w:rFonts w:ascii="Lexend Light" w:hAnsi="Lexend Light"/>
                <w:sz w:val="14"/>
              </w:rPr>
              <w:t>Stonegae</w:t>
            </w:r>
            <w:proofErr w:type="spellEnd"/>
            <w:r w:rsidRPr="00D92787">
              <w:rPr>
                <w:rFonts w:ascii="Lexend Light" w:hAnsi="Lexend Light"/>
                <w:sz w:val="14"/>
              </w:rPr>
              <w:t>. Explain.</w:t>
            </w:r>
          </w:p>
        </w:tc>
      </w:tr>
      <w:tr w:rsidR="009975BB" w:rsidRPr="00D92787" w14:paraId="0CC7924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ED3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76CD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did the Romans change in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673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changed Britain through roads, towns, buildings, trade, language, religion and ways of governing.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AE7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2AA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 names always give clues about the past. Always, sometimes or never?</w:t>
            </w:r>
          </w:p>
        </w:tc>
      </w:tr>
      <w:tr w:rsidR="009975BB" w:rsidRPr="00D92787" w14:paraId="3BA3C60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2F6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CFD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settlement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042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means people moving to live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939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C54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Roman Britain and Anglo-Saxon Britain.</w:t>
            </w:r>
          </w:p>
        </w:tc>
      </w:tr>
      <w:tr w:rsidR="009975BB" w:rsidRPr="00D92787" w14:paraId="432131C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07C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C1D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invasion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F38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Invasion means entering a place by force to take control.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0383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7C6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settlement.</w:t>
            </w:r>
          </w:p>
        </w:tc>
      </w:tr>
      <w:tr w:rsidR="009975BB" w:rsidRPr="00D92787" w14:paraId="655D884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EB0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979D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empire?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0563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D2E9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556DA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came before the Anglo-Saxons in Britain. True or false?</w:t>
            </w:r>
          </w:p>
        </w:tc>
      </w:tr>
      <w:tr w:rsidR="009975BB" w:rsidRPr="00D92787" w14:paraId="7C0F342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2AE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2DCEC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367F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source is something that gives historians evidence about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97376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34723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Anglo-Saxons settled in Britain because... but... so...</w:t>
            </w:r>
          </w:p>
        </w:tc>
      </w:tr>
      <w:tr w:rsidR="009975BB" w:rsidRPr="00D92787" w14:paraId="324AC44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073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5EF8B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validity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737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Validity is about whether information or evidence is useful and trustworthy for the question being asked.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9BF0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16C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settlement, place names, Anglo-Saxons.</w:t>
            </w:r>
          </w:p>
        </w:tc>
      </w:tr>
      <w:tr w:rsidR="009975BB" w:rsidRPr="00D92787" w14:paraId="34F332E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9A3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DC3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place names tell us about the past?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737DD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 names can preserve clues about who lived in an area and what language or culture influenced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F92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43E3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Romans, Anglo-Saxons, Baghdad. Explain.</w:t>
            </w:r>
          </w:p>
        </w:tc>
      </w:tr>
      <w:tr w:rsidR="009975BB" w:rsidRPr="00D92787" w14:paraId="7E25FF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46B8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D3E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compare two historical periods?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E4F8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6CE16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00895" w14:textId="3E5FA2D7" w:rsidR="009975BB" w:rsidRPr="00D92787" w:rsidRDefault="00C22CD1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Double bubble- Vikings- Ancient </w:t>
            </w:r>
            <w:proofErr w:type="spellStart"/>
            <w:r>
              <w:rPr>
                <w:rFonts w:ascii="Lexend Light" w:hAnsi="Lexend Light"/>
                <w:sz w:val="14"/>
              </w:rPr>
              <w:t>greece</w:t>
            </w:r>
            <w:proofErr w:type="spellEnd"/>
          </w:p>
        </w:tc>
      </w:tr>
      <w:tr w:rsidR="009975BB" w:rsidRPr="00D92787" w14:paraId="3317DF4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D03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04A1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did people in Roman Britain believe?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A80D0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8523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689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Roman Britain and Anglo-Saxon Britain.</w:t>
            </w:r>
          </w:p>
        </w:tc>
      </w:tr>
      <w:tr w:rsidR="009975BB" w:rsidRPr="00D92787" w14:paraId="7A4ECA3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EA1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8A5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happened after the Romans left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F207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FD5C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77FC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settlement.</w:t>
            </w:r>
          </w:p>
        </w:tc>
      </w:tr>
      <w:tr w:rsidR="009975BB" w:rsidRPr="00D92787" w14:paraId="2DA20B0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B08BA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EA604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 we know about Britain before the Anglo-Saxons arrived?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B8E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AA6D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FCB2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came before the Anglo-Saxons in Britain. True or false?</w:t>
            </w:r>
          </w:p>
        </w:tc>
      </w:tr>
    </w:tbl>
    <w:p w14:paraId="3C8DB19B" w14:textId="77777777" w:rsidR="009975BB" w:rsidRPr="00D92787" w:rsidRDefault="009975BB">
      <w:pPr>
        <w:rPr>
          <w:rFonts w:ascii="Lexend Light" w:hAnsi="Lexend Light"/>
        </w:rPr>
      </w:pPr>
    </w:p>
    <w:p w14:paraId="22E36BA4" w14:textId="45FA3DF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5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630D7ABB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52E6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0CA6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1AD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2B06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564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602942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A30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64C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Anglo-Saxons?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831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Anglo-Saxons were groups who settled in Britain after the Romans left.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4FE13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02571" w14:textId="2A0FA17D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Odd one out: William Booth, </w:t>
            </w:r>
            <w:r w:rsidR="00D52238">
              <w:rPr>
                <w:rFonts w:ascii="Lexend Light" w:hAnsi="Lexend Light"/>
                <w:sz w:val="14"/>
              </w:rPr>
              <w:t>DH Lawrence</w:t>
            </w:r>
            <w:r w:rsidRPr="00D92787">
              <w:rPr>
                <w:rFonts w:ascii="Lexend Light" w:hAnsi="Lexend Light"/>
                <w:sz w:val="14"/>
              </w:rPr>
              <w:t xml:space="preserve">, </w:t>
            </w:r>
            <w:r w:rsidR="00B82157">
              <w:rPr>
                <w:rFonts w:ascii="Lexend Light" w:hAnsi="Lexend Light"/>
                <w:sz w:val="14"/>
              </w:rPr>
              <w:t>Florence Nightingale-</w:t>
            </w:r>
            <w:r w:rsidRPr="00D92787">
              <w:rPr>
                <w:rFonts w:ascii="Lexend Light" w:hAnsi="Lexend Light"/>
                <w:sz w:val="14"/>
              </w:rPr>
              <w:t>Explain.</w:t>
            </w:r>
          </w:p>
        </w:tc>
      </w:tr>
      <w:tr w:rsidR="009975BB" w:rsidRPr="00D92787" w14:paraId="08FC41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4C2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78D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Scots?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AC5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Scots were people from the north who were part of Britain’s early medieval story.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B6A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8B16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People’s actions always shape history. Always, sometimes or never?</w:t>
            </w:r>
          </w:p>
        </w:tc>
      </w:tr>
      <w:tr w:rsidR="009975BB" w:rsidRPr="00D92787" w14:paraId="52859CB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78AA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35E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When did Anglo-Saxons settle in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705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DD5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46A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Victorian Nottingham and Anglo-Saxon Britain.</w:t>
            </w:r>
          </w:p>
        </w:tc>
      </w:tr>
      <w:tr w:rsidR="009975BB" w:rsidRPr="00D92787" w14:paraId="110795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9D51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0F7E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Anglo-Saxon life differ from Roman life?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307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2D8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A07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reformer.</w:t>
            </w:r>
          </w:p>
        </w:tc>
      </w:tr>
      <w:tr w:rsidR="009975BB" w:rsidRPr="00D92787" w14:paraId="34E30DE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B96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6EC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beliefs change in Anglo-Saxon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D44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Beliefs changed in Anglo-Saxon Britain as Christianity spread.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9C95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EBF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Salvation Army was created to help people who were poor or struggling. True or false?</w:t>
            </w:r>
          </w:p>
        </w:tc>
      </w:tr>
      <w:tr w:rsidR="009975BB" w:rsidRPr="00D92787" w14:paraId="371F0F2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811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943B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sources tell us about Anglo-Saxon life?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802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provide evidence, but historians must consider what they show, what they miss and how reliable they are.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D8366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B5D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William Booth is significant because... but... so...</w:t>
            </w:r>
          </w:p>
        </w:tc>
      </w:tr>
      <w:tr w:rsidR="009975BB" w:rsidRPr="00D92787" w14:paraId="26C7377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41B5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899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William Booth?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8552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William Booth was a significant figure with links to Nottingham who founded the Salvation Army.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795B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700D1" w14:textId="2F854C25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Connect: William Booth, </w:t>
            </w:r>
            <w:r w:rsidR="00F25C1C">
              <w:rPr>
                <w:rFonts w:ascii="Lexend Light" w:hAnsi="Lexend Light"/>
                <w:sz w:val="14"/>
              </w:rPr>
              <w:t>DH Lawrence</w:t>
            </w:r>
          </w:p>
        </w:tc>
      </w:tr>
      <w:tr w:rsidR="009975BB" w:rsidRPr="00D92787" w14:paraId="380C32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73B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A24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Salvation Army?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F16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Salvation Army was created to help people who were poor or struggling.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E234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C3A7A" w14:textId="26050EC3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45D52C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7BD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2F42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the Salvation Army created?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1A13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409B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458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People’s actions always shape history. Always, sometimes or never?</w:t>
            </w:r>
          </w:p>
        </w:tc>
      </w:tr>
      <w:tr w:rsidR="009975BB" w:rsidRPr="00D92787" w14:paraId="1B7570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092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A284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were people’s needs in Victorian Nottingham different from earlier periods?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FC5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29B8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4C9FC" w14:textId="264BB57F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7A0FD0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637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B4A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people’s actions shape history?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D404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B11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FC3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reformer.</w:t>
            </w:r>
          </w:p>
        </w:tc>
      </w:tr>
      <w:tr w:rsidR="009975BB" w:rsidRPr="00D92787" w14:paraId="487F2BC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0EE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C488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the Anglo-Saxons and William Booth shape Britain and Nottingham?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54D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B04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3556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Salvation Army was created to help people who were poor or struggling. True or false?</w:t>
            </w:r>
          </w:p>
        </w:tc>
      </w:tr>
    </w:tbl>
    <w:p w14:paraId="51C02EEA" w14:textId="77777777" w:rsidR="009975BB" w:rsidRPr="00D92787" w:rsidRDefault="009975BB">
      <w:pPr>
        <w:rPr>
          <w:rFonts w:ascii="Lexend Light" w:hAnsi="Lexend Light"/>
        </w:rPr>
      </w:pPr>
    </w:p>
    <w:p w14:paraId="54D49FDF" w14:textId="2C28186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5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73F64B80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0618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AAB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F8D53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7FF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0D4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5FC803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B6E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7AC36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settlement?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7A4A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settlement is a place where people live, or the act of people moving to live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4912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07F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Baghdad, House of Wisdom, Roman road. Explain.</w:t>
            </w:r>
          </w:p>
        </w:tc>
      </w:tr>
      <w:tr w:rsidR="009975BB" w:rsidRPr="00D92787" w14:paraId="4E5980D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EBF9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7919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makes a city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F1F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city is significant if it has important influence, achievements, power, trade, knowledge or culture.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CCC3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5E2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Civilisations at the same time always develop in the same way. Always, sometimes or never?</w:t>
            </w:r>
          </w:p>
        </w:tc>
      </w:tr>
      <w:tr w:rsidR="009975BB" w:rsidRPr="00D92787" w14:paraId="220F38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FEF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F5A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civilisation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DB27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52E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D748C4" w14:textId="4FA91878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Double bubble: </w:t>
            </w:r>
            <w:proofErr w:type="gramStart"/>
            <w:r w:rsidRPr="00D92787">
              <w:rPr>
                <w:rFonts w:ascii="Lexend Light" w:hAnsi="Lexend Light"/>
                <w:sz w:val="14"/>
              </w:rPr>
              <w:t>compare</w:t>
            </w:r>
            <w:proofErr w:type="gramEnd"/>
            <w:r w:rsidRPr="00D92787">
              <w:rPr>
                <w:rFonts w:ascii="Lexend Light" w:hAnsi="Lexend Light"/>
                <w:sz w:val="14"/>
              </w:rPr>
              <w:t xml:space="preserve"> </w:t>
            </w:r>
            <w:r w:rsidR="0049551C">
              <w:rPr>
                <w:rFonts w:ascii="Lexend Light" w:hAnsi="Lexend Light"/>
                <w:sz w:val="14"/>
              </w:rPr>
              <w:t xml:space="preserve">Viking and </w:t>
            </w:r>
            <w:r w:rsidRPr="00D92787">
              <w:rPr>
                <w:rFonts w:ascii="Lexend Light" w:hAnsi="Lexend Light"/>
                <w:sz w:val="14"/>
              </w:rPr>
              <w:t>Anglo-Saxon Britain.</w:t>
            </w:r>
          </w:p>
        </w:tc>
      </w:tr>
      <w:tr w:rsidR="009975BB" w:rsidRPr="00D92787" w14:paraId="157B7B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79A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F416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 we know about Anglo-Saxon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63B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E6D3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3B92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concurrent.</w:t>
            </w:r>
          </w:p>
        </w:tc>
      </w:tr>
      <w:tr w:rsidR="009975BB" w:rsidRPr="00D92787" w14:paraId="79DF4A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2C34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C90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concurrent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119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Concurrent means happening at the same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79E4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B37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famous for knowledge, including maths, science and medicine. True or false?</w:t>
            </w:r>
          </w:p>
        </w:tc>
      </w:tr>
      <w:tr w:rsidR="009975BB" w:rsidRPr="00D92787" w14:paraId="5527D0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586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CB1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Baghdad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24A5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an important city in the early Islamic civilisation and a centre of knowledge.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A2F4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04FB4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became significant because... but... so...</w:t>
            </w:r>
          </w:p>
        </w:tc>
      </w:tr>
      <w:tr w:rsidR="009975BB" w:rsidRPr="00D92787" w14:paraId="48608E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6507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A6F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House of Wisdom?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8CB7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House of Wisdom was an important centre of learning in Baghdad.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99A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14D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Baghdad, House of Wisdom, knowledge.</w:t>
            </w:r>
          </w:p>
        </w:tc>
      </w:tr>
      <w:tr w:rsidR="009975BB" w:rsidRPr="00D92787" w14:paraId="6BBE4A2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469B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AFF3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Baghdad famous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7CE3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famous for knowledge, including maths, science and medicine.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2410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8CD46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Baghdad, House of Wisdom, Roman road. Explain.</w:t>
            </w:r>
          </w:p>
        </w:tc>
      </w:tr>
      <w:tr w:rsidR="009975BB" w:rsidRPr="00D92787" w14:paraId="5A240E7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F1A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0BF4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Baghdad different from Britain at the same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98A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68FC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F69E4F" w14:textId="251C9C58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0C9D2A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B0B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0F75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bias in a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09A6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Bias is when a source shows one-sided views or favours one viewpoint.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15F8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F9F0F2" w14:textId="08D0FC45" w:rsidR="009975BB" w:rsidRPr="009B7D0C" w:rsidRDefault="009B7D0C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>
              <w:rPr>
                <w:rFonts w:ascii="Lexend Light" w:hAnsi="Lexend Light"/>
                <w:sz w:val="14"/>
                <w:szCs w:val="14"/>
              </w:rPr>
              <w:t>Compare two source types- double bubble</w:t>
            </w:r>
          </w:p>
        </w:tc>
      </w:tr>
      <w:tr w:rsidR="009975BB" w:rsidRPr="00D92787" w14:paraId="5205286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6F2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1D29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might a city become less powerful?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02A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315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B6818" w14:textId="7737DC44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74974AD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CB0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C00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have we learned about Anglo-Saxons, Nottingham and Baghdad?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C0475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a significant settlement where knowledge, learning and scholarship were important.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D0F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AF0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famous for knowledge, including maths, science and medicine. True or false?</w:t>
            </w:r>
          </w:p>
        </w:tc>
      </w:tr>
    </w:tbl>
    <w:p w14:paraId="6B1EA4BE" w14:textId="77777777" w:rsidR="009975BB" w:rsidRPr="00D92787" w:rsidRDefault="009975BB">
      <w:pPr>
        <w:rPr>
          <w:rFonts w:ascii="Lexend Light" w:hAnsi="Lexend Light"/>
        </w:rPr>
      </w:pPr>
    </w:p>
    <w:p w14:paraId="11A30570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36144945" w14:textId="193D01EF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 xml:space="preserve">Year 6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9975BB" w:rsidRPr="00D92787" w14:paraId="011BA952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B9C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5A2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942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774C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8A5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0275110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B57D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60E5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Anglo-Saxons?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174F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Anglo-Saxons were groups who settled in Britain after the Romans left.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0F6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BC72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Anglo-Saxons, Vikings, Great Fire. Explain.</w:t>
            </w:r>
          </w:p>
        </w:tc>
      </w:tr>
      <w:tr w:rsidR="009975BB" w:rsidRPr="00D92787" w14:paraId="07FA841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AE3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69AE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When did the Anglo-Saxons settle in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1E5B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5733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30E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always happens peacefully. Always, sometimes or never?</w:t>
            </w:r>
          </w:p>
        </w:tc>
      </w:tr>
      <w:tr w:rsidR="009975BB" w:rsidRPr="00D92787" w14:paraId="3A83A4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92C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CAA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settlement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82B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means people moving to live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683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3F3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Anglo-Saxons and Vikings.</w:t>
            </w:r>
          </w:p>
        </w:tc>
      </w:tr>
      <w:tr w:rsidR="009975BB" w:rsidRPr="00D92787" w14:paraId="67E842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5509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7C86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Anglo-Saxons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10D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B58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535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raid.</w:t>
            </w:r>
          </w:p>
        </w:tc>
      </w:tr>
      <w:tr w:rsidR="009975BB" w:rsidRPr="00D92787" w14:paraId="4527C02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CDA1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7B0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place names tell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2B1E4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 names can preserve clues about who lived in an area and what language or culture influenced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594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FDB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Vikings first raided Britain and later settled. True or false?</w:t>
            </w:r>
          </w:p>
        </w:tc>
      </w:tr>
      <w:tr w:rsidR="009975BB" w:rsidRPr="00D92787" w14:paraId="1864417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324A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A30D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raid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7AB4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raid is a sudden attack, often to take goods or resources.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2B4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EFB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Vikings came to Britain because... but... so...</w:t>
            </w:r>
          </w:p>
        </w:tc>
      </w:tr>
      <w:tr w:rsidR="009975BB" w:rsidRPr="00D92787" w14:paraId="7E97445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310A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7C76D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Vikings?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E718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Vikings were people from Scandinavia who raided, traded and settled in Britain.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A4BC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C68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Vikings, settlement, place names.</w:t>
            </w:r>
          </w:p>
        </w:tc>
      </w:tr>
      <w:tr w:rsidR="009975BB" w:rsidRPr="00D92787" w14:paraId="754AD3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6DF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56C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did Vikings come to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E1A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F788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61EDC" w14:textId="1ECAFBCF" w:rsidR="009975BB" w:rsidRPr="00D92787" w:rsidRDefault="00E2763A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Odd one out</w:t>
            </w:r>
          </w:p>
        </w:tc>
      </w:tr>
      <w:tr w:rsidR="009975BB" w:rsidRPr="00D92787" w14:paraId="407F51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ED6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55C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were Anglo-Saxons and Vikings similar?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73F3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2D7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50AE2" w14:textId="10C3015B" w:rsidR="009975BB" w:rsidRPr="00D92787" w:rsidRDefault="009A4A4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Double bubble Vikings, romans and </w:t>
            </w:r>
            <w:r w:rsidR="0015544E">
              <w:rPr>
                <w:rFonts w:ascii="Lexend Light" w:hAnsi="Lexend Light"/>
                <w:sz w:val="14"/>
              </w:rPr>
              <w:t>Anglo</w:t>
            </w:r>
            <w:r>
              <w:rPr>
                <w:rFonts w:ascii="Lexend Light" w:hAnsi="Lexend Light"/>
                <w:sz w:val="14"/>
              </w:rPr>
              <w:t xml:space="preserve"> </w:t>
            </w:r>
            <w:r w:rsidR="0015544E">
              <w:rPr>
                <w:rFonts w:ascii="Lexend Light" w:hAnsi="Lexend Light"/>
                <w:sz w:val="14"/>
              </w:rPr>
              <w:t>Saxons</w:t>
            </w:r>
          </w:p>
        </w:tc>
      </w:tr>
      <w:tr w:rsidR="009975BB" w:rsidRPr="00D92787" w14:paraId="7570DF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CD33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01C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were Anglo-Saxons and Vikings different?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CED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DFC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0D4DDD" w14:textId="3E8CC5C1" w:rsidR="009975BB" w:rsidRPr="00D92787" w:rsidRDefault="0015544E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Compare a Viking settlement </w:t>
            </w:r>
            <w:proofErr w:type="spellStart"/>
            <w:r>
              <w:rPr>
                <w:rFonts w:ascii="Lexend Light" w:hAnsi="Lexend Light"/>
                <w:sz w:val="14"/>
              </w:rPr>
              <w:t>ot</w:t>
            </w:r>
            <w:proofErr w:type="spellEnd"/>
            <w:r>
              <w:rPr>
                <w:rFonts w:ascii="Lexend Light" w:hAnsi="Lexend Light"/>
                <w:sz w:val="14"/>
              </w:rPr>
              <w:t xml:space="preserve"> an </w:t>
            </w:r>
            <w:proofErr w:type="gramStart"/>
            <w:r>
              <w:rPr>
                <w:rFonts w:ascii="Lexend Light" w:hAnsi="Lexend Light"/>
                <w:sz w:val="14"/>
              </w:rPr>
              <w:t>Anglo Saxon</w:t>
            </w:r>
            <w:proofErr w:type="gramEnd"/>
            <w:r>
              <w:rPr>
                <w:rFonts w:ascii="Lexend Light" w:hAnsi="Lexend Light"/>
                <w:sz w:val="14"/>
              </w:rPr>
              <w:t xml:space="preserve"> settlement</w:t>
            </w:r>
          </w:p>
        </w:tc>
      </w:tr>
      <w:tr w:rsidR="009975BB" w:rsidRPr="00D92787" w14:paraId="557C94E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A69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CCF6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Edward the Confessor?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E503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Edward the Confessor was a significant Anglo-Saxon king.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68B3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60361" w14:textId="6EE03EA6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Frayer model for </w:t>
            </w:r>
            <w:r w:rsidR="008A38AB">
              <w:rPr>
                <w:rFonts w:ascii="Lexend Light" w:hAnsi="Lexend Light"/>
                <w:sz w:val="14"/>
              </w:rPr>
              <w:t xml:space="preserve">Lindisfarne </w:t>
            </w:r>
            <w:r w:rsidRPr="00D92787">
              <w:rPr>
                <w:rFonts w:ascii="Lexend Light" w:hAnsi="Lexend Light"/>
                <w:sz w:val="14"/>
              </w:rPr>
              <w:t>raid.</w:t>
            </w:r>
          </w:p>
        </w:tc>
      </w:tr>
      <w:tr w:rsidR="009975BB" w:rsidRPr="00D92787" w14:paraId="2396CB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934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53F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well did the Anglo-Saxons and Vikings get 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F66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F33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93A1A" w14:textId="1A068541" w:rsidR="009975BB" w:rsidRPr="00D92787" w:rsidRDefault="008A38A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Compare Anglo Saxon and Viking army- double bubble</w:t>
            </w:r>
          </w:p>
        </w:tc>
      </w:tr>
    </w:tbl>
    <w:p w14:paraId="6B077947" w14:textId="77777777" w:rsidR="009975BB" w:rsidRPr="00D92787" w:rsidRDefault="009975BB">
      <w:pPr>
        <w:rPr>
          <w:rFonts w:ascii="Lexend Light" w:hAnsi="Lexend Light"/>
        </w:rPr>
      </w:pPr>
    </w:p>
    <w:p w14:paraId="18C480B9" w14:textId="547FF17C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6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6"/>
        <w:gridCol w:w="3105"/>
        <w:gridCol w:w="3106"/>
        <w:gridCol w:w="3106"/>
      </w:tblGrid>
      <w:tr w:rsidR="009975BB" w:rsidRPr="00D92787" w14:paraId="7439A3E6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AEA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ACB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6958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F8C9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1E6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5F7C53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1A0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AD2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chronology?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38F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8D30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3687D" w14:textId="0732D486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68C590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8023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9E5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concurrent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594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Concurrent means happening at the same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72F7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45B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Historians always agree about the past. Always, sometimes or never?</w:t>
            </w:r>
          </w:p>
        </w:tc>
      </w:tr>
      <w:tr w:rsidR="009975BB" w:rsidRPr="00D92787" w14:paraId="5CF22DD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33775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64F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 raids affect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739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 raids affected Britain through attack, fear, conflict, wealth-taking and later political change.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E65B2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44F184" w14:textId="3CF703C9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58E7C8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4951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68C8A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 settlement affect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E7AA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 settlement affected language, law, place names, trade and ways of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953F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6F5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bias.</w:t>
            </w:r>
          </w:p>
        </w:tc>
      </w:tr>
      <w:tr w:rsidR="009975BB" w:rsidRPr="00D92787" w14:paraId="4DB60E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F2E1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0CE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cause and effect?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753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 and effect means why something happened and what happened as a result.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FA8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D96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Different sources can lead to different interpretations. True or false?</w:t>
            </w:r>
          </w:p>
        </w:tc>
      </w:tr>
      <w:tr w:rsidR="009975BB" w:rsidRPr="00D92787" w14:paraId="020DD5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44A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7C05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one event have many effects?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032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BEF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AE9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 settlement affected Britain because... but... so...</w:t>
            </w:r>
          </w:p>
        </w:tc>
      </w:tr>
      <w:tr w:rsidR="009975BB" w:rsidRPr="00D92787" w14:paraId="17DF76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FD5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7273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compare Viking Britain with Baghdad?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577E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A36E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39EA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source, bias, interpretation.</w:t>
            </w:r>
          </w:p>
        </w:tc>
      </w:tr>
      <w:tr w:rsidR="009975BB" w:rsidRPr="00D92787" w14:paraId="7E597B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C858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507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compare Viking Britain with Anglo-Saxon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2DA0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1E7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19A848" w14:textId="2FB0AD39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 xml:space="preserve">Odd one out: </w:t>
            </w:r>
          </w:p>
        </w:tc>
      </w:tr>
      <w:tr w:rsidR="009975BB" w:rsidRPr="00D92787" w14:paraId="6CD4B74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E9B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668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sources help us learn about Vikings?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055B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provide evidence, but historians must consider what they show, what they miss and how reliable they are.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1BE4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E260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Historians always agree about the past. Always, sometimes or never?</w:t>
            </w:r>
          </w:p>
        </w:tc>
      </w:tr>
      <w:tr w:rsidR="009975BB" w:rsidRPr="00D92787" w14:paraId="02E88FF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7DA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8452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bias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1204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may interpret the past differently because sources, viewpoints, evidence and experiences differ.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4624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ED184" w14:textId="28D1C512" w:rsidR="009975BB" w:rsidRPr="00D92787" w:rsidRDefault="00E6418E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Compare two sources- double bubble</w:t>
            </w:r>
          </w:p>
        </w:tc>
      </w:tr>
      <w:tr w:rsidR="009975BB" w:rsidRPr="00D92787" w14:paraId="01DADA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E8D1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427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interpretations of the past differ?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CB7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47D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466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bias.</w:t>
            </w:r>
          </w:p>
        </w:tc>
      </w:tr>
      <w:tr w:rsidR="009975BB" w:rsidRPr="00D92787" w14:paraId="653BCA3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E71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4138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impact did Vikings have on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E92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97A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4FD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Different sources can lead to different interpretations. True or false?</w:t>
            </w:r>
          </w:p>
        </w:tc>
      </w:tr>
    </w:tbl>
    <w:p w14:paraId="41CA7F78" w14:textId="77777777" w:rsidR="009975BB" w:rsidRPr="00D92787" w:rsidRDefault="009975BB">
      <w:pPr>
        <w:rPr>
          <w:rFonts w:ascii="Lexend Light" w:hAnsi="Lexend Light"/>
        </w:rPr>
      </w:pPr>
    </w:p>
    <w:p w14:paraId="1088FB5C" w14:textId="4B5FFCB6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 xml:space="preserve">Year 6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6"/>
        <w:gridCol w:w="3105"/>
        <w:gridCol w:w="3106"/>
        <w:gridCol w:w="3106"/>
        <w:gridCol w:w="3105"/>
      </w:tblGrid>
      <w:tr w:rsidR="009975BB" w:rsidRPr="00D92787" w14:paraId="58E1C12F" w14:textId="77777777">
        <w:trPr>
          <w:jc w:val="center"/>
        </w:trPr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FA6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Week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4B0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Retrieval question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0E05A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Core fact / expected answer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C99B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Disciplinary focus</w:t>
            </w:r>
          </w:p>
        </w:tc>
        <w:tc>
          <w:tcPr>
            <w:tcW w:w="3108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1A9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6"/>
              </w:rPr>
              <w:t>Example meta-learning question</w:t>
            </w:r>
          </w:p>
        </w:tc>
      </w:tr>
      <w:tr w:rsidR="009975BB" w:rsidRPr="00D92787" w14:paraId="10F3A6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D07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1163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migration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F01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means people moving from one place to another to live.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DF3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Chronology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56EAC" w14:textId="007647F2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Romans, Anglo-Saxons</w:t>
            </w:r>
            <w:r w:rsidR="00D27D9A">
              <w:rPr>
                <w:rFonts w:ascii="Lexend Light" w:hAnsi="Lexend Light"/>
                <w:sz w:val="14"/>
              </w:rPr>
              <w:t xml:space="preserve">, Roman </w:t>
            </w:r>
            <w:r w:rsidRPr="00D92787">
              <w:rPr>
                <w:rFonts w:ascii="Lexend Light" w:hAnsi="Lexend Light"/>
                <w:sz w:val="14"/>
              </w:rPr>
              <w:t>migration. Explain.</w:t>
            </w:r>
          </w:p>
        </w:tc>
      </w:tr>
      <w:tr w:rsidR="009975BB" w:rsidRPr="00D92787" w14:paraId="135684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33A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3534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have people moved to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EEC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AB0E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Sources and 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0D9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always changes a place completely. Always, sometimes or never?</w:t>
            </w:r>
          </w:p>
        </w:tc>
      </w:tr>
      <w:tr w:rsidR="009975BB" w:rsidRPr="00D92787" w14:paraId="50A31E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A29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F31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continuity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6C4F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Continuity means something stayed the same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12E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Similarity/difference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B1F8D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Roman migration and modern migration to Britain.</w:t>
            </w:r>
          </w:p>
        </w:tc>
      </w:tr>
      <w:tr w:rsidR="009975BB" w:rsidRPr="00D92787" w14:paraId="1A8859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DCA7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1B5E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change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4B9A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 means something became different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20E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Change/continuity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C242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migration.</w:t>
            </w:r>
          </w:p>
        </w:tc>
      </w:tr>
      <w:tr w:rsidR="009975BB" w:rsidRPr="00D92787" w14:paraId="3C6184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EDB8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696C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Romans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E6C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changed Britain through roads, towns, buildings, trade, language, religion and ways of governing.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408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Cause/consequence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AEE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Migrants have shaped Britain’s society and culture. True or false?</w:t>
            </w:r>
          </w:p>
        </w:tc>
      </w:tr>
      <w:tr w:rsidR="009975BB" w:rsidRPr="00D92787" w14:paraId="34AEBD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7354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371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Anglo-Saxons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8EA3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5F5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06F3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shaped Britain because... but... so...</w:t>
            </w:r>
          </w:p>
        </w:tc>
      </w:tr>
      <w:tr w:rsidR="009975BB" w:rsidRPr="00D92787" w14:paraId="3EBB3E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B951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9556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Vikings change Britain?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9E3B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recall the precise fact from prior learning and explain it using historical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B79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7A8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migration, change, continuity.</w:t>
            </w:r>
          </w:p>
        </w:tc>
      </w:tr>
      <w:tr w:rsidR="009975BB" w:rsidRPr="00D92787" w14:paraId="44F11D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B10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8FD6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Baghdad show that societies develop differently?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796E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40F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Reliability/bias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4D1CB" w14:textId="6240F2D9" w:rsidR="009975BB" w:rsidRPr="00D92787" w:rsidRDefault="009975BB">
            <w:pPr>
              <w:spacing w:after="20"/>
              <w:rPr>
                <w:rFonts w:ascii="Lexend Light" w:hAnsi="Lexend Light"/>
              </w:rPr>
            </w:pPr>
          </w:p>
        </w:tc>
      </w:tr>
      <w:tr w:rsidR="009975BB" w:rsidRPr="00D92787" w14:paraId="16A1ED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6BA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2DC7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migrants shape society?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65F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can cause change and continuity because people bring skills, cultures, ideas and experiences while some things stay the same.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C8E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2812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always changes a place completely. Always, sometimes or never?</w:t>
            </w:r>
          </w:p>
        </w:tc>
      </w:tr>
      <w:tr w:rsidR="009975BB" w:rsidRPr="00D92787" w14:paraId="4F0C223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20CE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97E7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might people have different views about migration?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BA6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should identify at least one accurate similarity and one difference, using historical vocabulary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8B9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Historical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662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compare Roman migration and modern migration to Britain.</w:t>
            </w:r>
          </w:p>
        </w:tc>
      </w:tr>
      <w:tr w:rsidR="009975BB" w:rsidRPr="00D92787" w14:paraId="307420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94E9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9953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Viv Anderson and why is he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E8C2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Viv Anderson was a significant Black British footballer whose achievements helped challenge discrimination.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345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Evidence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D319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 for migration.</w:t>
            </w:r>
          </w:p>
        </w:tc>
      </w:tr>
      <w:tr w:rsidR="009975BB" w:rsidRPr="00D92787" w14:paraId="7C0211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0D0D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C82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has migration shaped Britain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787E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can cause change and continuity because people bring skills, cultures, ideas and experiences while some things stay the same.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57F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D63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Migrants have shaped Britain’s society and culture. True or false?</w:t>
            </w:r>
          </w:p>
        </w:tc>
      </w:tr>
    </w:tbl>
    <w:p w14:paraId="767130DF" w14:textId="77777777" w:rsidR="009975BB" w:rsidRPr="00D92787" w:rsidRDefault="009975BB">
      <w:pPr>
        <w:rPr>
          <w:rFonts w:ascii="Lexend Light" w:hAnsi="Lexend Light"/>
        </w:rPr>
      </w:pPr>
    </w:p>
    <w:p w14:paraId="6F6CC7BB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Leader and Teacher Use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051812BD" w14:textId="77777777">
        <w:trPr>
          <w:jc w:val="center"/>
        </w:trPr>
        <w:tc>
          <w:tcPr>
            <w:tcW w:w="15538" w:type="dxa"/>
            <w:shd w:val="clear" w:color="auto" w:fill="F7EFE5"/>
          </w:tcPr>
          <w:p w14:paraId="3B37405A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</w:rPr>
              <w:t>Guidance</w:t>
            </w:r>
          </w:p>
          <w:p w14:paraId="51AC9A6E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Teachers do not need to use every column every week. The retrieval question and core fact provide the minimum expectation.</w:t>
            </w:r>
          </w:p>
          <w:p w14:paraId="65AD50B7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The example meta-learning question should be used when it adds value and helps pupils justify, compare, define or explain.</w:t>
            </w:r>
          </w:p>
          <w:p w14:paraId="44FE65C1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If pupils cannot recall the core fact accurately, teachers should reteach the point briefly and revisit it later.</w:t>
            </w:r>
          </w:p>
          <w:p w14:paraId="6E927ED1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Subject leaders can use the core fact column during pupil voice to check whether pupils remember more and can explain their historical thinking.</w:t>
            </w:r>
          </w:p>
        </w:tc>
      </w:tr>
    </w:tbl>
    <w:p w14:paraId="0793850D" w14:textId="77777777" w:rsidR="009975BB" w:rsidRPr="00D92787" w:rsidRDefault="009975BB">
      <w:pPr>
        <w:rPr>
          <w:rFonts w:ascii="Lexend Light" w:hAnsi="Lexend Light"/>
        </w:rPr>
      </w:pPr>
    </w:p>
    <w:p w14:paraId="4163F387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3282578A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49F5D4A8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D650646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</w:rPr>
              <w:t>How to use this additional bank</w:t>
            </w:r>
          </w:p>
          <w:p w14:paraId="37AE8DA9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Use these questions when pupils need additional practice, when misconceptions arise, or when teachers want a different retrieval angle.</w:t>
            </w:r>
          </w:p>
          <w:p w14:paraId="3E7D6B41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Each question includes the core fact pupils should know, so feedback can be quick, accurate and consistent.</w:t>
            </w:r>
          </w:p>
          <w:p w14:paraId="6C8874CD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The example meta-learning prompt is optional. Choose it when pupils are ready to justify, compare, define or explain.</w:t>
            </w:r>
          </w:p>
        </w:tc>
      </w:tr>
    </w:tbl>
    <w:p w14:paraId="76EC185B" w14:textId="77777777" w:rsidR="009975BB" w:rsidRPr="00D92787" w:rsidRDefault="009975BB">
      <w:pPr>
        <w:rPr>
          <w:rFonts w:ascii="Lexend Light" w:hAnsi="Lexend Light"/>
        </w:rPr>
      </w:pPr>
    </w:p>
    <w:p w14:paraId="5A6F4767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7A132D6E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1 Additional Retrieval Questions</w:t>
      </w:r>
    </w:p>
    <w:p w14:paraId="4CC2CE32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77929F13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D2A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534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5E65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74AE8C6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D855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Which word means something has already happened?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0B0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Past means something has already happened.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E2E2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past.</w:t>
            </w:r>
          </w:p>
        </w:tc>
      </w:tr>
      <w:tr w:rsidR="009975BB" w:rsidRPr="00D92787" w14:paraId="5F91B84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C2D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a photograph show us about a toy?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4B1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photograph can show what a toy looked like, what it was made from and who used it.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64AD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photographs tell us everything about the past. Prove it.</w:t>
            </w:r>
          </w:p>
        </w:tc>
      </w:tr>
      <w:tr w:rsidR="009975BB" w:rsidRPr="00D92787" w14:paraId="6AC80B7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843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one thing that might change about toys over time?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37E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materials, design, colour, safety, or how the toy works might change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8AD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old toy and new toy.</w:t>
            </w:r>
          </w:p>
        </w:tc>
      </w:tr>
      <w:tr w:rsidR="009975BB" w:rsidRPr="00D92787" w14:paraId="59F7F2D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DC44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one thing that might stay the same about toys?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FBA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Children may still use toys for play, imagination and enjoyment.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057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toys always change completely.</w:t>
            </w:r>
          </w:p>
        </w:tc>
      </w:tr>
      <w:tr w:rsidR="009975BB" w:rsidRPr="00D92787" w14:paraId="68ED125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B5A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tell if an object is old?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3ABB4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We can look for clues such as materials, wear, design, style or who used it.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FA58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old teddy, tablet, wooden train.</w:t>
            </w:r>
          </w:p>
        </w:tc>
      </w:tr>
      <w:tr w:rsidR="009975BB" w:rsidRPr="00D92787" w14:paraId="4656DCF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E6651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historians ask older people about the past?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0B4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Memories can give clues about what life was like in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FB6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memory, toy, past.</w:t>
            </w:r>
          </w:p>
        </w:tc>
      </w:tr>
    </w:tbl>
    <w:p w14:paraId="0D67F94D" w14:textId="77777777" w:rsidR="009975BB" w:rsidRPr="00D92787" w:rsidRDefault="009975BB">
      <w:pPr>
        <w:rPr>
          <w:rFonts w:ascii="Lexend Light" w:hAnsi="Lexend Light"/>
        </w:rPr>
      </w:pPr>
    </w:p>
    <w:p w14:paraId="68D3C554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38294492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616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7CC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182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6F788C1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3879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job did Florence Nightingale do?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ABEC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Florence Nightingale was a nurse.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3F0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Florence Nightingale, nurse, hospital.</w:t>
            </w:r>
          </w:p>
        </w:tc>
      </w:tr>
      <w:tr w:rsidR="009975BB" w:rsidRPr="00D92787" w14:paraId="77FC64B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2BD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job did Mary Seacole do?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AEF5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Mary Seacole cared for sick and injured people in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9D13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Florence Nightingale and Mary Seacole.</w:t>
            </w:r>
          </w:p>
        </w:tc>
      </w:tr>
      <w:tr w:rsidR="009975BB" w:rsidRPr="00D92787" w14:paraId="5F1BB2D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0DEF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we remember Florence Nightingale?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617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She is remembered because she helped improve nursing and hospitals.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004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significant people are always famous.</w:t>
            </w:r>
          </w:p>
        </w:tc>
      </w:tr>
      <w:tr w:rsidR="009975BB" w:rsidRPr="00D92787" w14:paraId="0D83F20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A837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we remember Mary Seacole?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6287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She is remembered because she helped people and showed determination in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AF4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Mary Seacole helped people because...</w:t>
            </w:r>
          </w:p>
        </w:tc>
      </w:tr>
      <w:tr w:rsidR="009975BB" w:rsidRPr="00D92787" w14:paraId="26E313C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9C5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 could help us learn about Florence Nightingale?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B2A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Pictures, objects, letters, books or records can help us learn about her.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E972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one source tells the whole story.</w:t>
            </w:r>
          </w:p>
        </w:tc>
      </w:tr>
      <w:tr w:rsidR="009975BB" w:rsidRPr="00D92787" w14:paraId="5353A24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97FD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changed in hospitals over time?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A6C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Hospitals became cleaner and nursing became more organised.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47A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hospitals then and now.</w:t>
            </w:r>
          </w:p>
        </w:tc>
      </w:tr>
    </w:tbl>
    <w:p w14:paraId="4A864827" w14:textId="77777777" w:rsidR="009975BB" w:rsidRPr="00D92787" w:rsidRDefault="009975BB">
      <w:pPr>
        <w:rPr>
          <w:rFonts w:ascii="Lexend Light" w:hAnsi="Lexend Light"/>
        </w:rPr>
      </w:pPr>
    </w:p>
    <w:p w14:paraId="1C8AD464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4B87FFA8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2BA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A2C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F8E6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6ECA3CD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67A6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local history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9A6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is history linked to our area.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304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local history.</w:t>
            </w:r>
          </w:p>
        </w:tc>
      </w:tr>
      <w:tr w:rsidR="009975BB" w:rsidRPr="00D92787" w14:paraId="113052A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D0FF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D. H. Lawrence?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B88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D. H. Lawrence was a significant writer from the local area.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97A8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D. H. Lawrence, Lawrence View, local history.</w:t>
            </w:r>
          </w:p>
        </w:tc>
      </w:tr>
      <w:tr w:rsidR="009975BB" w:rsidRPr="00D92787" w14:paraId="3F44593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E02A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is D. H. Lawrence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B972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He is significant because his writing and local links are remembered.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568D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significant people are always remembered in the same way.</w:t>
            </w:r>
          </w:p>
        </w:tc>
      </w:tr>
      <w:tr w:rsidR="009975BB" w:rsidRPr="00D92787" w14:paraId="7EB7939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0AF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a house help us learn about the past?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E6D9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house can show how people lived, worked or were remembered.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0A9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buildings can be sources.</w:t>
            </w:r>
          </w:p>
        </w:tc>
      </w:tr>
      <w:tr w:rsidR="009975BB" w:rsidRPr="00D92787" w14:paraId="3FABE40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62A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stay the same in a local area?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C5BD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Some buildings, roads, names or landmarks may stay the same.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7C0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local area then and now.</w:t>
            </w:r>
          </w:p>
        </w:tc>
      </w:tr>
      <w:tr w:rsidR="009975BB" w:rsidRPr="00D92787" w14:paraId="464B52D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7571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What might change in a local area?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55E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Buildings, roads, shops, houses, jobs and transport can change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FC2CB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D. H. Lawrence, Lawrence View, London.</w:t>
            </w:r>
          </w:p>
        </w:tc>
      </w:tr>
    </w:tbl>
    <w:p w14:paraId="52B632C9" w14:textId="77777777" w:rsidR="009975BB" w:rsidRPr="00D92787" w:rsidRDefault="009975BB">
      <w:pPr>
        <w:rPr>
          <w:rFonts w:ascii="Lexend Light" w:hAnsi="Lexend Light"/>
        </w:rPr>
      </w:pPr>
    </w:p>
    <w:p w14:paraId="32C72EB3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1E574F2A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2 Additional Retrieval Questions</w:t>
      </w:r>
    </w:p>
    <w:p w14:paraId="1684B256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50B5A801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BA49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334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615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271E9CF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B113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did Neil Armstrong do in 1969?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F75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Neil Armstrong became the first person to walk on the Moon in 1969.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A04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Neil Armstrong walked on the Moon in 1969.</w:t>
            </w:r>
          </w:p>
        </w:tc>
      </w:tr>
      <w:tr w:rsidR="009975BB" w:rsidRPr="00D92787" w14:paraId="2268F48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7E16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did Katherine Johnson use to help astronauts?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019E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Katherine Johnson used mathematics to help astronauts travel safely.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F27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Katherine Johnson, maths, space.</w:t>
            </w:r>
          </w:p>
        </w:tc>
      </w:tr>
      <w:tr w:rsidR="009975BB" w:rsidRPr="00D92787" w14:paraId="5E80944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964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achievement?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A79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achievement is something important that someone has done.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10D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achievement.</w:t>
            </w:r>
          </w:p>
        </w:tc>
      </w:tr>
      <w:tr w:rsidR="009975BB" w:rsidRPr="00D92787" w14:paraId="2C36854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669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explorers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6964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Explorers can be significant because they travel, discover, or help people know more.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0C8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explorers are always remembered.</w:t>
            </w:r>
          </w:p>
        </w:tc>
      </w:tr>
      <w:tr w:rsidR="009975BB" w:rsidRPr="00D92787" w14:paraId="05B90AE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4AB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a timeline help us understand Neil Armstrong?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AB1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timeline shows when the Moon landing happened in relation to other events.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59D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timeline, photograph, future.</w:t>
            </w:r>
          </w:p>
        </w:tc>
      </w:tr>
      <w:tr w:rsidR="009975BB" w:rsidRPr="00D92787" w14:paraId="17C6C9D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4F9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 could help us learn about the Moon landing?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436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Photographs, film, newspapers and interviews can help us learn about the Moon landing.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E1D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space photographs can be historical sources.</w:t>
            </w:r>
          </w:p>
        </w:tc>
      </w:tr>
    </w:tbl>
    <w:p w14:paraId="403A77E7" w14:textId="77777777" w:rsidR="009975BB" w:rsidRPr="00D92787" w:rsidRDefault="009975BB">
      <w:pPr>
        <w:rPr>
          <w:rFonts w:ascii="Lexend Light" w:hAnsi="Lexend Light"/>
        </w:rPr>
      </w:pPr>
    </w:p>
    <w:p w14:paraId="1E16AC3E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7B5F1BFA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A79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7024B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3D07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4B4B31E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12D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event happened in London in 1666?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4CF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of London started in 1666.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5D0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1666, London, fire.</w:t>
            </w:r>
          </w:p>
        </w:tc>
      </w:tr>
      <w:tr w:rsidR="009975BB" w:rsidRPr="00D92787" w14:paraId="54A4AAF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6A03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Where did the Great Fire start?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E5A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Great Fire started in Pudding Lane.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8CFB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the Great Fire started in Pudding Lane.</w:t>
            </w:r>
          </w:p>
        </w:tc>
      </w:tr>
      <w:tr w:rsidR="009975BB" w:rsidRPr="00D92787" w14:paraId="077BC2A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FB4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did the fire spread quickly?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4113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fire spread quickly because buildings were close together and many were made from wood.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1645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The fire spread quickly because...</w:t>
            </w:r>
          </w:p>
        </w:tc>
      </w:tr>
      <w:tr w:rsidR="009975BB" w:rsidRPr="00D92787" w14:paraId="17AACEC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690F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wrote a diary about the Great Fire?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39AC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Samuel Pepys wrote a diary that helps us learn about the Great Fire.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5E91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diary.</w:t>
            </w:r>
          </w:p>
        </w:tc>
      </w:tr>
      <w:tr w:rsidR="009975BB" w:rsidRPr="00D92787" w14:paraId="35C2844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B52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consequence of the Great Fire?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996E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consequence was that parts of London had to be rebuilt.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FAFA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one event has only one consequence.</w:t>
            </w:r>
          </w:p>
        </w:tc>
      </w:tr>
      <w:tr w:rsidR="009975BB" w:rsidRPr="00D92787" w14:paraId="6E8A737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9F6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London change after the fire?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2DF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Parts of London were rebuilt and people thought more carefully about building and fire safety.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33A8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London before and after the fire.</w:t>
            </w:r>
          </w:p>
        </w:tc>
      </w:tr>
    </w:tbl>
    <w:p w14:paraId="507D5FD8" w14:textId="77777777" w:rsidR="009975BB" w:rsidRPr="00D92787" w:rsidRDefault="009975BB">
      <w:pPr>
        <w:rPr>
          <w:rFonts w:ascii="Lexend Light" w:hAnsi="Lexend Light"/>
        </w:rPr>
      </w:pPr>
    </w:p>
    <w:p w14:paraId="74D2CEC9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5B039310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3F5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77C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4D09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25D8CB9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DB4F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Colliers Wood?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42DA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Colliers Wood is a local place that can be studied as part of local history.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7B2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Colliers Wood, maps, local history.</w:t>
            </w:r>
          </w:p>
        </w:tc>
      </w:tr>
      <w:tr w:rsidR="009975BB" w:rsidRPr="00D92787" w14:paraId="364E666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073D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maps show change in Colliers Wood?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CFCC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Maps can show roads, buildings and land use at different times.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EE5C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maps can show local change.</w:t>
            </w:r>
          </w:p>
        </w:tc>
      </w:tr>
      <w:tr w:rsidR="009975BB" w:rsidRPr="00D92787" w14:paraId="217829F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BEE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continuity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66B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Continuity means something has stayed the same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492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continuity.</w:t>
            </w:r>
          </w:p>
        </w:tc>
      </w:tr>
      <w:tr w:rsidR="009975BB" w:rsidRPr="00D92787" w14:paraId="3581763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E6E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change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33D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Change means something has become different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97D8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places always change completely.</w:t>
            </w:r>
          </w:p>
        </w:tc>
      </w:tr>
      <w:tr w:rsidR="009975BB" w:rsidRPr="00D92787" w14:paraId="21DC329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1E5F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Why was Queen Elizabeth II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00C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Queen Elizabeth II was a significant monarch of the United Kingdom.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B4C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Queen Elizabeth II, Colliers Wood, Pudding Lane.</w:t>
            </w:r>
          </w:p>
        </w:tc>
      </w:tr>
      <w:tr w:rsidR="009975BB" w:rsidRPr="00D92787" w14:paraId="4340102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8CCE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sources could show how Colliers Wood changed?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563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Maps, photographs, buildings, memories and written sources can show local change.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958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Colliers Wood then and now.</w:t>
            </w:r>
          </w:p>
        </w:tc>
      </w:tr>
    </w:tbl>
    <w:p w14:paraId="0BB9839D" w14:textId="77777777" w:rsidR="009975BB" w:rsidRPr="00D92787" w:rsidRDefault="009975BB">
      <w:pPr>
        <w:rPr>
          <w:rFonts w:ascii="Lexend Light" w:hAnsi="Lexend Light"/>
        </w:rPr>
      </w:pPr>
    </w:p>
    <w:p w14:paraId="66FADBC6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40CE2E8B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3 Additional Retrieval Questions</w:t>
      </w:r>
    </w:p>
    <w:p w14:paraId="40DC6EC0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1FB5C334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9196F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8513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FED7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33A5346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E54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the Stone Age?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D10A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Stone Age was a prehistoric period when people used stone tools.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DD6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Stone Age.</w:t>
            </w:r>
          </w:p>
        </w:tc>
      </w:tr>
      <w:tr w:rsidR="009975BB" w:rsidRPr="00D92787" w14:paraId="4CD86EE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868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the Bronze Age?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3767F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Bronze Age was a period when people used bronze for tools and objects.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9C3C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Stone Age, Bronze Age, Romans.</w:t>
            </w:r>
          </w:p>
        </w:tc>
      </w:tr>
      <w:tr w:rsidR="009975BB" w:rsidRPr="00D92787" w14:paraId="3B7DBDB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2D8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the Iron Age?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9BDF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Iron Age was a period when people used iron for tools and weapons.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A795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Stone Age, Bronze Age, Iron Age.</w:t>
            </w:r>
          </w:p>
        </w:tc>
      </w:tr>
      <w:tr w:rsidR="009975BB" w:rsidRPr="00D92787" w14:paraId="0D1B8B0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32D4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artefacts important?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BFD6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Artefacts are important because they give evidence about how people lived.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5AD7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artefacts can be historical evidence.</w:t>
            </w:r>
          </w:p>
        </w:tc>
      </w:tr>
      <w:tr w:rsidR="009975BB" w:rsidRPr="00D92787" w14:paraId="2183FE7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1C1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farming change life?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993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Farming helped some people settle, grow food and keep animals.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BECB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Farming changed lives because...</w:t>
            </w:r>
          </w:p>
        </w:tc>
      </w:tr>
      <w:tr w:rsidR="009975BB" w:rsidRPr="00D92787" w14:paraId="01860C2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C511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historians use timelines?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F4E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Timelines help historians put periods and events in chronological order.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7FA9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timelines always show exact dates.</w:t>
            </w:r>
          </w:p>
        </w:tc>
      </w:tr>
    </w:tbl>
    <w:p w14:paraId="0E8C7010" w14:textId="77777777" w:rsidR="009975BB" w:rsidRPr="00D92787" w:rsidRDefault="009975BB">
      <w:pPr>
        <w:rPr>
          <w:rFonts w:ascii="Lexend Light" w:hAnsi="Lexend Light"/>
        </w:rPr>
      </w:pPr>
    </w:p>
    <w:p w14:paraId="3CB3C505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3AEDC226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A206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DAE2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C0C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506E314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E0C1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Ancient Egypt?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291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was an early civilisation.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745F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civilisation.</w:t>
            </w:r>
          </w:p>
        </w:tc>
      </w:tr>
      <w:tr w:rsidR="009975BB" w:rsidRPr="00D92787" w14:paraId="5F88A65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4A7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Tutankhamun?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CD4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Tutankhamun was an Egyptian pharaoh whose tomb gives evidence about Ancient Egypt.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2932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Tutankhamun, tomb, evidence.</w:t>
            </w:r>
          </w:p>
        </w:tc>
      </w:tr>
      <w:tr w:rsidR="009975BB" w:rsidRPr="00D92787" w14:paraId="6C4404F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1BBF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can tombs tell us?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47E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Tombs can tell us about beliefs, objects, power and daily life.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33F4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tombs can help historians.</w:t>
            </w:r>
          </w:p>
        </w:tc>
      </w:tr>
      <w:tr w:rsidR="009975BB" w:rsidRPr="00D92787" w14:paraId="68DE19B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F48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Ancient Egypt different from prehistoric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FC10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had writing, rulers, monuments and organised society, unlike prehistoric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03DA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Ancient Egypt and prehistoric Britain.</w:t>
            </w:r>
          </w:p>
        </w:tc>
      </w:tr>
      <w:tr w:rsidR="009975BB" w:rsidRPr="00D92787" w14:paraId="03381F9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CCD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civilisation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297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civilisation is a society with organised ways of living.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9C4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civilisations always develop in the same way.</w:t>
            </w:r>
          </w:p>
        </w:tc>
      </w:tr>
      <w:tr w:rsidR="009975BB" w:rsidRPr="00D92787" w14:paraId="26C423E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06F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are written sources useful?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55AED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Written sources can give information about names, events, beliefs and decisions.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2813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hieroglyphs, tomb, plastic toy.</w:t>
            </w:r>
          </w:p>
        </w:tc>
      </w:tr>
    </w:tbl>
    <w:p w14:paraId="4DA11CBE" w14:textId="77777777" w:rsidR="009975BB" w:rsidRPr="00D92787" w:rsidRDefault="009975BB">
      <w:pPr>
        <w:rPr>
          <w:rFonts w:ascii="Lexend Light" w:hAnsi="Lexend Light"/>
        </w:rPr>
      </w:pPr>
    </w:p>
    <w:p w14:paraId="38D89318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23E1F1C1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FD3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FFFE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7F4A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6C58B31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04446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When did World War Two happen?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C185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World War Two happened between 1939 and 1945.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2793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WW2 happened between 1939 and 1945.</w:t>
            </w:r>
          </w:p>
        </w:tc>
      </w:tr>
      <w:tr w:rsidR="009975BB" w:rsidRPr="00D92787" w14:paraId="0530E77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DBDE3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Eastwood link to WW2?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7A7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can link to WW2 through local people, memorials, sources and places.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1D4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Eastwood, WW2, memorial.</w:t>
            </w:r>
          </w:p>
        </w:tc>
      </w:tr>
      <w:tr w:rsidR="009975BB" w:rsidRPr="00D92787" w14:paraId="4AA6436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D8E7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memorial?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010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memorial helps people remember a person, group or event from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0165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memorial.</w:t>
            </w:r>
          </w:p>
        </w:tc>
      </w:tr>
      <w:tr w:rsidR="009975BB" w:rsidRPr="00D92787" w14:paraId="3DE1CA0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39B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Walter Tull?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1058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Walter Tull was a significant Black British figure.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F2BD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Walter Tull, Tutankhamun, Eastwood.</w:t>
            </w:r>
          </w:p>
        </w:tc>
      </w:tr>
      <w:tr w:rsidR="009975BB" w:rsidRPr="00D92787" w14:paraId="6780F6E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0FA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Why do people remember wars?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DB6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remember wars to honour those affected and understand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25B4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wars are remembered in the same way by everyone.</w:t>
            </w:r>
          </w:p>
        </w:tc>
      </w:tr>
      <w:tr w:rsidR="009975BB" w:rsidRPr="00D92787" w14:paraId="79F9F2F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C0A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source could help us learn about WW2 locally?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3639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Photographs, memorials, maps, newspapers, letters and oral histories can help.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1A8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local sources can connect to national events.</w:t>
            </w:r>
          </w:p>
        </w:tc>
      </w:tr>
    </w:tbl>
    <w:p w14:paraId="04EADDFA" w14:textId="77777777" w:rsidR="009975BB" w:rsidRPr="00D92787" w:rsidRDefault="009975BB">
      <w:pPr>
        <w:rPr>
          <w:rFonts w:ascii="Lexend Light" w:hAnsi="Lexend Light"/>
        </w:rPr>
      </w:pPr>
    </w:p>
    <w:p w14:paraId="41527731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13B3758F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4 Additional Retrieval Questions</w:t>
      </w:r>
    </w:p>
    <w:p w14:paraId="66B1B1DC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014112B4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126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3C2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A198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2C2B998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736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ancient civilisation?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7814B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ancient civilisation is an organised society from long ago.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F54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ancient civilisation.</w:t>
            </w:r>
          </w:p>
        </w:tc>
      </w:tr>
      <w:tr w:rsidR="009975BB" w:rsidRPr="00D92787" w14:paraId="2695259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E2F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did Ancient Greece influence?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1EE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Greece influenced ideas such as democracy, theatre, philosophy, art and sport.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43AE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Ancient Greece, democracy, theatre.</w:t>
            </w:r>
          </w:p>
        </w:tc>
      </w:tr>
      <w:tr w:rsidR="009975BB" w:rsidRPr="00D92787" w14:paraId="0A6803C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D09C3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reliability?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62C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Reliability means how far we can trust a source.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B8C0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sources are always reliable.</w:t>
            </w:r>
          </w:p>
        </w:tc>
      </w:tr>
      <w:tr w:rsidR="009975BB" w:rsidRPr="00D92787" w14:paraId="25FDDFD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666A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buildings help historians?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BA0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Buildings can show design, beliefs, power, materials and achievements.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4188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buildings can be sources.</w:t>
            </w:r>
          </w:p>
        </w:tc>
      </w:tr>
      <w:tr w:rsidR="009975BB" w:rsidRPr="00D92787" w14:paraId="0C2C599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810B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compare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91EA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Compare means identify similarities and differences.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40F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Ancient Egypt and Ancient Greece.</w:t>
            </w:r>
          </w:p>
        </w:tc>
      </w:tr>
      <w:tr w:rsidR="009975BB" w:rsidRPr="00D92787" w14:paraId="23E8696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74B9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achievements matter?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F91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Achievements matter because they can affect later societies.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99F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Ancient Greek achievements matter because...</w:t>
            </w:r>
          </w:p>
        </w:tc>
      </w:tr>
    </w:tbl>
    <w:p w14:paraId="2620A34F" w14:textId="77777777" w:rsidR="009975BB" w:rsidRPr="00D92787" w:rsidRDefault="009975BB">
      <w:pPr>
        <w:rPr>
          <w:rFonts w:ascii="Lexend Light" w:hAnsi="Lexend Light"/>
        </w:rPr>
      </w:pPr>
    </w:p>
    <w:p w14:paraId="4D25D016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680789DE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CB34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6C2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3E81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4E2709B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0F1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Romans?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C4C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were people from Rome whose empire affected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6513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Roman Empire.</w:t>
            </w:r>
          </w:p>
        </w:tc>
      </w:tr>
      <w:tr w:rsidR="009975BB" w:rsidRPr="00D92787" w14:paraId="0F0BACB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AD988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invasion?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1A9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invasion is entering a place by force to take control.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BAB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invasions always lead to change.</w:t>
            </w:r>
          </w:p>
        </w:tc>
      </w:tr>
      <w:tr w:rsidR="009975BB" w:rsidRPr="00D92787" w14:paraId="3D5B70E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EED2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Boudicca?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F6E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Boudicca was a British leader who resisted Roman rule.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EEAC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Boudicca, Julius Caesar, Tutankhamun.</w:t>
            </w:r>
          </w:p>
        </w:tc>
      </w:tr>
      <w:tr w:rsidR="009975BB" w:rsidRPr="00D92787" w14:paraId="2638DA3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072AC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Romans change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009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changed Britain through roads, towns, buildings, trade, religion and government.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B89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Romans, roads, Britain.</w:t>
            </w:r>
          </w:p>
        </w:tc>
      </w:tr>
      <w:tr w:rsidR="009975BB" w:rsidRPr="00D92787" w14:paraId="260AD90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94C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Roman Britain different from Iron Age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D50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 Britain had different towns, roads, buildings, trade and ways of governing.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D3F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Iron Age Britain and Roman Britain.</w:t>
            </w:r>
          </w:p>
        </w:tc>
      </w:tr>
      <w:tr w:rsidR="009975BB" w:rsidRPr="00D92787" w14:paraId="2935261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5DD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empire?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853B4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empire is a group of lands or peoples ruled by one power.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3F733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the Romans had an empire.</w:t>
            </w:r>
          </w:p>
        </w:tc>
      </w:tr>
    </w:tbl>
    <w:p w14:paraId="7703BB23" w14:textId="77777777" w:rsidR="009975BB" w:rsidRPr="00D92787" w:rsidRDefault="009975BB">
      <w:pPr>
        <w:rPr>
          <w:rFonts w:ascii="Lexend Light" w:hAnsi="Lexend Light"/>
        </w:rPr>
      </w:pPr>
    </w:p>
    <w:p w14:paraId="652F2C0B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5315F0BC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B9856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081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2B7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0034D61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131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Eastwood street names tell us about the past?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9A362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Street names can give clues about people, places, industries or events remembered locally.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C13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street names can be historical evidence.</w:t>
            </w:r>
          </w:p>
        </w:tc>
      </w:tr>
      <w:tr w:rsidR="009975BB" w:rsidRPr="00D92787" w14:paraId="0779411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071C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coal mining?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F19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Coal mining was digging coal from underground.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FC6C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coal mining.</w:t>
            </w:r>
          </w:p>
        </w:tc>
      </w:tr>
      <w:tr w:rsidR="009975BB" w:rsidRPr="00D92787" w14:paraId="6DC3B04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3F5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coal mining affect Eastwood?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725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Coal mining affected jobs, streets, families and community life in Eastwood.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007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Eastwood, coal mining, community.</w:t>
            </w:r>
          </w:p>
        </w:tc>
      </w:tr>
      <w:tr w:rsidR="009975BB" w:rsidRPr="00D92787" w14:paraId="199F12F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4EF9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viewpoint?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B341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Viewpoint means the way someone sees or explains something.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377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sources always show the same viewpoint.</w:t>
            </w:r>
          </w:p>
        </w:tc>
      </w:tr>
      <w:tr w:rsidR="009975BB" w:rsidRPr="00D92787" w14:paraId="506EFD8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A6D83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How can local history link to British history?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2351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events, industries and people can connect to wider national developments.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C5FA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Eastwood history and British history.</w:t>
            </w:r>
          </w:p>
        </w:tc>
      </w:tr>
      <w:tr w:rsidR="009975BB" w:rsidRPr="00D92787" w14:paraId="517E887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023A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source validity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817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Source validity is whether a source is useful and trustworthy for a historical question.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CDE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validity, viewpoint, volcano.</w:t>
            </w:r>
          </w:p>
        </w:tc>
      </w:tr>
    </w:tbl>
    <w:p w14:paraId="7E46E3FF" w14:textId="77777777" w:rsidR="009975BB" w:rsidRPr="00D92787" w:rsidRDefault="009975BB">
      <w:pPr>
        <w:rPr>
          <w:rFonts w:ascii="Lexend Light" w:hAnsi="Lexend Light"/>
        </w:rPr>
      </w:pPr>
    </w:p>
    <w:p w14:paraId="00A59D82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6C983F0B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5 Additional Retrieval Questions</w:t>
      </w:r>
    </w:p>
    <w:p w14:paraId="27B77964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729592C6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B8C20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8521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159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1A033F5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2CB6A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came before the Anglo-Saxons in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827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Romans came before the Anglo-Saxons in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74C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the Romans came before the Anglo-Saxons.</w:t>
            </w:r>
          </w:p>
        </w:tc>
      </w:tr>
      <w:tr w:rsidR="009975BB" w:rsidRPr="00D92787" w14:paraId="13CD19E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19C5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settlement?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75D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means people moving to live in a place.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50F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settlement.</w:t>
            </w:r>
          </w:p>
        </w:tc>
      </w:tr>
      <w:tr w:rsidR="009975BB" w:rsidRPr="00D92787" w14:paraId="4309040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66626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place names give clues?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983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Place names can preserve clues about language, settlement and past communities.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8832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settlement, place names, Anglo-Saxons.</w:t>
            </w:r>
          </w:p>
        </w:tc>
      </w:tr>
      <w:tr w:rsidR="009975BB" w:rsidRPr="00D92787" w14:paraId="58ABAAE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ED279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Anglo-Saxon life differ from Roman life?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5710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 life was often based around farming and villages, while Roman Britain had towns, roads and villas.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ED05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Roman Britain and Anglo-Saxon Britain.</w:t>
            </w:r>
          </w:p>
        </w:tc>
      </w:tr>
      <w:tr w:rsidR="009975BB" w:rsidRPr="00D92787" w14:paraId="7FEEF9D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7CE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happened after the Romans left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572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Different groups, including Anglo-Saxons and Scots, settled in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562E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The Romans left Britain because...</w:t>
            </w:r>
          </w:p>
        </w:tc>
      </w:tr>
      <w:tr w:rsidR="009975BB" w:rsidRPr="00D92787" w14:paraId="14FDA54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2F45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do we question source validity?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360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We question validity to decide whether a source is useful and trustworthy.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66E9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old sources are always valid.</w:t>
            </w:r>
          </w:p>
        </w:tc>
      </w:tr>
    </w:tbl>
    <w:p w14:paraId="61BB139F" w14:textId="77777777" w:rsidR="009975BB" w:rsidRPr="00D92787" w:rsidRDefault="009975BB">
      <w:pPr>
        <w:rPr>
          <w:rFonts w:ascii="Lexend Light" w:hAnsi="Lexend Light"/>
        </w:rPr>
      </w:pPr>
    </w:p>
    <w:p w14:paraId="60ECB1BF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53F098B4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BD7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FD3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851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65B5DE7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F1DF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William Booth?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D47C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William Booth was a significant figure with links to Nottingham who founded the Salvation Army.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755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William Booth, Nottingham, Salvation Army.</w:t>
            </w:r>
          </w:p>
        </w:tc>
      </w:tr>
      <w:tr w:rsidR="009975BB" w:rsidRPr="00D92787" w14:paraId="5EC22D0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2389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Salvation Army created to do?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50053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It was created to help people who were poor or struggling.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5B7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the Salvation Army helped people who were struggling.</w:t>
            </w:r>
          </w:p>
        </w:tc>
      </w:tr>
      <w:tr w:rsidR="009975BB" w:rsidRPr="00D92787" w14:paraId="727F0D31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4605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Victorian Nottingham like for some people?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0875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Some people in Victorian Nottingham experienced poverty and difficult living conditions.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4D2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Victorian Nottingham and Anglo-Saxon Britain.</w:t>
            </w:r>
          </w:p>
        </w:tc>
      </w:tr>
      <w:tr w:rsidR="009975BB" w:rsidRPr="00D92787" w14:paraId="27A19D3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2A0F0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one person shape history?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0687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person can shape history by taking action that changes lives, ideas or communities.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C25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one person can change society.</w:t>
            </w:r>
          </w:p>
        </w:tc>
      </w:tr>
      <w:tr w:rsidR="009975BB" w:rsidRPr="00D92787" w14:paraId="18A2F18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A08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beliefs change in Anglo-Saxon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67A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Christianity spread across Anglo-Saxon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F40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Beliefs changed because...</w:t>
            </w:r>
          </w:p>
        </w:tc>
      </w:tr>
      <w:tr w:rsidR="009975BB" w:rsidRPr="00D92787" w14:paraId="688D252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80E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is William Booth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2ABC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He is significant because his work led to the Salvation Army and support for people in need.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5D0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reformer.</w:t>
            </w:r>
          </w:p>
        </w:tc>
      </w:tr>
    </w:tbl>
    <w:p w14:paraId="09D7628D" w14:textId="77777777" w:rsidR="009975BB" w:rsidRPr="00D92787" w:rsidRDefault="009975BB">
      <w:pPr>
        <w:rPr>
          <w:rFonts w:ascii="Lexend Light" w:hAnsi="Lexend Light"/>
        </w:rPr>
      </w:pPr>
    </w:p>
    <w:p w14:paraId="26EC7EBC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0A38BCCE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6BF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B230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B487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6D0683B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AFD2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was Baghdad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2E8C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a significant city in the early Islamic civilisation.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90C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significant city.</w:t>
            </w:r>
          </w:p>
        </w:tc>
      </w:tr>
      <w:tr w:rsidR="009975BB" w:rsidRPr="00D92787" w14:paraId="347A66E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897D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was the House of Wisdom?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E502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House of Wisdom was an important centre of learning in Baghdad.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066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Baghdad, House of Wisdom, knowledge.</w:t>
            </w:r>
          </w:p>
        </w:tc>
      </w:tr>
      <w:tr w:rsidR="009975BB" w:rsidRPr="00D92787" w14:paraId="32F9E8B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9F2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knowledge was Baghdad famous for?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894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famous for knowledge including maths, science and medicine.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3485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Baghdad was famous for learning.</w:t>
            </w:r>
          </w:p>
        </w:tc>
      </w:tr>
      <w:tr w:rsidR="009975BB" w:rsidRPr="00D92787" w14:paraId="0123A4E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263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What does concurrent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9B210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Concurrent means happening at the same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4E47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civilisations at the same time develop in the same way.</w:t>
            </w:r>
          </w:p>
        </w:tc>
      </w:tr>
      <w:tr w:rsidR="009975BB" w:rsidRPr="00D92787" w14:paraId="3B07665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794FE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Baghdad different from Britain at the same time?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B875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was a major centre of learning and scholarship, while Britain developed differently.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511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Baghdad and Anglo-Saxon Britain.</w:t>
            </w:r>
          </w:p>
        </w:tc>
      </w:tr>
      <w:tr w:rsidR="009975BB" w:rsidRPr="00D92787" w14:paraId="381CB85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E053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bias?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B51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Bias is when a source favours one viewpoint or gives a one-sided account.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937C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bias, viewpoint, sword.</w:t>
            </w:r>
          </w:p>
        </w:tc>
      </w:tr>
    </w:tbl>
    <w:p w14:paraId="40D9642F" w14:textId="77777777" w:rsidR="009975BB" w:rsidRPr="00D92787" w:rsidRDefault="009975BB">
      <w:pPr>
        <w:rPr>
          <w:rFonts w:ascii="Lexend Light" w:hAnsi="Lexend Light"/>
        </w:rPr>
      </w:pPr>
    </w:p>
    <w:p w14:paraId="6EE532D7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69DC6527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Year 6 Additional Retrieval Questions</w:t>
      </w:r>
    </w:p>
    <w:p w14:paraId="47217D88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Autumn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5D18A1D3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9A7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0030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AA2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7821C01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504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were the Vikings?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F5A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Vikings were people from Scandinavia who raided, traded and settled.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8E0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Viking.</w:t>
            </w:r>
          </w:p>
        </w:tc>
      </w:tr>
      <w:tr w:rsidR="009975BB" w:rsidRPr="00D92787" w14:paraId="25A6505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33CF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 raid?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6F7C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 raid is a sudden attack, often to take goods or resources.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D10B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a raid is the same as peaceful settlement.</w:t>
            </w:r>
          </w:p>
        </w:tc>
      </w:tr>
      <w:tr w:rsidR="009975BB" w:rsidRPr="00D92787" w14:paraId="530CB8B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5AF2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Vikings affect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FCCA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Vikings affected Britain through raids, settlement, language, trade, laws and place names.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303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Vikings, settlement, place names.</w:t>
            </w:r>
          </w:p>
        </w:tc>
      </w:tr>
      <w:tr w:rsidR="009975BB" w:rsidRPr="00D92787" w14:paraId="27C2826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6A1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were Anglo-Saxons and Vikings similar?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C784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Both lived in communities, farmed, traded, fought and had beliefs and leaders.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ED8D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Anglo-Saxons and Vikings.</w:t>
            </w:r>
          </w:p>
        </w:tc>
      </w:tr>
      <w:tr w:rsidR="009975BB" w:rsidRPr="00D92787" w14:paraId="367EDEC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1ADB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Who was Edward the Confessor?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323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Edward the Confessor was a significant Anglo-Saxon king.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EDD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Edward the Confessor, Vikings, Florence Nightingale.</w:t>
            </w:r>
          </w:p>
        </w:tc>
      </w:tr>
      <w:tr w:rsidR="009975BB" w:rsidRPr="00D92787" w14:paraId="60A0697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651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Did Anglo-Saxons and Vikings always fight?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3DB2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No, they sometimes fought and sometimes traded or lived alongside each other.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B38D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Anglo-Saxons and Vikings always fought.</w:t>
            </w:r>
          </w:p>
        </w:tc>
      </w:tr>
    </w:tbl>
    <w:p w14:paraId="04FBFB5E" w14:textId="77777777" w:rsidR="009975BB" w:rsidRPr="00D92787" w:rsidRDefault="009975BB">
      <w:pPr>
        <w:rPr>
          <w:rFonts w:ascii="Lexend Light" w:hAnsi="Lexend Light"/>
        </w:rPr>
      </w:pPr>
    </w:p>
    <w:p w14:paraId="51E6EA89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Spring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71CF7FF3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07C1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661F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230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1A0832D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6C7E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an interpretation?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632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 interpretation is a way of explaining or understanding the past.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EB4B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interpretation.</w:t>
            </w:r>
          </w:p>
        </w:tc>
      </w:tr>
      <w:tr w:rsidR="009975BB" w:rsidRPr="00D92787" w14:paraId="461A2C1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331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can interpretations differ?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B76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Interpretations differ because people use different sources, viewpoints and evidence.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C70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historians always agree.</w:t>
            </w:r>
          </w:p>
        </w:tc>
      </w:tr>
      <w:tr w:rsidR="009975BB" w:rsidRPr="00D92787" w14:paraId="5B84243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1ACA3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 raids affect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BB77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Raids caused fear, conflict, wealth loss and political change.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49CE8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Viking raids affected Britain because...</w:t>
            </w:r>
          </w:p>
        </w:tc>
      </w:tr>
      <w:tr w:rsidR="009975BB" w:rsidRPr="00D92787" w14:paraId="2C087FB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F689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Viking settlement affect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D46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affected language, laws, place names, trade and ways of life.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9D8A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settlement, law, place names.</w:t>
            </w:r>
          </w:p>
        </w:tc>
      </w:tr>
      <w:tr w:rsidR="009975BB" w:rsidRPr="00D92787" w14:paraId="24FF735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95B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can we compare Viking Britain with Baghdad?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66DA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We can compare power, learning, settlement, trade, beliefs and evidence.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912B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Double bubble: Viking Britain and Baghdad.</w:t>
            </w:r>
          </w:p>
        </w:tc>
      </w:tr>
      <w:tr w:rsidR="009975BB" w:rsidRPr="00D92787" w14:paraId="038A56B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F86BF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does bias mean?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254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Bias means a source gives a one-sided or unfairly balanced viewpoint.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191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written sources are unbiased.</w:t>
            </w:r>
          </w:p>
        </w:tc>
      </w:tr>
    </w:tbl>
    <w:p w14:paraId="6D2DB22C" w14:textId="77777777" w:rsidR="009975BB" w:rsidRPr="00D92787" w:rsidRDefault="009975BB">
      <w:pPr>
        <w:rPr>
          <w:rFonts w:ascii="Lexend Light" w:hAnsi="Lexend Light"/>
        </w:rPr>
      </w:pPr>
    </w:p>
    <w:p w14:paraId="0D194051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Summer Term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3A784011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520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7C5D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A05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9975BB" w:rsidRPr="00D92787" w14:paraId="0282CD8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EA1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is migration?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740E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means people moving from one place to another to live.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1089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model: migration.</w:t>
            </w:r>
          </w:p>
        </w:tc>
      </w:tr>
      <w:tr w:rsidR="009975BB" w:rsidRPr="00D92787" w14:paraId="6017D88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2F9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have people moved to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6E85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have moved for safety, work, family, opportunity, trade or because of conflict.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B8C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Because/but/so: people migrated because...</w:t>
            </w:r>
          </w:p>
        </w:tc>
      </w:tr>
      <w:tr w:rsidR="009975BB" w:rsidRPr="00D92787" w14:paraId="5C5D4E1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A17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has migration shaped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0568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has shaped society, food, art, music, sport, inventions, housing and education.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56F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Connect three: migration, culture, change.</w:t>
            </w:r>
          </w:p>
        </w:tc>
      </w:tr>
      <w:tr w:rsidR="009975BB" w:rsidRPr="00D92787" w14:paraId="45D897C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935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What is continuity in migration history?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B053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Continuity means some aspects of life, identity or community continue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6474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Always/sometimes/never: migration changes everything.</w:t>
            </w:r>
          </w:p>
        </w:tc>
      </w:tr>
      <w:tr w:rsidR="009975BB" w:rsidRPr="00D92787" w14:paraId="3A706A3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34A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might people have different views about migration?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801E4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People may have different views because of experience, evidence, values or bias.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70D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True or false: everyone viewed migration in the same way.</w:t>
            </w:r>
          </w:p>
        </w:tc>
      </w:tr>
      <w:tr w:rsidR="009975BB" w:rsidRPr="00D92787" w14:paraId="4255E9C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A7811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Why is Viv Anderson significant?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049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Viv Anderson’s achievements helped challenge discrimination in Britain.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5DCD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out: Viv Anderson, migration, House of Wisdom.</w:t>
            </w:r>
          </w:p>
        </w:tc>
      </w:tr>
    </w:tbl>
    <w:p w14:paraId="74F6C15F" w14:textId="77777777" w:rsidR="009975BB" w:rsidRPr="00D92787" w:rsidRDefault="009975BB">
      <w:pPr>
        <w:rPr>
          <w:rFonts w:ascii="Lexend Light" w:hAnsi="Lexend Light"/>
        </w:rPr>
      </w:pPr>
    </w:p>
    <w:p w14:paraId="3965554B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7F85FAC7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3880D27C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F2B102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</w:rPr>
              <w:t>Purpose of schema links</w:t>
            </w:r>
          </w:p>
          <w:p w14:paraId="667D785C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These links make explicit how each unit builds on prior knowledge and prepares pupils for future learning.</w:t>
            </w:r>
          </w:p>
          <w:p w14:paraId="767F4B11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Teachers can use the schema links at the start of a lesson to make connections clear before retrieval.</w:t>
            </w:r>
          </w:p>
          <w:p w14:paraId="0C6FCFBA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Subject leaders can use this section to check whether pupils are building coherent historical knowledge rather than isolated facts.</w:t>
            </w:r>
          </w:p>
        </w:tc>
      </w:tr>
    </w:tbl>
    <w:p w14:paraId="4117B690" w14:textId="77777777" w:rsidR="009975BB" w:rsidRPr="00D92787" w:rsidRDefault="009975BB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8"/>
        <w:gridCol w:w="2588"/>
        <w:gridCol w:w="2588"/>
        <w:gridCol w:w="2588"/>
        <w:gridCol w:w="2588"/>
        <w:gridCol w:w="2588"/>
      </w:tblGrid>
      <w:tr w:rsidR="009975BB" w:rsidRPr="00D92787" w14:paraId="3BD6C49D" w14:textId="77777777">
        <w:trPr>
          <w:jc w:val="center"/>
        </w:trPr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392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Year</w:t>
            </w:r>
          </w:p>
        </w:tc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A7B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Term</w:t>
            </w:r>
          </w:p>
        </w:tc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079B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B80A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Schema being built</w:t>
            </w:r>
          </w:p>
        </w:tc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0398E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Connects back to</w:t>
            </w:r>
          </w:p>
        </w:tc>
        <w:tc>
          <w:tcPr>
            <w:tcW w:w="2590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EAB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Prepares for</w:t>
            </w:r>
          </w:p>
        </w:tc>
      </w:tr>
      <w:tr w:rsidR="009975BB" w:rsidRPr="00D92787" w14:paraId="64AC162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196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43E3B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291E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and early chronology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4493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past, now, before, after, old/new, change and continuity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AD92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EYFS memories, photographs, family stories and objects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A13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people and sources</w:t>
            </w:r>
          </w:p>
        </w:tc>
      </w:tr>
      <w:tr w:rsidR="009975BB" w:rsidRPr="00D92787" w14:paraId="7C4D968D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A13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89BE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234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Florence Nightingale and Mary Seacole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D551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significance, nursing, hospitals, evidence from sources, change over time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5915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toys over time and simple source use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F5B5D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and significant local people</w:t>
            </w:r>
          </w:p>
        </w:tc>
      </w:tr>
      <w:tr w:rsidR="009975BB" w:rsidRPr="00D92787" w14:paraId="7810B94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587D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88730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0E6E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and D. H. Lawrence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6D0D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locality, school identity, significant person, buildings as sources, place change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750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significance and simple chronology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36456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places and local change in Year 2</w:t>
            </w:r>
          </w:p>
        </w:tc>
      </w:tr>
      <w:tr w:rsidR="009975BB" w:rsidRPr="00D92787" w14:paraId="237170F3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A1FD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7877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65E5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Neil Armstrong and Katherine Johnson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1332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achievement, exploration, significance, chronology, photographs as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4C0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people from 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12271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Great Fire of London: event, cause and consequence</w:t>
            </w:r>
          </w:p>
        </w:tc>
      </w:tr>
      <w:tr w:rsidR="009975BB" w:rsidRPr="00D92787" w14:paraId="64129D89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06CF7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253C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619E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Great Fire of London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C3D0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event beyond living memory, 1666, Pudding Lane, cause, consequence, source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BE49D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timelines, significant people and sources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30F6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and how places change</w:t>
            </w:r>
          </w:p>
        </w:tc>
      </w:tr>
      <w:tr w:rsidR="009975BB" w:rsidRPr="00D92787" w14:paraId="53770A59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276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F7F8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C05C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Colliers Wood and local change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5A14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place, maps, photographs, primary and secondary sources, change and continuity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98E7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from Year 1 and Great Fire change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B4B5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prehistoric periods and wider chronology</w:t>
            </w:r>
          </w:p>
        </w:tc>
      </w:tr>
      <w:tr w:rsidR="009975BB" w:rsidRPr="00D92787" w14:paraId="12EF4C13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4D0F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61B5B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856F2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Stone Age to Iron Age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6B33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prehistoric Britain, chronology, artefacts, farming, change in materials and ways of life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622B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timelines, sources, cause and consequence from KS1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EA93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and civilisations at similar times</w:t>
            </w:r>
          </w:p>
        </w:tc>
      </w:tr>
      <w:tr w:rsidR="009975BB" w:rsidRPr="00D92787" w14:paraId="0A4BD93E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6304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5B55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A4C8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7BE5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civilisation, pharaohs, tombs, monuments, written evidence, comparison with prehistoric Britain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2D4EB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prehistoric Britain and artefacts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1B7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and national links to WW2</w:t>
            </w:r>
          </w:p>
        </w:tc>
      </w:tr>
      <w:tr w:rsidR="009975BB" w:rsidRPr="00D92787" w14:paraId="389E4C8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9C7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9EBA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369F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and WW2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44C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history linked to wider events, memorials, Walter Tull, primary and secondary sources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2E67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change and source use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FE0C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civilisations, reliability and comparison in Year 4</w:t>
            </w:r>
          </w:p>
        </w:tc>
      </w:tr>
      <w:tr w:rsidR="009975BB" w:rsidRPr="00D92787" w14:paraId="5E74C605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EB30B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8832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BF1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Greece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C7BA0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civilisation, city-states, achievement, reliability, influence on later societies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7C09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Ancient Egypt and early civilisations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3F68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Romans, empire, invasion and impact on Britain</w:t>
            </w:r>
          </w:p>
        </w:tc>
      </w:tr>
      <w:tr w:rsidR="009975BB" w:rsidRPr="00D92787" w14:paraId="0CC30259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DA42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EE589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8463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B2EE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empire, invasion, resistance, Roman Britain, change and continuity, impact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457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Iron Age Britain, Ancient Greece and empire vocabulary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D3BF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street names and local history links</w:t>
            </w:r>
          </w:p>
        </w:tc>
      </w:tr>
      <w:tr w:rsidR="009975BB" w:rsidRPr="00D92787" w14:paraId="5422FAFC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3DD50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lastRenderedPageBreak/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22D0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7404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Eastwood street names and coal mining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8D54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sources, viewpoint, validity, industry, community, local/national links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6AF29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 and local impact on Britain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85C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 settlement and place-name evidence</w:t>
            </w:r>
          </w:p>
        </w:tc>
      </w:tr>
      <w:tr w:rsidR="009975BB" w:rsidRPr="00D92787" w14:paraId="559C1A2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37AB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7071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88E1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Anglo-Saxons and Scots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00F2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settlement, invasion, place names, belief, comparison with Roman Britain, source validity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21C5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Romans, local history and place-name clues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51E6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William Booth, Nottingham and social change</w:t>
            </w:r>
          </w:p>
        </w:tc>
      </w:tr>
      <w:tr w:rsidR="009975BB" w:rsidRPr="00D92787" w14:paraId="0AEFF9F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A32D1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6BC8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7B5EB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William Booth and the Salvation Army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D33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significant individual, Nottingham, Victorian society, poverty, reform, action shaping history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4394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settlement and social organisation in earlier periods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74D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 and concurrent civilisations</w:t>
            </w:r>
          </w:p>
        </w:tc>
      </w:tr>
      <w:tr w:rsidR="009975BB" w:rsidRPr="00D92787" w14:paraId="1FDEDC3A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4C8A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18AC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6AAC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Baghdad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3232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early Islamic civilisation, House of Wisdom, knowledge, scholarship, concurrent civilisations, bias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C8A79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 Britain and comparison across societies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1776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 Britain, interpretations and migration</w:t>
            </w:r>
          </w:p>
        </w:tc>
      </w:tr>
      <w:tr w:rsidR="009975BB" w:rsidRPr="00D92787" w14:paraId="0EE4689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351D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6BA5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72E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Vikings and Anglo-Saxons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1081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raid, settlement, trade, conflict, place names, Edward the Confessor, similarity and difference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FB24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Anglo-Saxons, Scots and settlement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6C80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interpretation, bias and comparison with Baghdad</w:t>
            </w:r>
          </w:p>
        </w:tc>
      </w:tr>
      <w:tr w:rsidR="009975BB" w:rsidRPr="00D92787" w14:paraId="3D647F9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E58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438E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8AD6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 Britain, Baghdad and interpretations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0D8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concurrent civilisations, impact, bias, viewpoint, source interpretation, multiple effects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126EC7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Vikings, Anglo-Saxons and Baghdad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0922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to Britain and long-term change</w:t>
            </w:r>
          </w:p>
        </w:tc>
      </w:tr>
      <w:tr w:rsidR="009975BB" w:rsidRPr="00D92787" w14:paraId="42F438D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7ED8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23B1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128D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 to Britain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95B6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migration, identity, culture, society, change, continuity, different viewpoints, Viv Anderson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49CA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Romans, Anglo-Saxons, Vikings and settlement over time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EB179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end-of-primary coherent chronological framework</w:t>
            </w:r>
          </w:p>
        </w:tc>
      </w:tr>
    </w:tbl>
    <w:p w14:paraId="2E368E04" w14:textId="77777777" w:rsidR="009975BB" w:rsidRPr="00D92787" w:rsidRDefault="009975BB">
      <w:pPr>
        <w:rPr>
          <w:rFonts w:ascii="Lexend Light" w:hAnsi="Lexend Light"/>
        </w:rPr>
      </w:pPr>
    </w:p>
    <w:p w14:paraId="7DF30278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Suggested Teacher Stem for Schema Links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77B2B7D4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EB2BFAF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</w:rPr>
              <w:t>Classroom sentence stems</w:t>
            </w:r>
          </w:p>
          <w:p w14:paraId="5A7093C9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This links to what we already know about...</w:t>
            </w:r>
          </w:p>
          <w:p w14:paraId="2BE25F8F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This helps us understand the new unit because...</w:t>
            </w:r>
          </w:p>
          <w:p w14:paraId="2678CD1D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The key idea we are building is...</w:t>
            </w:r>
          </w:p>
          <w:p w14:paraId="0361950D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We have seen this idea before when we learned about...</w:t>
            </w:r>
          </w:p>
          <w:p w14:paraId="519FBA16" w14:textId="77777777" w:rsidR="009975BB" w:rsidRPr="00D92787" w:rsidRDefault="00210EC2">
            <w:pPr>
              <w:pStyle w:val="ListBullet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This will help us later when we study...</w:t>
            </w:r>
          </w:p>
        </w:tc>
      </w:tr>
    </w:tbl>
    <w:p w14:paraId="1E43380E" w14:textId="77777777" w:rsidR="009975BB" w:rsidRPr="00D92787" w:rsidRDefault="009975BB">
      <w:pPr>
        <w:rPr>
          <w:rFonts w:ascii="Lexend Light" w:hAnsi="Lexend Light"/>
        </w:rPr>
      </w:pPr>
    </w:p>
    <w:p w14:paraId="13CA2444" w14:textId="77777777" w:rsidR="009975BB" w:rsidRPr="00D92787" w:rsidRDefault="00210EC2">
      <w:pPr>
        <w:rPr>
          <w:rFonts w:ascii="Lexend Light" w:hAnsi="Lexend Light"/>
        </w:rPr>
      </w:pPr>
      <w:r w:rsidRPr="00D92787">
        <w:rPr>
          <w:rFonts w:ascii="Lexend Light" w:hAnsi="Lexend Light"/>
        </w:rPr>
        <w:br w:type="page"/>
      </w:r>
    </w:p>
    <w:p w14:paraId="4CDDFA80" w14:textId="77777777" w:rsidR="009975BB" w:rsidRPr="00D92787" w:rsidRDefault="00210EC2">
      <w:pPr>
        <w:pStyle w:val="Heading1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lastRenderedPageBreak/>
        <w:t>How This Plan Builds Children’s Schemas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2AC57990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ADFEA5F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  <w:sz w:val="20"/>
              </w:rPr>
              <w:t>Why this matters</w:t>
            </w:r>
          </w:p>
          <w:p w14:paraId="7B2F3199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This retrieval plan is designed to help pupils build connected bodies of historical knowledge, not just remember isolated facts.</w:t>
            </w:r>
          </w:p>
          <w:p w14:paraId="5C8EBAC8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Schemas are strengthened when pupils repeatedly revisit important facts, vocabulary and concepts, then connect them to new learning.</w:t>
            </w:r>
          </w:p>
          <w:p w14:paraId="6AA082C4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Teachers should make these links explicit so pupils understand how prior learning supports current and future learning.</w:t>
            </w:r>
          </w:p>
        </w:tc>
      </w:tr>
    </w:tbl>
    <w:p w14:paraId="74D5536A" w14:textId="77777777" w:rsidR="009975BB" w:rsidRPr="00D92787" w:rsidRDefault="009975BB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0DDE470D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DFC0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Schema-building feature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9547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How the plan supports it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9D8C8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Intended impact for pupils</w:t>
            </w:r>
          </w:p>
        </w:tc>
      </w:tr>
      <w:tr w:rsidR="009975BB" w:rsidRPr="00D92787" w14:paraId="2941866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881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6C69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Core facts and expected answers give pupils precise knowledge to return to, such as 1666, Pudding Lane, D. H. Lawrence, Eastwood, Baghdad, migration and Viv Anderson.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E7EC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have secure knowledge hooks for new learning.</w:t>
            </w:r>
          </w:p>
        </w:tc>
      </w:tr>
      <w:tr w:rsidR="009975BB" w:rsidRPr="00D92787" w14:paraId="1C287BB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E2AE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Links between old and new learning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4FF78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Each unit retrieves prior knowledge and prepares for future units, for example local history supports Colliers Wood, Eastwood and later migration work.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8685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see history as connected and coherent over time.</w:t>
            </w:r>
          </w:p>
        </w:tc>
      </w:tr>
      <w:tr w:rsidR="009975BB" w:rsidRPr="00D92787" w14:paraId="6494EA9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01E8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13B6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revisit important people, places, events and periods, including Florence Nightingale, Mary Seacole, Ancient Egypt, Romans, Anglo-Saxons, Vikings and Baghdad.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91988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remember the key content of the curriculum accurately.</w:t>
            </w:r>
          </w:p>
        </w:tc>
      </w:tr>
      <w:tr w:rsidR="009975BB" w:rsidRPr="00D92787" w14:paraId="15173D1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7F57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Disciplinary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013C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Retrieval prompts revisit chronology, sources, evidence, reliability, bias, similarity, difference, change, continuity, cause, consequence, significance and interpretation.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341F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learn how historians think and explain the past.</w:t>
            </w:r>
          </w:p>
        </w:tc>
      </w:tr>
      <w:tr w:rsidR="009975BB" w:rsidRPr="00D92787" w14:paraId="7E85A04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F34F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Vocabulary development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06E0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Frayer models and core fact prompts secure key historical words such as source, evidence, empire, settlement, migration, bias, continuity and significance.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BA2E0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can use historical language accurately and confidently.</w:t>
            </w:r>
          </w:p>
        </w:tc>
      </w:tr>
      <w:tr w:rsidR="009975BB" w:rsidRPr="00D92787" w14:paraId="72903DC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63CCA4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Meta-learning strategies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AE969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Odd one out, always/sometimes/never, double bubble, true/false/prove it, because/but/so and connect three require pupils to classify, compare, justify and explain.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D488C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deepen their thinking rather than simply recalling disconnected facts.</w:t>
            </w:r>
          </w:p>
        </w:tc>
      </w:tr>
      <w:tr w:rsidR="009975BB" w:rsidRPr="00D92787" w14:paraId="272F016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F661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Misconception checking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D70E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Always/sometimes/never and true/false/prove it help teachers identify overgeneralisations, gaps and misunderstandings quickly.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220B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Teachers can take timely action through brief reteaching and planned revisiting.</w:t>
            </w:r>
          </w:p>
        </w:tc>
      </w:tr>
      <w:tr w:rsidR="009975BB" w:rsidRPr="00D92787" w14:paraId="0CAF05E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580F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Local to national and global links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084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The sequence connects school and local history, including Lawrence View, Colliers Wood, Eastwood and Nottingham, to wider British and world history.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6D32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Pupils understand that local history fits into wider historical narratives.</w:t>
            </w:r>
          </w:p>
        </w:tc>
      </w:tr>
    </w:tbl>
    <w:p w14:paraId="3182A2D2" w14:textId="77777777" w:rsidR="009975BB" w:rsidRPr="00D92787" w:rsidRDefault="009975BB">
      <w:pPr>
        <w:rPr>
          <w:rFonts w:ascii="Lexend Light" w:hAnsi="Lexend Light"/>
        </w:rPr>
      </w:pPr>
    </w:p>
    <w:p w14:paraId="7BAD30B2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Teacher Guidance: Making Schema Links Explicit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074EC843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E3217C6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  <w:sz w:val="20"/>
              </w:rPr>
              <w:t>Use during retrieval</w:t>
            </w:r>
          </w:p>
          <w:p w14:paraId="22C6CB31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Before retrieval: remind pupils which previous learning today’s question connects to.</w:t>
            </w:r>
          </w:p>
          <w:p w14:paraId="3F6DDC7C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During retrieval: ask pupils to explain how the fact links to a person, place, event, period or concept they already know.</w:t>
            </w:r>
          </w:p>
          <w:p w14:paraId="74B05809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lastRenderedPageBreak/>
              <w:t>After retrieval: make the connection to today’s new learning explicit.</w:t>
            </w:r>
          </w:p>
          <w:p w14:paraId="2C2E4D0D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Where pupils struggle, reteach the core fact briefly, then revisit it again later.</w:t>
            </w:r>
          </w:p>
        </w:tc>
      </w:tr>
    </w:tbl>
    <w:p w14:paraId="74657253" w14:textId="77777777" w:rsidR="009975BB" w:rsidRPr="00D92787" w:rsidRDefault="009975BB">
      <w:pPr>
        <w:rPr>
          <w:rFonts w:ascii="Lexend Light" w:hAnsi="Lexend Light"/>
        </w:rPr>
      </w:pPr>
    </w:p>
    <w:p w14:paraId="72DFDEFF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Example Schema-Building Questions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9975BB" w:rsidRPr="00D92787" w14:paraId="075712F7" w14:textId="77777777">
        <w:trPr>
          <w:jc w:val="center"/>
        </w:trPr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7ADECA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1B27E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5179" w:type="dxa"/>
            <w:shd w:val="clear" w:color="auto" w:fill="7F4E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94DB5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FFFFFF"/>
                <w:sz w:val="15"/>
              </w:rPr>
              <w:t>Schema link</w:t>
            </w:r>
          </w:p>
        </w:tc>
      </w:tr>
      <w:tr w:rsidR="009975BB" w:rsidRPr="00D92787" w14:paraId="2BA3446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F4B1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2 Great Fire of London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0CEDB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What happened in 1666?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C7A0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This connects to chronology and cause/consequence because pupils link a date, event, cause and result.</w:t>
            </w:r>
          </w:p>
        </w:tc>
      </w:tr>
      <w:tr w:rsidR="009975BB" w:rsidRPr="00D92787" w14:paraId="0F150B9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3EAAD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3 Ancient Egypt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EBEB9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Ancient Egypt different from prehistoric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78AD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This builds comparison and civilisation knowledge by linking two previously studied periods.</w:t>
            </w:r>
          </w:p>
        </w:tc>
      </w:tr>
      <w:tr w:rsidR="009975BB" w:rsidRPr="00D92787" w14:paraId="20BBCCE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AFC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4 Romans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5124F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did Romans change Britain?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AC3D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This builds the schema of invasion, empire, settlement, change and continuity.</w:t>
            </w:r>
          </w:p>
        </w:tc>
      </w:tr>
      <w:tr w:rsidR="009975BB" w:rsidRPr="00D92787" w14:paraId="20C56D3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01D12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5 Baghdad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81801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was Baghdad different from Britain at the same time?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9D9763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This strengthens the idea of concurrent civilisations and comparison across the world.</w:t>
            </w:r>
          </w:p>
        </w:tc>
      </w:tr>
      <w:tr w:rsidR="009975BB" w:rsidRPr="00D92787" w14:paraId="64E935A6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FB7C96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Year 6 Migration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E75820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How has migration shaped Britain over time?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2CACAC" w14:textId="77777777" w:rsidR="009975BB" w:rsidRPr="00D92787" w:rsidRDefault="00210EC2">
            <w:pPr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sz w:val="14"/>
              </w:rPr>
              <w:t>This draws together Romans, Anglo-Saxons, Vikings, culture, identity, change and continuity.</w:t>
            </w:r>
          </w:p>
        </w:tc>
      </w:tr>
    </w:tbl>
    <w:p w14:paraId="61BC022F" w14:textId="77777777" w:rsidR="009975BB" w:rsidRPr="00D92787" w:rsidRDefault="009975BB">
      <w:pPr>
        <w:rPr>
          <w:rFonts w:ascii="Lexend Light" w:hAnsi="Lexend Light"/>
        </w:rPr>
      </w:pPr>
    </w:p>
    <w:p w14:paraId="04ACBFF6" w14:textId="77777777" w:rsidR="009975BB" w:rsidRPr="00D92787" w:rsidRDefault="00210EC2">
      <w:pPr>
        <w:pStyle w:val="Heading2"/>
        <w:rPr>
          <w:rFonts w:ascii="Lexend Light" w:hAnsi="Lexend Light"/>
        </w:rPr>
      </w:pPr>
      <w:r w:rsidRPr="00D92787">
        <w:rPr>
          <w:rFonts w:ascii="Lexend Light" w:hAnsi="Lexend Light"/>
          <w:color w:val="7F4E00"/>
        </w:rPr>
        <w:t>Subject Leader Check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9975BB" w:rsidRPr="00D92787" w14:paraId="27F2D25C" w14:textId="77777777">
        <w:trPr>
          <w:jc w:val="center"/>
        </w:trPr>
        <w:tc>
          <w:tcPr>
            <w:tcW w:w="15538" w:type="dxa"/>
            <w:shd w:val="clear" w:color="auto" w:fill="F7EFE5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24CEFA5" w14:textId="77777777" w:rsidR="009975BB" w:rsidRPr="00D92787" w:rsidRDefault="00210EC2">
            <w:pPr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  <w:b/>
                <w:color w:val="7F4E00"/>
                <w:sz w:val="20"/>
              </w:rPr>
              <w:t>What leaders should analyse closely</w:t>
            </w:r>
          </w:p>
          <w:p w14:paraId="0C927E63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Can pupils recall the core facts quickly and accurately?</w:t>
            </w:r>
          </w:p>
          <w:p w14:paraId="6B074FBD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Can pupils explain how a fact links to previous learning?</w:t>
            </w:r>
          </w:p>
          <w:p w14:paraId="128AF335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Can pupils use historical vocabulary appropriately?</w:t>
            </w:r>
          </w:p>
          <w:p w14:paraId="77A1014E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Can pupils compare, justify and explain using meta-learning strategies?</w:t>
            </w:r>
          </w:p>
          <w:p w14:paraId="76BC115B" w14:textId="77777777" w:rsidR="009975BB" w:rsidRPr="00D92787" w:rsidRDefault="00210EC2">
            <w:pPr>
              <w:pStyle w:val="ListBullet"/>
              <w:spacing w:after="20"/>
              <w:rPr>
                <w:rFonts w:ascii="Lexend Light" w:hAnsi="Lexend Light"/>
              </w:rPr>
            </w:pPr>
            <w:r w:rsidRPr="00D92787">
              <w:rPr>
                <w:rFonts w:ascii="Lexend Light" w:hAnsi="Lexend Light"/>
              </w:rPr>
              <w:t>Can pupils connect local history to wider British or world history?</w:t>
            </w:r>
          </w:p>
        </w:tc>
      </w:tr>
    </w:tbl>
    <w:p w14:paraId="297CE878" w14:textId="77777777" w:rsidR="009975BB" w:rsidRDefault="009975BB"/>
    <w:sectPr w:rsidR="009975BB" w:rsidSect="00034616">
      <w:footerReference w:type="default" r:id="rId8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EC7EB" w14:textId="77777777" w:rsidR="00302858" w:rsidRDefault="00302858">
      <w:pPr>
        <w:spacing w:after="0" w:line="240" w:lineRule="auto"/>
      </w:pPr>
      <w:r>
        <w:separator/>
      </w:r>
    </w:p>
  </w:endnote>
  <w:endnote w:type="continuationSeparator" w:id="0">
    <w:p w14:paraId="07B75A5B" w14:textId="77777777" w:rsidR="00302858" w:rsidRDefault="00302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8F412" w14:textId="5E7A4C63" w:rsidR="009975BB" w:rsidRDefault="00210EC2">
    <w:pPr>
      <w:pStyle w:val="Footer"/>
      <w:jc w:val="center"/>
    </w:pPr>
    <w:r>
      <w:rPr>
        <w:color w:val="777777"/>
        <w:sz w:val="16"/>
      </w:rPr>
      <w:t xml:space="preserve">History Retrieval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328DF" w14:textId="77777777" w:rsidR="00302858" w:rsidRDefault="00302858">
      <w:pPr>
        <w:spacing w:after="0" w:line="240" w:lineRule="auto"/>
      </w:pPr>
      <w:r>
        <w:separator/>
      </w:r>
    </w:p>
  </w:footnote>
  <w:footnote w:type="continuationSeparator" w:id="0">
    <w:p w14:paraId="1CCF9E28" w14:textId="77777777" w:rsidR="00302858" w:rsidRDefault="00302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7056448">
    <w:abstractNumId w:val="8"/>
  </w:num>
  <w:num w:numId="2" w16cid:durableId="47533459">
    <w:abstractNumId w:val="6"/>
  </w:num>
  <w:num w:numId="3" w16cid:durableId="1256014012">
    <w:abstractNumId w:val="5"/>
  </w:num>
  <w:num w:numId="4" w16cid:durableId="149832276">
    <w:abstractNumId w:val="4"/>
  </w:num>
  <w:num w:numId="5" w16cid:durableId="2063746678">
    <w:abstractNumId w:val="7"/>
  </w:num>
  <w:num w:numId="6" w16cid:durableId="642000864">
    <w:abstractNumId w:val="3"/>
  </w:num>
  <w:num w:numId="7" w16cid:durableId="179584097">
    <w:abstractNumId w:val="2"/>
  </w:num>
  <w:num w:numId="8" w16cid:durableId="142966750">
    <w:abstractNumId w:val="1"/>
  </w:num>
  <w:num w:numId="9" w16cid:durableId="146573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544E"/>
    <w:rsid w:val="00210EC2"/>
    <w:rsid w:val="0029639D"/>
    <w:rsid w:val="00302858"/>
    <w:rsid w:val="00326F90"/>
    <w:rsid w:val="003D4A7C"/>
    <w:rsid w:val="0049551C"/>
    <w:rsid w:val="005B006B"/>
    <w:rsid w:val="00823929"/>
    <w:rsid w:val="00847677"/>
    <w:rsid w:val="008A38AB"/>
    <w:rsid w:val="009975BB"/>
    <w:rsid w:val="009A4A4B"/>
    <w:rsid w:val="009B7D0C"/>
    <w:rsid w:val="00A2559E"/>
    <w:rsid w:val="00AA11FF"/>
    <w:rsid w:val="00AA1D8D"/>
    <w:rsid w:val="00AC4733"/>
    <w:rsid w:val="00B47730"/>
    <w:rsid w:val="00B53A08"/>
    <w:rsid w:val="00B82157"/>
    <w:rsid w:val="00C22CD1"/>
    <w:rsid w:val="00CB0664"/>
    <w:rsid w:val="00D23C1D"/>
    <w:rsid w:val="00D27D9A"/>
    <w:rsid w:val="00D52238"/>
    <w:rsid w:val="00D92787"/>
    <w:rsid w:val="00E2763A"/>
    <w:rsid w:val="00E6418E"/>
    <w:rsid w:val="00EA0976"/>
    <w:rsid w:val="00F25C1C"/>
    <w:rsid w:val="00F82666"/>
    <w:rsid w:val="00FC693F"/>
    <w:rsid w:val="00FF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C45588"/>
  <w14:defaultImageDpi w14:val="300"/>
  <w15:docId w15:val="{67C8A12A-FDF3-43F3-868B-00407631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10950</Words>
  <Characters>62418</Characters>
  <Application>Microsoft Office Word</Application>
  <DocSecurity>0</DocSecurity>
  <Lines>520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2</cp:revision>
  <dcterms:created xsi:type="dcterms:W3CDTF">2026-08-11T21:23:00Z</dcterms:created>
  <dcterms:modified xsi:type="dcterms:W3CDTF">2026-08-11T21:23:00Z</dcterms:modified>
  <cp:category/>
</cp:coreProperties>
</file>