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67773" w14:textId="77777777" w:rsidR="002B09E8" w:rsidRDefault="002B09E8">
      <w:pPr>
        <w:jc w:val="center"/>
        <w:rPr>
          <w:rFonts w:ascii="Lexend Light" w:hAnsi="Lexend Light"/>
          <w:b/>
          <w:color w:val="548235"/>
          <w:sz w:val="40"/>
        </w:rPr>
      </w:pPr>
      <w:r>
        <w:rPr>
          <w:rFonts w:ascii="Lexend Light" w:hAnsi="Lexend Light"/>
          <w:b/>
          <w:noProof/>
          <w:color w:val="548235"/>
          <w:sz w:val="40"/>
        </w:rPr>
        <w:drawing>
          <wp:inline distT="0" distB="0" distL="0" distR="0" wp14:anchorId="3620FCF8" wp14:editId="49841429">
            <wp:extent cx="1406525" cy="1406525"/>
            <wp:effectExtent l="0" t="0" r="3175" b="3175"/>
            <wp:docPr id="12732947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294721" name="Picture 127329472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06568" cy="1406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8F04D" w14:textId="6B064308" w:rsidR="00F03C57" w:rsidRPr="002B09E8" w:rsidRDefault="002E61E7">
      <w:pPr>
        <w:jc w:val="center"/>
        <w:rPr>
          <w:rFonts w:ascii="Lexend Light" w:hAnsi="Lexend Light"/>
        </w:rPr>
      </w:pPr>
      <w:r w:rsidRPr="002B09E8">
        <w:rPr>
          <w:rFonts w:ascii="Lexend Light" w:hAnsi="Lexend Light"/>
          <w:b/>
          <w:color w:val="548235"/>
          <w:sz w:val="40"/>
        </w:rPr>
        <w:t xml:space="preserve">Whole-School Science Retrieval </w:t>
      </w:r>
      <w:r w:rsidR="002B09E8">
        <w:rPr>
          <w:rFonts w:ascii="Lexend Light" w:hAnsi="Lexend Light"/>
          <w:b/>
          <w:color w:val="548235"/>
          <w:sz w:val="40"/>
        </w:rPr>
        <w:t>Plan</w:t>
      </w:r>
    </w:p>
    <w:p w14:paraId="3D59BAA2" w14:textId="77777777" w:rsidR="00F03C57" w:rsidRPr="002B09E8" w:rsidRDefault="00F03C57">
      <w:pPr>
        <w:rPr>
          <w:rFonts w:ascii="Lexend Light" w:hAnsi="Lexend Ligh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03C57" w:rsidRPr="002B09E8" w14:paraId="12E34763" w14:textId="77777777">
        <w:trPr>
          <w:jc w:val="center"/>
        </w:trPr>
        <w:tc>
          <w:tcPr>
            <w:tcW w:w="15538" w:type="dxa"/>
            <w:shd w:val="clear" w:color="auto" w:fill="EAF3E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659B8B0" w14:textId="77777777" w:rsidR="00F03C57" w:rsidRPr="002B09E8" w:rsidRDefault="002E61E7">
            <w:pPr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548235"/>
                <w:sz w:val="20"/>
              </w:rPr>
              <w:t>How teachers should use this version</w:t>
            </w:r>
          </w:p>
          <w:p w14:paraId="2B0EF7A1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Ask the weekly retrieval question at the start of one Science lesson each week.</w:t>
            </w:r>
          </w:p>
          <w:p w14:paraId="783E9E19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Use the core fact / expected answer to give immediate feedback and reteach briefly where knowledge is not secure.</w:t>
            </w:r>
          </w:p>
          <w:p w14:paraId="15441148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Choose one meta-learning prompt when useful, such as odd one out, always/sometimes/never, double bubble, Frayer model, true/false/prove it, because/but/so or connect three.</w:t>
            </w:r>
          </w:p>
          <w:p w14:paraId="6F57B5B8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Make the schema link explicit: “This links to what we already know about...”</w:t>
            </w:r>
          </w:p>
        </w:tc>
      </w:tr>
    </w:tbl>
    <w:p w14:paraId="23DC3E84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Meta-Learning Prompt Bank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F03C57" w:rsidRPr="002B09E8" w14:paraId="42A5A921" w14:textId="77777777">
        <w:trPr>
          <w:jc w:val="center"/>
        </w:trPr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721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Strategy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733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Purpose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7117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science use</w:t>
            </w:r>
          </w:p>
        </w:tc>
      </w:tr>
      <w:tr w:rsidR="00F03C57" w:rsidRPr="002B09E8" w14:paraId="4699FEA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561E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E465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Classify and justify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94D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iron nail, plastic spoon, steel paperclip. Which is not magnetic?</w:t>
            </w:r>
          </w:p>
        </w:tc>
      </w:tr>
      <w:tr w:rsidR="00F03C57" w:rsidRPr="002B09E8" w14:paraId="6B422367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CBE0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6F99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Challenge misconceptions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067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Magnets always attract metals. Always, sometimes or never?</w:t>
            </w:r>
          </w:p>
        </w:tc>
      </w:tr>
      <w:tr w:rsidR="00F03C57" w:rsidRPr="002B09E8" w14:paraId="26BD691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51E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6C1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concepts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F4A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solids and liquids, or mammals and insects.</w:t>
            </w:r>
          </w:p>
        </w:tc>
      </w:tr>
      <w:tr w:rsidR="00F03C57" w:rsidRPr="002B09E8" w14:paraId="773ADFF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5F2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B7D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Secure vocabulary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351A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evaporation, force, habitat, adaptation or conductor.</w:t>
            </w:r>
          </w:p>
        </w:tc>
      </w:tr>
      <w:tr w:rsidR="00F03C57" w:rsidRPr="002B09E8" w14:paraId="7B96898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E942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616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Recall and justify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1A0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travels in straight lines. True or false? Prove it.</w:t>
            </w:r>
          </w:p>
        </w:tc>
      </w:tr>
      <w:tr w:rsidR="00F03C57" w:rsidRPr="002B09E8" w14:paraId="3B3569F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697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Because/but/so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756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Build explanation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03B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need light because..., but..., so...</w:t>
            </w:r>
          </w:p>
        </w:tc>
      </w:tr>
      <w:tr w:rsidR="00F03C57" w:rsidRPr="002B09E8" w14:paraId="634B57D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2F43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8DC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Build schema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7D26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Connect: vibration, sound, ear.</w:t>
            </w:r>
          </w:p>
        </w:tc>
      </w:tr>
    </w:tbl>
    <w:p w14:paraId="5C75DC13" w14:textId="77777777" w:rsidR="00F03C57" w:rsidRPr="002B09E8" w:rsidRDefault="00F03C57">
      <w:pPr>
        <w:rPr>
          <w:rFonts w:ascii="Lexend Light" w:hAnsi="Lexend Light"/>
        </w:rPr>
      </w:pPr>
    </w:p>
    <w:p w14:paraId="3088A03E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>How This Plan Builds Children’s Science Schemas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F03C57" w:rsidRPr="002B09E8" w14:paraId="430D2D32" w14:textId="77777777">
        <w:trPr>
          <w:jc w:val="center"/>
        </w:trPr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82E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Schema-building feature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DBB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How the plan supports it</w:t>
            </w:r>
          </w:p>
        </w:tc>
        <w:tc>
          <w:tcPr>
            <w:tcW w:w="5179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6D09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Intended impact</w:t>
            </w:r>
          </w:p>
        </w:tc>
      </w:tr>
      <w:tr w:rsidR="00F03C57" w:rsidRPr="002B09E8" w14:paraId="5339BDB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8BAD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Repeated anchor points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9EB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Core facts return pupils to important knowledge such as plant needs, habitats, material properties, forces, states of matter, circuits, classification, evolution and light.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B578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build secure knowledge hooks for new learning.</w:t>
            </w:r>
          </w:p>
        </w:tc>
      </w:tr>
      <w:tr w:rsidR="00F03C57" w:rsidRPr="002B09E8" w14:paraId="2FAC777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10A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A05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revisit key scientific ideas across biology, chemistry and physics from Year 1 to Year 6.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230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remember important scientific concepts accurately.</w:t>
            </w:r>
          </w:p>
        </w:tc>
      </w:tr>
      <w:tr w:rsidR="00F03C57" w:rsidRPr="002B09E8" w14:paraId="106D2229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01A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5B1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Prompts revisit observing, measuring, classifying, recording, identifying variables, using evidence and evaluating trust in results.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64F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understand how scientists work, not just what scientists know.</w:t>
            </w:r>
          </w:p>
        </w:tc>
      </w:tr>
      <w:tr w:rsidR="00F03C57" w:rsidRPr="002B09E8" w14:paraId="014658C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C429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 development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B46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models, core facts and quick definitions secure scientific vocabulary.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2E8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use precise language when explaining ideas.</w:t>
            </w:r>
          </w:p>
        </w:tc>
      </w:tr>
      <w:tr w:rsidR="00F03C57" w:rsidRPr="002B09E8" w14:paraId="2FF11DF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76D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115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 and true/false/prove it expose overgeneralisations, such as “all metals are magnetic” or “plants get food from soil”.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301D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Teachers identify and tackle misconceptions quickly.</w:t>
            </w:r>
          </w:p>
        </w:tc>
      </w:tr>
      <w:tr w:rsidR="00F03C57" w:rsidRPr="002B09E8" w14:paraId="1D97384B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886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Connections across units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60F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Schema links show how learning about materials, habitats, forces, light, electricity and living things builds over time.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6B70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connect prior knowledge to current and future learning.</w:t>
            </w:r>
          </w:p>
        </w:tc>
      </w:tr>
    </w:tbl>
    <w:p w14:paraId="4D575F0D" w14:textId="77777777" w:rsidR="00F03C57" w:rsidRPr="002B09E8" w:rsidRDefault="00F03C57">
      <w:pPr>
        <w:rPr>
          <w:rFonts w:ascii="Lexend Light" w:hAnsi="Lexend Light"/>
        </w:rPr>
      </w:pPr>
    </w:p>
    <w:p w14:paraId="2BE64C57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Scientific Disciplinary Knowledge Progression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03C57" w:rsidRPr="002B09E8" w14:paraId="6D8FF08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B7E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Phase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28B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Questioning and observing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3D0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Testing and measuring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A06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Recording and evidence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B700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Explaining and evaluating</w:t>
            </w:r>
          </w:p>
        </w:tc>
      </w:tr>
      <w:tr w:rsidR="00F03C57" w:rsidRPr="002B09E8" w14:paraId="492259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C68B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Years 1 and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A8C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Ask simple questions and observe closely using senses and simple equipment.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8158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Perform simple tests and compare familiar objects, materials and living things.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13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Gather and record data using drawings, labels, simple tables, tally charts and pictograms.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3E7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Use observations to suggest answers and begin to explain what they noticed.</w:t>
            </w:r>
          </w:p>
        </w:tc>
      </w:tr>
      <w:tr w:rsidR="00F03C57" w:rsidRPr="002B09E8" w14:paraId="37F95D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D281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Years 3 and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AF1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Ask relevant questions and set up simple practical enquiries and comparative tests.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3E0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Make systematic observations and take measurements using standard units where appropriate.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5528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Record findings using diagrams, keys, tables, bar charts and scientific vocabulary.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CB8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Use evidence to draw simple conclusions, make predictions and suggest improvements.</w:t>
            </w:r>
          </w:p>
        </w:tc>
      </w:tr>
      <w:tr w:rsidR="00F03C57" w:rsidRPr="002B09E8" w14:paraId="0F06A6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8C40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Years 5 and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3F36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 enquiries, identify variables and decide what evidence is needed.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D7C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Take accurate measurements, repeat readings where appropriate and consider accuracy and precision.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1A84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Record complex data using tables, graphs, diagrams and recognised symbols.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62AF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Use evidence to explain causal relationships, evaluate trust in results and communicate conclusions.</w:t>
            </w:r>
          </w:p>
        </w:tc>
      </w:tr>
    </w:tbl>
    <w:p w14:paraId="0D302BB1" w14:textId="77777777" w:rsidR="00F03C57" w:rsidRPr="002B09E8" w:rsidRDefault="00F03C57">
      <w:pPr>
        <w:rPr>
          <w:rFonts w:ascii="Lexend Light" w:hAnsi="Lexend Light"/>
        </w:rPr>
      </w:pPr>
    </w:p>
    <w:p w14:paraId="0C08EF2F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4DCC954C" w14:textId="420CEA03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1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7F5E56BC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859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B9C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00E5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0EE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151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574BE4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3267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E07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plant?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73580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plant is a living thing that can grow and usually has roots, a stem, leaves or flowers.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5F1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E0D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plant; pupils justify.</w:t>
            </w:r>
          </w:p>
        </w:tc>
      </w:tr>
      <w:tr w:rsidR="00F03C57" w:rsidRPr="002B09E8" w14:paraId="612217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CAA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371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3EC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light, air, nutrients, space and a suitable temperature to grow.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E16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0F98B" w14:textId="2C9DD522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“plant</w:t>
            </w:r>
            <w:r w:rsidR="00053867">
              <w:rPr>
                <w:rFonts w:ascii="Lexend Light" w:hAnsi="Lexend Light"/>
                <w:sz w:val="14"/>
              </w:rPr>
              <w:t>s</w:t>
            </w:r>
            <w:r w:rsidRPr="002B09E8">
              <w:rPr>
                <w:rFonts w:ascii="Lexend Light" w:hAnsi="Lexend Light"/>
                <w:sz w:val="14"/>
              </w:rPr>
              <w:t xml:space="preserve"> need </w:t>
            </w:r>
            <w:r w:rsidR="00053867">
              <w:rPr>
                <w:rFonts w:ascii="Lexend Light" w:hAnsi="Lexend Light"/>
                <w:sz w:val="14"/>
              </w:rPr>
              <w:t xml:space="preserve">soil </w:t>
            </w:r>
            <w:r w:rsidRPr="002B09E8">
              <w:rPr>
                <w:rFonts w:ascii="Lexend Light" w:hAnsi="Lexend Light"/>
                <w:sz w:val="14"/>
              </w:rPr>
              <w:t>to grow” Ask pupils to qualify their answer.</w:t>
            </w:r>
          </w:p>
        </w:tc>
      </w:tr>
      <w:tr w:rsidR="00F03C57" w:rsidRPr="002B09E8" w14:paraId="728D928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B011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6F3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plant you know.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1BB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specific plant, such as daisy, oak tree, sunflower, grass or rose.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3A9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160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plant with a related idea from previous learning.</w:t>
            </w:r>
          </w:p>
        </w:tc>
      </w:tr>
      <w:tr w:rsidR="00F03C57" w:rsidRPr="002B09E8" w14:paraId="443AAB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AAD7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C99A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changes can you see in plants?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3F47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can grow taller, produce leaves, flowers, fruits or seeds, and change across seasons.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F7C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80E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plant: definition, characteristics, examples and non-examples.</w:t>
            </w:r>
          </w:p>
        </w:tc>
      </w:tr>
      <w:tr w:rsidR="00F03C57" w:rsidRPr="002B09E8" w14:paraId="5B5CEA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C8856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186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weather like today?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283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Weather describes conditions such as sunny, rainy, cloudy, windy, hot or cold.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E370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2E4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the weather like today.</w:t>
            </w:r>
          </w:p>
        </w:tc>
      </w:tr>
      <w:tr w:rsidR="00F03C57" w:rsidRPr="002B09E8" w14:paraId="7E8618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0B0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36E7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season are we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0B9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four seasons are spring, summer, autumn and winter; pupils should name the current season.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276B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70B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season are we in.</w:t>
            </w:r>
          </w:p>
        </w:tc>
      </w:tr>
      <w:tr w:rsidR="00F03C57" w:rsidRPr="002B09E8" w14:paraId="470FE5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6B44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D6F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in autumn?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302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In autumn the weather often cools, some leaves change colour and fall, and day length decreases.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F52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29D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3B4EBF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06D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79C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in winter?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796EA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In winter it is usually colder, days are shorter and some plants have fewer leaves.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5CD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EB4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51AB2A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37F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F8B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observe a plant carefully?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5AF4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Observe carefully using senses, looking closely at colour, size, shape and changes over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0D9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4EBFA4" w14:textId="0754FB7A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013715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453D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3F9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living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5F853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Living things grow, need nutrition, may reproduce, and respond to their surroundings.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8585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1BA5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673758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4D4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3CC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living thing in our school grounds.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092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suitable example such as tree, grass, bird, worm, insect or flower.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479A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3CE5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528DDF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52D5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CC96C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 and seasons?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C11A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4470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492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plants and seasons.</w:t>
            </w:r>
          </w:p>
        </w:tc>
      </w:tr>
    </w:tbl>
    <w:p w14:paraId="6BD8B5E8" w14:textId="77777777" w:rsidR="00F03C57" w:rsidRPr="002B09E8" w:rsidRDefault="00F03C57">
      <w:pPr>
        <w:rPr>
          <w:rFonts w:ascii="Lexend Light" w:hAnsi="Lexend Light"/>
        </w:rPr>
      </w:pPr>
    </w:p>
    <w:p w14:paraId="73C7694F" w14:textId="047A56BA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1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48BCB18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1FE8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440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334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394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C7B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8F5C2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46C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820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animal.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ECC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806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C2B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animal; pupils justify.</w:t>
            </w:r>
          </w:p>
        </w:tc>
      </w:tr>
      <w:tr w:rsidR="00F03C57" w:rsidRPr="002B09E8" w14:paraId="2A7CC9B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EA6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498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mammal?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05B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mammal is an animal with a backbone that usually has hair or fur and feeds its young milk.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FAC9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048C07" w14:textId="5AAD78A8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</w:t>
            </w:r>
            <w:r w:rsidR="00D91C5C">
              <w:rPr>
                <w:rFonts w:ascii="Lexend Light" w:hAnsi="Lexend Light"/>
                <w:sz w:val="14"/>
              </w:rPr>
              <w:t>“</w:t>
            </w:r>
            <w:r w:rsidRPr="002B09E8">
              <w:rPr>
                <w:rFonts w:ascii="Lexend Light" w:hAnsi="Lexend Light"/>
                <w:sz w:val="14"/>
              </w:rPr>
              <w:t xml:space="preserve"> mammal</w:t>
            </w:r>
            <w:r w:rsidR="00D91C5C">
              <w:rPr>
                <w:rFonts w:ascii="Lexend Light" w:hAnsi="Lexend Light"/>
                <w:sz w:val="14"/>
              </w:rPr>
              <w:t>s live on the land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3F5A06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3AE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E0F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bird.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64B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bird such as robin, blackbird, sparrow, pigeon or duck.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6E1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633E4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3B39E9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1305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75A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fish.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1A3B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fish such as goldfish, cod, salmon or shark.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567D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576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7C119E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B1F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7111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carnivore?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80E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carnivore is an animal that eats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082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910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a carnivore.</w:t>
            </w:r>
          </w:p>
        </w:tc>
      </w:tr>
      <w:tr w:rsidR="00F03C57" w:rsidRPr="002B09E8" w14:paraId="15B6E75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0241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20F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herbivore?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712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herbivore is an animal that eats plants.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192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F7FD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herbivore.</w:t>
            </w:r>
          </w:p>
        </w:tc>
      </w:tr>
      <w:tr w:rsidR="00F03C57" w:rsidRPr="002B09E8" w14:paraId="2C5CD90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563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57D5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omnivore?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AB8C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omnivore is an animal that eats both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642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134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310858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FB5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D1415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part of the human body.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542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563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206D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D9ADC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2686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11FB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Which body part helps us see?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73E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Eyes help us see.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AB7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8085D5" w14:textId="5BB04442" w:rsidR="00F03C57" w:rsidRPr="002B09E8" w:rsidRDefault="005E0C4B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 eyes and ears</w:t>
            </w:r>
          </w:p>
        </w:tc>
      </w:tr>
      <w:tr w:rsidR="00F03C57" w:rsidRPr="002B09E8" w14:paraId="39E934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DB7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444C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Which body part helps us hear?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34A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Ears help us hear.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050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D9AD2" w14:textId="14376DC6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1514DF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8BD2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38A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compare two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E8D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observable features such as body parts, covering, habitat, movement, diet or size.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DD89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E361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animal: definition, characteristics, examples and non-examples.</w:t>
            </w:r>
          </w:p>
        </w:tc>
      </w:tr>
      <w:tr w:rsidR="00F03C57" w:rsidRPr="002B09E8" w14:paraId="2D80FE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D19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EF3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animals and humans?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574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48C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EDA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animals and humans.</w:t>
            </w:r>
          </w:p>
        </w:tc>
      </w:tr>
    </w:tbl>
    <w:p w14:paraId="48A0D554" w14:textId="77777777" w:rsidR="00F03C57" w:rsidRPr="002B09E8" w:rsidRDefault="00F03C57">
      <w:pPr>
        <w:rPr>
          <w:rFonts w:ascii="Lexend Light" w:hAnsi="Lexend Light"/>
        </w:rPr>
      </w:pPr>
    </w:p>
    <w:p w14:paraId="5D24E5F5" w14:textId="2743BC51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1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2E16D4AF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96DE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5DC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F92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631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479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1F8485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A10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8B7A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object?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88D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7FE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F64366" w14:textId="49E71668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025F941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FCF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4D2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material?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B0D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material is what an object is made from, such as wood, plastic, glass or metal.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0473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FF10E" w14:textId="6558C481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8628F4">
              <w:rPr>
                <w:rFonts w:ascii="Lexend Light" w:hAnsi="Lexend Light"/>
                <w:sz w:val="14"/>
              </w:rPr>
              <w:t>Materials are man made</w:t>
            </w:r>
            <w:r w:rsidR="00596648">
              <w:rPr>
                <w:rFonts w:ascii="Lexend Light" w:hAnsi="Lexend Light"/>
                <w:sz w:val="14"/>
              </w:rPr>
              <w:t xml:space="preserve">2 </w:t>
            </w:r>
            <w:r w:rsidRPr="002B09E8">
              <w:rPr>
                <w:rFonts w:ascii="Lexend Light" w:hAnsi="Lexend Light"/>
                <w:sz w:val="14"/>
              </w:rPr>
              <w:t>Ask pupils to qualify their answer.</w:t>
            </w:r>
          </w:p>
        </w:tc>
      </w:tr>
      <w:tr w:rsidR="00F03C57" w:rsidRPr="002B09E8" w14:paraId="1A8A39B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C0B5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123B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material.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340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examples such as wood, plastic, glass, metal, water, rock, fabric or paper.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8E0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2B9AF" w14:textId="0A2D1771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</w:t>
            </w:r>
            <w:r w:rsidR="00596648">
              <w:rPr>
                <w:rFonts w:ascii="Lexend Light" w:hAnsi="Lexend Light"/>
                <w:sz w:val="14"/>
              </w:rPr>
              <w:t>two materials</w:t>
            </w:r>
          </w:p>
        </w:tc>
      </w:tr>
      <w:tr w:rsidR="00F03C57" w:rsidRPr="002B09E8" w14:paraId="7D74E45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405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E762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wood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DE5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Wood is usually hard, strong and opaque; it can be useful for furniture.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2833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3FB0F8" w14:textId="0768B436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.</w:t>
            </w:r>
          </w:p>
        </w:tc>
      </w:tr>
      <w:tr w:rsidR="00F03C57" w:rsidRPr="002B09E8" w14:paraId="2E01993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904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A7D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plastic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A4CD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Plastic can be smooth, waterproof and flexible or rigid, depending on the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274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99123" w14:textId="5B9787D6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True or false? </w:t>
            </w:r>
            <w:r w:rsidR="00842302">
              <w:rPr>
                <w:rFonts w:ascii="Lexend Light" w:hAnsi="Lexend Light"/>
                <w:sz w:val="14"/>
              </w:rPr>
              <w:t>All plastic can be recycled</w:t>
            </w:r>
          </w:p>
        </w:tc>
      </w:tr>
      <w:tr w:rsidR="00F03C57" w:rsidRPr="002B09E8" w14:paraId="454F378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5EF6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FA0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glass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D8F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Glass is usually transparent, hard and waterproof, but it can break.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10AF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D68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glass like.</w:t>
            </w:r>
          </w:p>
        </w:tc>
      </w:tr>
      <w:tr w:rsidR="00F03C57" w:rsidRPr="002B09E8" w14:paraId="311D20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2BB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EBA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metal like?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A18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Metal is usually hard, strong and often shiny; some metals conduct electricity and heat.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B8B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DBF34" w14:textId="014DC57A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</w:t>
            </w:r>
            <w:r w:rsidR="0046334D">
              <w:rPr>
                <w:rFonts w:ascii="Lexend Light" w:hAnsi="Lexend Light"/>
                <w:sz w:val="14"/>
              </w:rPr>
              <w:t xml:space="preserve"> materials</w:t>
            </w:r>
          </w:p>
        </w:tc>
      </w:tr>
      <w:tr w:rsidR="00F03C57" w:rsidRPr="002B09E8" w14:paraId="1C68AD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717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B12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group materials?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F0E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 can be grouped by properties such as hard, soft, transparent, waterproof, flexible or magnetic.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F5E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184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material; pupils justify.</w:t>
            </w:r>
          </w:p>
        </w:tc>
      </w:tr>
      <w:tr w:rsidR="00F03C57" w:rsidRPr="002B09E8" w14:paraId="05D349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A07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6654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waterproof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F9F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Waterproof means water does not pass through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25D9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31B18" w14:textId="08C515BB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52C4AFE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D4EA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F45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flexible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9411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Flexible means able to bend without breaking.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6839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AE4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1874E36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CA2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1F99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day length change across the year?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182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Day length is longer in summer and shorter in winter.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578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AF48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25BF545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439EF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608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plants, animals, materials and seasons?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032E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28EE0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3F9E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have we learned about plants, animals, materials and seasons.</w:t>
            </w:r>
          </w:p>
        </w:tc>
      </w:tr>
    </w:tbl>
    <w:p w14:paraId="38135A55" w14:textId="77777777" w:rsidR="00F03C57" w:rsidRPr="002B09E8" w:rsidRDefault="00F03C57">
      <w:pPr>
        <w:rPr>
          <w:rFonts w:ascii="Lexend Light" w:hAnsi="Lexend Light"/>
        </w:rPr>
      </w:pPr>
    </w:p>
    <w:p w14:paraId="597D48B7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365B8C84" w14:textId="3CB1EBB5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2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2EA7EC80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A7D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767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DEB4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CF67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CA2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CA59B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28C0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016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CC6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light, air, nutrients, space and a suitable temperature to grow.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63D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5951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plant; pupils justify.</w:t>
            </w:r>
          </w:p>
        </w:tc>
      </w:tr>
      <w:tr w:rsidR="00F03C57" w:rsidRPr="002B09E8" w14:paraId="6C6A08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3F8A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BDD3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garden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DE2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garden plant such as rose, tulip, daffodil, sunflower or lavender.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A17A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0BAC5" w14:textId="771C0EA3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28098B">
              <w:rPr>
                <w:rFonts w:ascii="Lexend Light" w:hAnsi="Lexend Light"/>
                <w:sz w:val="14"/>
              </w:rPr>
              <w:t xml:space="preserve">All plants have </w:t>
            </w:r>
            <w:r w:rsidR="005D2641">
              <w:rPr>
                <w:rFonts w:ascii="Lexend Light" w:hAnsi="Lexend Light"/>
                <w:sz w:val="14"/>
              </w:rPr>
              <w:t>leaves</w:t>
            </w:r>
            <w:r w:rsidRPr="002B09E8">
              <w:rPr>
                <w:rFonts w:ascii="Lexend Light" w:hAnsi="Lexend Light"/>
                <w:sz w:val="14"/>
              </w:rPr>
              <w:t>.” Ask pupils to qualify their answer.</w:t>
            </w:r>
          </w:p>
        </w:tc>
      </w:tr>
      <w:tr w:rsidR="00F03C57" w:rsidRPr="002B09E8" w14:paraId="6654E7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C5ED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31F4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wild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72D3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wild plant such as dandelion, daisy, nettle, buttercup or clover.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312F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001E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plant with a related idea from previous learning.</w:t>
            </w:r>
          </w:p>
        </w:tc>
      </w:tr>
      <w:tr w:rsidR="00F03C57" w:rsidRPr="002B09E8" w14:paraId="671285D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D81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AB6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tree?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771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tree is a large plant with a woody stem or trunk.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7DE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06D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563896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692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5F82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mammal.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E05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mammal such as human, dog, cat, cow, bat or whale.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E40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E8C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Name one mammal..</w:t>
            </w:r>
          </w:p>
        </w:tc>
      </w:tr>
      <w:tr w:rsidR="00F03C57" w:rsidRPr="002B09E8" w14:paraId="6F25C6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184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566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bird.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E1F0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bird such as robin, blackbird, sparrow, pigeon or duck.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D0C9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D22016" w14:textId="703FBBDE" w:rsidR="00F03C57" w:rsidRPr="002B09E8" w:rsidRDefault="001D2783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 Penguin and robin</w:t>
            </w:r>
          </w:p>
        </w:tc>
      </w:tr>
      <w:tr w:rsidR="00F03C57" w:rsidRPr="002B09E8" w14:paraId="20D11A0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A4D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971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carnivore?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6FC22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carnivore is an animal that eats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7713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D3E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49178B2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010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D596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herbivore?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B23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herbivore is an animal that eats plants.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B731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000D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780978A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42B4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13A8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316F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194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FA93EC" w14:textId="11623E80" w:rsidR="00F03C57" w:rsidRPr="002B09E8" w:rsidRDefault="00BD0187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Habitat- Freya model</w:t>
            </w:r>
          </w:p>
        </w:tc>
      </w:tr>
      <w:tr w:rsidR="00F03C57" w:rsidRPr="002B09E8" w14:paraId="74F626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6C0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448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microhabitat?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2A5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microhabitat is a very small habitat, such as under a log, in soil or under a stone.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F238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178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habitat with a related idea from previous learning.</w:t>
            </w:r>
          </w:p>
        </w:tc>
      </w:tr>
      <w:tr w:rsidR="00F03C57" w:rsidRPr="002B09E8" w14:paraId="5717F4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DC16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60515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compare two living things?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CA1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Compare observable features such as body parts, covering, habitat, movement, diet or size.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1C4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7DD77" w14:textId="23B335F9" w:rsidR="00F03C57" w:rsidRPr="00340F40" w:rsidRDefault="00BD0187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r w:rsidRPr="00340F40">
              <w:rPr>
                <w:rFonts w:ascii="Lexend Light" w:hAnsi="Lexend Light"/>
                <w:sz w:val="14"/>
                <w:szCs w:val="14"/>
              </w:rPr>
              <w:t xml:space="preserve">Double bubble </w:t>
            </w:r>
            <w:r w:rsidR="00340F40" w:rsidRPr="00340F40">
              <w:rPr>
                <w:rFonts w:ascii="Lexend Light" w:hAnsi="Lexend Light"/>
                <w:sz w:val="14"/>
                <w:szCs w:val="14"/>
              </w:rPr>
              <w:t>cat and tree</w:t>
            </w:r>
          </w:p>
        </w:tc>
      </w:tr>
      <w:tr w:rsidR="00F03C57" w:rsidRPr="002B09E8" w14:paraId="3881E6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621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F69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 and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B5B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00F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6255C9" w14:textId="033CA685" w:rsidR="00F03C57" w:rsidRPr="002B09E8" w:rsidRDefault="00340F40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 all known facts</w:t>
            </w:r>
          </w:p>
        </w:tc>
      </w:tr>
    </w:tbl>
    <w:p w14:paraId="6A7E0859" w14:textId="77777777" w:rsidR="00F03C57" w:rsidRPr="002B09E8" w:rsidRDefault="00F03C57">
      <w:pPr>
        <w:rPr>
          <w:rFonts w:ascii="Lexend Light" w:hAnsi="Lexend Light"/>
        </w:rPr>
      </w:pPr>
    </w:p>
    <w:p w14:paraId="00132BCE" w14:textId="2F300F04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2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22FA221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843FC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8F62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D37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F31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FD1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2ACB3BA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FBAB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F0DA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seed?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4B6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seed can grow into a new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A0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76D5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1D319C7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BCA91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0E5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bulb?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6A9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bulb is a plant structure that stores food and can grow into a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50B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CB325" w14:textId="53F55556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A20049">
              <w:rPr>
                <w:rFonts w:ascii="Lexend Light" w:hAnsi="Lexend Light"/>
                <w:sz w:val="14"/>
              </w:rPr>
              <w:t>Plants grow from bulbs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733AAE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4C24D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2D70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stay healthy?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EDF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need water, light and a suitable temperature; many also need air, nutrients and space.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D440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0AF1C" w14:textId="04F10343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compare plant with a </w:t>
            </w:r>
            <w:r w:rsidR="00E561F3">
              <w:rPr>
                <w:rFonts w:ascii="Lexend Light" w:hAnsi="Lexend Light"/>
                <w:sz w:val="14"/>
              </w:rPr>
              <w:t>human needs to stay healthy</w:t>
            </w:r>
          </w:p>
        </w:tc>
      </w:tr>
      <w:tr w:rsidR="00F03C57" w:rsidRPr="002B09E8" w14:paraId="71DE395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D6D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9CDE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living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1EE1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Living things grow, need nutrition, may reproduce, and respond to their surroundings.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8AE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DBD7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0C368A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9F5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9D94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dead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204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Dead means something was once alive but is no longer living.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19AF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64D4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does dead mean.</w:t>
            </w:r>
          </w:p>
        </w:tc>
      </w:tr>
      <w:tr w:rsidR="00F03C57" w:rsidRPr="002B09E8" w14:paraId="1B10C0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3AB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607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never alive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3AD7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Never alive means something has never been a living thing, such as a rock or plastic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569C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68BC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does never alive mean.</w:t>
            </w:r>
          </w:p>
        </w:tc>
      </w:tr>
      <w:tr w:rsidR="00F03C57" w:rsidRPr="002B09E8" w14:paraId="394895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6AB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A49D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animals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C5C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Animals, including humans, need water, food and air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762F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10F9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animal, evidence, and today’s new learning.</w:t>
            </w:r>
          </w:p>
        </w:tc>
      </w:tr>
      <w:tr w:rsidR="00F03C57" w:rsidRPr="002B09E8" w14:paraId="34DFA56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E4B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8B1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humans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90E0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Animals, including humans, need water, food and air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AB38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9DF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BD182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D967E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358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exercise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25EC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Exercise helps keep the body healthy and strengthens muscles and the heart.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FD1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03C99" w14:textId="2C5D863C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</w:t>
            </w:r>
            <w:r w:rsidR="0003279B">
              <w:rPr>
                <w:rFonts w:ascii="Lexend Light" w:hAnsi="Lexend Light"/>
                <w:sz w:val="14"/>
              </w:rPr>
              <w:t xml:space="preserve"> Hmans must </w:t>
            </w:r>
            <w:r w:rsidRPr="002B09E8">
              <w:rPr>
                <w:rFonts w:ascii="Lexend Light" w:hAnsi="Lexend Light"/>
                <w:sz w:val="14"/>
              </w:rPr>
              <w:t xml:space="preserve">exercise </w:t>
            </w:r>
            <w:r w:rsidR="0003279B">
              <w:rPr>
                <w:rFonts w:ascii="Lexend Light" w:hAnsi="Lexend Light"/>
                <w:sz w:val="14"/>
              </w:rPr>
              <w:t>to survive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4F14B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AA5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E8F7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hygiene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2FF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Hygiene helps prevent germs spreading and supports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0D3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BF2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058828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89D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21A2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food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0B97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70B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D8D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78EBC7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896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CCC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growth and survival?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0D0D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2B0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C000CE" w14:textId="3D658002" w:rsidR="00F03C57" w:rsidRPr="002B09E8" w:rsidRDefault="005936B9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08463D82" w14:textId="77777777" w:rsidR="00F03C57" w:rsidRPr="002B09E8" w:rsidRDefault="00F03C57">
      <w:pPr>
        <w:rPr>
          <w:rFonts w:ascii="Lexend Light" w:hAnsi="Lexend Light"/>
        </w:rPr>
      </w:pPr>
    </w:p>
    <w:p w14:paraId="09B26472" w14:textId="3C6B01D9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2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41CB7315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C410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99E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6D4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659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1FC4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35B19B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AC0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78664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material?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7D0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material is what an object is made from, such as wood, plastic, glass or metal.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23A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31C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material; pupils justify.</w:t>
            </w:r>
          </w:p>
        </w:tc>
      </w:tr>
      <w:tr w:rsidR="00F03C57" w:rsidRPr="002B09E8" w14:paraId="4787FA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61C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D12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two everyday materials.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2689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examples such as wood, plastic, glass, metal, water, rock, fabric or paper.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6878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C766C" w14:textId="05F4885D" w:rsidR="00F03C57" w:rsidRPr="002B09E8" w:rsidRDefault="00B17F58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bubble- plastic and metal</w:t>
            </w:r>
          </w:p>
        </w:tc>
      </w:tr>
      <w:tr w:rsidR="00F03C57" w:rsidRPr="002B09E8" w14:paraId="2D31F2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253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29E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might wood be used for a chair?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039C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Wood is usually hard, strong and opaque; it can be useful for furniture.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9F8A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417CD" w14:textId="112006C5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6975E8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1EFF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FFF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might glass be used for a window?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51A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Glass is usually transparent, hard and waterproof, but it can break.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73D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68BF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2576AB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6C33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F9E8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suitable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5449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Suitable means right for a particular use because of its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B18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6E9DE" w14:textId="72D14A9E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107CF9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9045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B85C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a solid object be changed?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EDF93" w14:textId="28D98B4D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3F6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E4116A" w14:textId="0409EDD0" w:rsidR="00F03C57" w:rsidRPr="002B09E8" w:rsidRDefault="005629F9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</w:t>
            </w:r>
            <w:r w:rsidR="007A0756">
              <w:rPr>
                <w:rFonts w:ascii="Lexend Light" w:hAnsi="Lexend Light"/>
                <w:sz w:val="14"/>
              </w:rPr>
              <w:t>- squeeze and melt</w:t>
            </w:r>
          </w:p>
        </w:tc>
      </w:tr>
      <w:tr w:rsidR="00F03C57" w:rsidRPr="002B09E8" w14:paraId="465D43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7DB1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FED1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squash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A9FE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Squash means push something so its shape changes or becomes flatter.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757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3CC3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457A5B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EBB0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CF81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bend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0A3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Bend means change shape by curving.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9AB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BAD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BBA59B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1097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13B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twist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C338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Twist means turn or rotate parts of an object in opposite directions.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5DF1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98D9B" w14:textId="0BF4E77C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3F5139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166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FAB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stretch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82CF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Stretch means pull something to make it longer or change its shape.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1BE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05D1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71F2169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D3C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3A7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offspring?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419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Offspring are the young of living things, which grow into adults.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4436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A62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12416D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9CA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B269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materials, habitats and survival?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862D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1B3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A08E5" w14:textId="3D07BB87" w:rsidR="00F03C57" w:rsidRPr="002B09E8" w:rsidRDefault="007A0756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408D84FC" w14:textId="77777777" w:rsidR="00F03C57" w:rsidRPr="002B09E8" w:rsidRDefault="00F03C57">
      <w:pPr>
        <w:rPr>
          <w:rFonts w:ascii="Lexend Light" w:hAnsi="Lexend Light"/>
        </w:rPr>
      </w:pPr>
    </w:p>
    <w:p w14:paraId="10337E95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228BD519" w14:textId="7032C436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3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0C2A1BD5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AF8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8AC7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19ABE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4A8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13442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6BA3858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A6C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E9E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AA0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light, air, nutrients, space and a suitable temperature to grow.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3B85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B1F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plant; pupils justify.</w:t>
            </w:r>
          </w:p>
        </w:tc>
      </w:tr>
      <w:tr w:rsidR="00F03C57" w:rsidRPr="002B09E8" w14:paraId="6EDE3AA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66FB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37EF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seed?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FE54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seed can grow into a new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887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8A9FD" w14:textId="295924D5" w:rsidR="00F03C57" w:rsidRPr="002B09E8" w:rsidRDefault="002257A5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Brain dump- a seed </w:t>
            </w:r>
            <w:r w:rsidR="00F17A9E">
              <w:rPr>
                <w:rFonts w:ascii="Lexend Light" w:hAnsi="Lexend Light"/>
                <w:sz w:val="14"/>
              </w:rPr>
              <w:t>growing</w:t>
            </w:r>
          </w:p>
        </w:tc>
      </w:tr>
      <w:tr w:rsidR="00F03C57" w:rsidRPr="002B09E8" w14:paraId="1D190B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7D20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527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mature plant?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DBC7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884E8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3981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plant with a related idea from previous learning.</w:t>
            </w:r>
          </w:p>
        </w:tc>
      </w:tr>
      <w:tr w:rsidR="00F03C57" w:rsidRPr="002B09E8" w14:paraId="47C1A1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DAC1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4F9E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E84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B3C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AE46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habitat: definition, characteristics, examples and non-examples.</w:t>
            </w:r>
          </w:p>
        </w:tc>
      </w:tr>
      <w:tr w:rsidR="00F03C57" w:rsidRPr="002B09E8" w14:paraId="7F4344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5160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F821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microhabitat?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3915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microhabitat is a very small habitat, such as under a log, in soil or under a stone.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BF1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CEE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a microhabitat.</w:t>
            </w:r>
          </w:p>
        </w:tc>
      </w:tr>
      <w:tr w:rsidR="00F03C57" w:rsidRPr="002B09E8" w14:paraId="5C9511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9C95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2006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animals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B47B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Animals, including humans, need water, food and air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CF7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EE5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do animals need to survive.</w:t>
            </w:r>
          </w:p>
        </w:tc>
      </w:tr>
      <w:tr w:rsidR="00F03C57" w:rsidRPr="002B09E8" w14:paraId="302572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FE5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A5A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food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11B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491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0B78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685A30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12E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7767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material?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EA9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material is what an object is made from, such as wood, plastic, glass or metal.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A2D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EA8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material; pupils justify.</w:t>
            </w:r>
          </w:p>
        </w:tc>
      </w:tr>
      <w:tr w:rsidR="00F03C57" w:rsidRPr="002B09E8" w14:paraId="129284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109E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481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suitable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0988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Suitable means right for a particular use because of its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2941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D4C4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“What does suitable mean” Ask pupils to qualify their answer.</w:t>
            </w:r>
          </w:p>
        </w:tc>
      </w:tr>
      <w:tr w:rsidR="00F03C57" w:rsidRPr="002B09E8" w14:paraId="0035C6F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EE7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2279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a solid object be changed?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9FABF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93E9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6F19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solid with a related idea from previous learning.</w:t>
            </w:r>
          </w:p>
        </w:tc>
      </w:tr>
      <w:tr w:rsidR="00F03C57" w:rsidRPr="002B09E8" w14:paraId="0059A9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1FD1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40C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15E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F402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100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force: definition, characteristics, examples and non-examples.</w:t>
            </w:r>
          </w:p>
        </w:tc>
      </w:tr>
      <w:tr w:rsidR="00F03C57" w:rsidRPr="002B09E8" w14:paraId="566746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836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DB2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plants, animals and materials?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DF9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A81E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9580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plants, animals and materials.</w:t>
            </w:r>
          </w:p>
        </w:tc>
      </w:tr>
    </w:tbl>
    <w:p w14:paraId="5312834D" w14:textId="77777777" w:rsidR="00F03C57" w:rsidRPr="002B09E8" w:rsidRDefault="00F03C57">
      <w:pPr>
        <w:rPr>
          <w:rFonts w:ascii="Lexend Light" w:hAnsi="Lexend Light"/>
        </w:rPr>
      </w:pPr>
    </w:p>
    <w:p w14:paraId="0844005C" w14:textId="28539442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3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584F11FD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E85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AA6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2D0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C03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B3EA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58454CE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1EC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56E4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roots?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467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Roots anchor the plant and absorb water and nutrients from the soil.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334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30EE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14195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A49A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BA3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a stem?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E5A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stem supports the plant and transports water and nutrients.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813A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0C20F" w14:textId="5BE6CF2D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3E054F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B2B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587A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leaves?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B42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Leaves help the plant make food using light.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C17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648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5A75E8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CA631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4835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pollination?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75F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Pollination is the transfer of pollen to allow seeds to form.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84CB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139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626D3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92B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EEE0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seed dispersal?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30F4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Seed dispersal is the movement of seeds away from the parent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20A8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F37D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seed dispersal.</w:t>
            </w:r>
          </w:p>
        </w:tc>
      </w:tr>
      <w:tr w:rsidR="00F03C57" w:rsidRPr="002B09E8" w14:paraId="607793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E37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EEC9A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rock?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A97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rock is a natural solid material made of minerals.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44C5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4D105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rock.</w:t>
            </w:r>
          </w:p>
        </w:tc>
      </w:tr>
      <w:tr w:rsidR="00F03C57" w:rsidRPr="002B09E8" w14:paraId="2BBADC0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53DF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AF01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rocks be grouped?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A40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Rocks can be grouped by properties such as hardness, texture, permeability and appearance.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C68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401D8E" w14:textId="0A1DA83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rock</w:t>
            </w:r>
            <w:r w:rsidR="00A97436">
              <w:rPr>
                <w:rFonts w:ascii="Lexend Light" w:hAnsi="Lexend Light"/>
                <w:sz w:val="14"/>
              </w:rPr>
              <w:t>s</w:t>
            </w:r>
          </w:p>
        </w:tc>
      </w:tr>
      <w:tr w:rsidR="00F03C57" w:rsidRPr="002B09E8" w14:paraId="007CCFF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7D3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A288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fossil?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C87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fossil is preserved evidence or remains of a living thing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48B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7E83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fossil; pupils justify.</w:t>
            </w:r>
          </w:p>
        </w:tc>
      </w:tr>
      <w:tr w:rsidR="00F03C57" w:rsidRPr="002B09E8" w14:paraId="2B946E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4206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0BAD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soil made from?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93A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Soil is made from tiny pieces of rock, dead plants and animals, air and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12B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8CD356" w14:textId="3B067D7B" w:rsidR="00F03C57" w:rsidRPr="00B10484" w:rsidRDefault="00B10484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r w:rsidRPr="00B10484">
              <w:rPr>
                <w:rFonts w:ascii="Lexend Light" w:hAnsi="Lexend Light"/>
                <w:sz w:val="14"/>
                <w:szCs w:val="14"/>
              </w:rPr>
              <w:t>Sometime</w:t>
            </w:r>
            <w:r w:rsidR="00F50805">
              <w:rPr>
                <w:rFonts w:ascii="Lexend Light" w:hAnsi="Lexend Light"/>
                <w:sz w:val="14"/>
                <w:szCs w:val="14"/>
              </w:rPr>
              <w:t>s</w:t>
            </w:r>
            <w:r w:rsidRPr="00B10484">
              <w:rPr>
                <w:rFonts w:ascii="Lexend Light" w:hAnsi="Lexend Light"/>
                <w:sz w:val="14"/>
                <w:szCs w:val="14"/>
              </w:rPr>
              <w:t xml:space="preserve"> always never-</w:t>
            </w:r>
            <w:r w:rsidR="00F50805">
              <w:rPr>
                <w:rFonts w:ascii="Lexend Light" w:hAnsi="Lexend Light"/>
                <w:sz w:val="14"/>
                <w:szCs w:val="14"/>
              </w:rPr>
              <w:t xml:space="preserve"> Soil is always the same colour</w:t>
            </w:r>
          </w:p>
        </w:tc>
      </w:tr>
      <w:tr w:rsidR="00F03C57" w:rsidRPr="002B09E8" w14:paraId="2031BD2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E9A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AA5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we need light to see?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8432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We need light because light travels from a source or object into our eyes.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41A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27E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light with a related idea from previous learning.</w:t>
            </w:r>
          </w:p>
        </w:tc>
      </w:tr>
      <w:tr w:rsidR="00F03C57" w:rsidRPr="002B09E8" w14:paraId="73FD798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1B3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CD2D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shadow?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7A9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shadow forms when an opaque object blocks light.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99E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981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shadow: definition, characteristics, examples and non-examples.</w:t>
            </w:r>
          </w:p>
        </w:tc>
      </w:tr>
      <w:tr w:rsidR="00F03C57" w:rsidRPr="002B09E8" w14:paraId="736E02E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2C3C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DFD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you know about plants, rocks and light?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831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rock is a natural solid material made of minerals.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D816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BDB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you know about plants, rocks and light.</w:t>
            </w:r>
          </w:p>
        </w:tc>
      </w:tr>
    </w:tbl>
    <w:p w14:paraId="5E71C7E2" w14:textId="77777777" w:rsidR="00F03C57" w:rsidRPr="002B09E8" w:rsidRDefault="00F03C57">
      <w:pPr>
        <w:rPr>
          <w:rFonts w:ascii="Lexend Light" w:hAnsi="Lexend Light"/>
        </w:rPr>
      </w:pPr>
    </w:p>
    <w:p w14:paraId="4E0E0809" w14:textId="296B70F5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3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724D2C48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5720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83E9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7E0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CE1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56F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6B4E5F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8B8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C00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contact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322C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contact force needs objects to touch, such as pushing, pulling or friction.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E8E71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F6AC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force; pupils justify.</w:t>
            </w:r>
          </w:p>
        </w:tc>
      </w:tr>
      <w:tr w:rsidR="00F03C57" w:rsidRPr="002B09E8" w14:paraId="4D7FA59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C2CB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8ED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magnetic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9A36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magnetic force can attract or repel and can act at a distance.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EAA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75EE1" w14:textId="3104D3AB" w:rsidR="00F03C57" w:rsidRPr="0042156F" w:rsidRDefault="002E61E7">
            <w:pPr>
              <w:spacing w:after="20"/>
              <w:rPr>
                <w:rFonts w:ascii="Lexend Light" w:hAnsi="Lexend Light"/>
                <w:sz w:val="14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42156F">
              <w:rPr>
                <w:rFonts w:ascii="Lexend Light" w:hAnsi="Lexend Light"/>
                <w:sz w:val="14"/>
              </w:rPr>
              <w:t xml:space="preserve">Magnets are attracted to metals 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EE410A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0099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CAE5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materials are attracted to magnets?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840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Some metals, such as iron and steel, are attracted to magnets.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BD1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2DF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material with a related idea from previous learning.</w:t>
            </w:r>
          </w:p>
        </w:tc>
      </w:tr>
      <w:tr w:rsidR="00F03C57" w:rsidRPr="002B09E8" w14:paraId="1C634E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ECB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EA9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the two poles of a magnet?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725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magnet has a north pole and a south pole.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03A1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46DB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magnet: definition, characteristics, examples and non-examples.</w:t>
            </w:r>
          </w:p>
        </w:tc>
      </w:tr>
      <w:tr w:rsidR="00F03C57" w:rsidRPr="002B09E8" w14:paraId="09BF34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D7CB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3C6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When do magnets attract?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D6F7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Opposite poles attract; some magnetic materials are attracted to magnets.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F2F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024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When do magnets attract.</w:t>
            </w:r>
          </w:p>
        </w:tc>
      </w:tr>
      <w:tr w:rsidR="00F03C57" w:rsidRPr="002B09E8" w14:paraId="02EF16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9D85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CC83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When do magnets repel?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E08A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Like poles repel: north repels north and south repels south.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34D4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C47C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When do magnets repel.</w:t>
            </w:r>
          </w:p>
        </w:tc>
      </w:tr>
      <w:tr w:rsidR="00F03C57" w:rsidRPr="002B09E8" w14:paraId="737D89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940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2A63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nutrition?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2A9D6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Nutrition is getting the food and nutrients needed for growth, energy and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E4F7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59C6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nutrition, evidence, and today’s new learning.</w:t>
            </w:r>
          </w:p>
        </w:tc>
      </w:tr>
      <w:tr w:rsidR="00F03C57" w:rsidRPr="002B09E8" w14:paraId="02CD3CF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05B1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69615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animals need food?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C8D1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 need food for energy, growth, repair and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9F57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B9C04" w14:textId="758B90AF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424594C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A89E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02A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humans have skeletons?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501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Skeletons support the body, protect organs and help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CDF68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785445" w14:textId="7116113D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5D26B4">
              <w:rPr>
                <w:rFonts w:ascii="Lexend Light" w:hAnsi="Lexend Light"/>
                <w:sz w:val="14"/>
              </w:rPr>
              <w:t>All animals have a spine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13085FE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68D1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376BF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muscles help us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49D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Muscles help parts of the body move by contracting and relaxing.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D85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2CD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6EC5BA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4B4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075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evidence help us answer a question?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C57A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helps scientists support or refute an idea and answer a question reliably.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7A8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E78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77B869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684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744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plants, rocks, light, forces and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DA4F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225A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080BC5" w14:textId="023EE654" w:rsidR="00F03C57" w:rsidRPr="002B09E8" w:rsidRDefault="00180C7F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78A87AD4" w14:textId="77777777" w:rsidR="00F03C57" w:rsidRPr="002B09E8" w:rsidRDefault="00F03C57">
      <w:pPr>
        <w:rPr>
          <w:rFonts w:ascii="Lexend Light" w:hAnsi="Lexend Light"/>
        </w:rPr>
      </w:pPr>
    </w:p>
    <w:p w14:paraId="727D04EF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07E28F10" w14:textId="1997174E" w:rsidR="008E08BA" w:rsidRPr="002B09E8" w:rsidRDefault="002E61E7" w:rsidP="008E08BA">
      <w:pPr>
        <w:pStyle w:val="Heading1"/>
        <w:rPr>
          <w:rFonts w:ascii="Lexend Light" w:hAnsi="Lexend Light"/>
          <w:color w:val="548235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4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24E78ED3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DE127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747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13F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CF6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3FC1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6196635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5F05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199B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nutrition?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3D5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Nutrition is getting the food and nutrients needed for growth, energy and health.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A57A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5CB4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nutrition; pupils justify.</w:t>
            </w:r>
          </w:p>
        </w:tc>
      </w:tr>
      <w:tr w:rsidR="00F03C57" w:rsidRPr="002B09E8" w14:paraId="7F4EC5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D8F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1EFA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humans need a skeleton?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85A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Skeletons support the body, protect organs and help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F354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BB4AB" w14:textId="11A7CD4C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180C7F">
              <w:rPr>
                <w:rFonts w:ascii="Lexend Light" w:hAnsi="Lexend Light"/>
                <w:sz w:val="14"/>
              </w:rPr>
              <w:t>Skeltons protect your heart and lungs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258115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F722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1C5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muscles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0BE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Muscles help parts of the body move by contracting and relaxing.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E61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700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271567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9E43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4FE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roots?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FE23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Roots anchor the plant and absorb water and nutrients from the soil.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C985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C32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A5180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35EC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FEF1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function of flowers?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4CD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Flowers are involved in reproduction and can produce seeds.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CE5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38E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the function of flowers.</w:t>
            </w:r>
          </w:p>
        </w:tc>
      </w:tr>
      <w:tr w:rsidR="00F03C57" w:rsidRPr="002B09E8" w14:paraId="7157E4B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8C5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6B08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31C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2633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A3E36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life cycle.</w:t>
            </w:r>
          </w:p>
        </w:tc>
      </w:tr>
      <w:tr w:rsidR="00F03C57" w:rsidRPr="002B09E8" w14:paraId="3FCB57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F56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26B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habitat?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9D3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B91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BCB0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habitat, evidence, and today’s new learning.</w:t>
            </w:r>
          </w:p>
        </w:tc>
      </w:tr>
      <w:tr w:rsidR="00F03C57" w:rsidRPr="002B09E8" w14:paraId="108DF9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909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47F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group living things?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642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64AC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0DDE8" w14:textId="559EB5A3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</w:t>
            </w:r>
            <w:r w:rsidR="00FE1BC0">
              <w:rPr>
                <w:rFonts w:ascii="Lexend Light" w:hAnsi="Lexend Light"/>
                <w:sz w:val="14"/>
              </w:rPr>
              <w:t>- hare, whale and goldfish</w:t>
            </w:r>
          </w:p>
        </w:tc>
      </w:tr>
      <w:tr w:rsidR="00F03C57" w:rsidRPr="002B09E8" w14:paraId="18ACF0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B141D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87C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food chain?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DA9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C1B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8817F" w14:textId="3CF6A7D1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food chain</w:t>
            </w:r>
            <w:r w:rsidR="00FE1BC0">
              <w:rPr>
                <w:rFonts w:ascii="Lexend Light" w:hAnsi="Lexend Light"/>
                <w:sz w:val="14"/>
              </w:rPr>
              <w:t>s always strat with a green p</w:t>
            </w:r>
            <w:r w:rsidR="00A26D8D">
              <w:rPr>
                <w:rFonts w:ascii="Lexend Light" w:hAnsi="Lexend Light"/>
                <w:sz w:val="14"/>
              </w:rPr>
              <w:t>lant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6FCDF7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638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13C4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producer?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6C16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C0D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635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22D2BCD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8E92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5BA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predator?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C8D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1F4D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F8CCB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05782A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327A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33DC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plants, animals and habitats?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9917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is a place where a plant or animal lives and has what it needs to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19FE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E70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plants, animals and habitats.</w:t>
            </w:r>
          </w:p>
        </w:tc>
      </w:tr>
    </w:tbl>
    <w:p w14:paraId="6E11A4E5" w14:textId="77777777" w:rsidR="00F03C57" w:rsidRPr="002B09E8" w:rsidRDefault="00F03C57">
      <w:pPr>
        <w:rPr>
          <w:rFonts w:ascii="Lexend Light" w:hAnsi="Lexend Light"/>
        </w:rPr>
      </w:pPr>
    </w:p>
    <w:p w14:paraId="35EFD702" w14:textId="5465D18B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4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7CF1A45B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83E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19AF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5CE1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4502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7E28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5A1EDD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B389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794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digestion?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2B9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Digestion is the process of breaking food down so the body can use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EB5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3D63E" w14:textId="5E264570" w:rsidR="00F03C57" w:rsidRPr="002B09E8" w:rsidRDefault="00A26D8D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 digestion</w:t>
            </w:r>
          </w:p>
        </w:tc>
      </w:tr>
      <w:tr w:rsidR="00F03C57" w:rsidRPr="002B09E8" w14:paraId="7B5979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CA3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84BA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part of the digestive system.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CBE2EB" w14:textId="7D42C641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D3E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E806CB" w14:textId="2C082556" w:rsidR="00F03C57" w:rsidRPr="002B09E8" w:rsidRDefault="00A26D8D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Odd one out and why- </w:t>
            </w:r>
            <w:r w:rsidR="00DE7F58">
              <w:rPr>
                <w:rFonts w:ascii="Lexend Light" w:hAnsi="Lexend Light"/>
                <w:sz w:val="14"/>
              </w:rPr>
              <w:t>bowel, heart and lungs</w:t>
            </w:r>
          </w:p>
        </w:tc>
      </w:tr>
      <w:tr w:rsidR="00F03C57" w:rsidRPr="002B09E8" w14:paraId="625DF2A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868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B134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teeth used for?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352E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Teeth are used for biting, cutting, tearing, crushing and grinding food.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AF2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2BD1D" w14:textId="78C46D29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</w:t>
            </w:r>
            <w:r w:rsidR="00DE7F58">
              <w:rPr>
                <w:rFonts w:ascii="Lexend Light" w:hAnsi="Lexend Light"/>
                <w:sz w:val="14"/>
              </w:rPr>
              <w:t>canine and incisor</w:t>
            </w:r>
          </w:p>
        </w:tc>
      </w:tr>
      <w:tr w:rsidR="00F03C57" w:rsidRPr="002B09E8" w14:paraId="191D6A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33BB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AC0E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producers?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7C75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Producers are plants or algae that make their own food and start many food chains.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64C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1783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6072A7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8A5F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540C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predators?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2A6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Predators are animals that hunt and eat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71F1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FE3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are predators.</w:t>
            </w:r>
          </w:p>
        </w:tc>
      </w:tr>
      <w:tr w:rsidR="00F03C57" w:rsidRPr="002B09E8" w14:paraId="16E2344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553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80E8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are prey?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5326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Prey are animals that are hunted and eaten by predators.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BCA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57C3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are prey.</w:t>
            </w:r>
          </w:p>
        </w:tc>
      </w:tr>
      <w:tr w:rsidR="00F03C57" w:rsidRPr="002B09E8" w14:paraId="4F4B5BF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CFD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409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5B0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solid keeps its shape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978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9054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solid, evidence, and today’s new learning.</w:t>
            </w:r>
          </w:p>
        </w:tc>
      </w:tr>
      <w:tr w:rsidR="00F03C57" w:rsidRPr="002B09E8" w14:paraId="18C921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12F16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C420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liquid?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494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liquid flows, takes the shape of its container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7EC2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0333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liquid; pupils justify.</w:t>
            </w:r>
          </w:p>
        </w:tc>
      </w:tr>
      <w:tr w:rsidR="00F03C57" w:rsidRPr="002B09E8" w14:paraId="0F84BA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21BC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36D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gas?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ED1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gas spreads out to fill the space available.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182E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87C49" w14:textId="2F0AAED3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62D9BE3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BA8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8825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evaporation?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11B0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Evaporation is when a liquid changes into a gas.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FE4A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387B2" w14:textId="68A0021B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Double bubble: compare evaporation with a </w:t>
            </w:r>
            <w:r w:rsidR="00566BB4">
              <w:rPr>
                <w:rFonts w:ascii="Lexend Light" w:hAnsi="Lexend Light"/>
                <w:sz w:val="14"/>
              </w:rPr>
              <w:t>condensation</w:t>
            </w:r>
            <w:r w:rsidRPr="002B09E8">
              <w:rPr>
                <w:rFonts w:ascii="Lexend Light" w:hAnsi="Lexend Light"/>
                <w:sz w:val="14"/>
              </w:rPr>
              <w:t xml:space="preserve"> </w:t>
            </w:r>
          </w:p>
        </w:tc>
      </w:tr>
      <w:tr w:rsidR="00F03C57" w:rsidRPr="002B09E8" w14:paraId="04B42A0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63E6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7F8E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3E4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Condensation is when a gas cools and changes into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53F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CA6C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493E9D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E2F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103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digestion, food chains and states of matter?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DD0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food chain shows how energy or food passes from plants to animals and other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3FC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074067" w14:textId="063D20F0" w:rsidR="00F03C57" w:rsidRPr="002B09E8" w:rsidRDefault="0025276B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0238174B" w14:textId="77777777" w:rsidR="00F03C57" w:rsidRPr="002B09E8" w:rsidRDefault="00F03C57">
      <w:pPr>
        <w:rPr>
          <w:rFonts w:ascii="Lexend Light" w:hAnsi="Lexend Light"/>
        </w:rPr>
      </w:pPr>
    </w:p>
    <w:p w14:paraId="3CE2419B" w14:textId="66218F67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4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4980AEBE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FBBB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ED5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706B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AF95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CD1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5A3CF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BC86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76BC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are sounds made?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29B1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Sounds are made when objects vibrate.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8098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384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sound; pupils justify.</w:t>
            </w:r>
          </w:p>
        </w:tc>
      </w:tr>
      <w:tr w:rsidR="00F03C57" w:rsidRPr="002B09E8" w14:paraId="6100A4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AB0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FEF6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vibration?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8E49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vibration is a quick back-and-forth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A54B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A7329" w14:textId="1ED6018F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25276B">
              <w:rPr>
                <w:rFonts w:ascii="Lexend Light" w:hAnsi="Lexend Light"/>
                <w:sz w:val="14"/>
              </w:rPr>
              <w:t>Vibrations can be felt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5D2912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F68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988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sound travel to the 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88E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Sound travels through a medium as vibrations to the ear.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E01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EC6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sound with a related idea from previous learning.</w:t>
            </w:r>
          </w:p>
        </w:tc>
      </w:tr>
      <w:tr w:rsidR="00F03C57" w:rsidRPr="002B09E8" w14:paraId="4FEF2F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C5D3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3E4BA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pitch?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811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Pitch is how high or low a sound 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04213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7B01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1556967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164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2FEB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volume?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2E3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Volume is how loud or quiet a sound 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120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0B37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volume.</w:t>
            </w:r>
          </w:p>
        </w:tc>
      </w:tr>
      <w:tr w:rsidR="00F03C57" w:rsidRPr="002B09E8" w14:paraId="24A956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629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DDD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to sound as distance increases?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590F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Sounds usually get quieter as the distance from the source increases.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374E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C153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happens to sound as distance increases.</w:t>
            </w:r>
          </w:p>
        </w:tc>
      </w:tr>
      <w:tr w:rsidR="00F03C57" w:rsidRPr="002B09E8" w14:paraId="633AAA0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031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15D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appliance that uses electricity.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F27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Accept a suitable appliance such as lamp, kettle, toaster, television or computer.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4A1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4E3B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77875D9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96A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5F4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circuit?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FF6C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circuit is a complete loop that allows electricity to flow.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7B6C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A41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circuit; pupils justify.</w:t>
            </w:r>
          </w:p>
        </w:tc>
      </w:tr>
      <w:tr w:rsidR="00F03C57" w:rsidRPr="002B09E8" w14:paraId="162264B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D99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94FB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switch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7735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switch opens or closes a circuit.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C3B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B1ADC" w14:textId="7E36C2C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“switch</w:t>
            </w:r>
            <w:r w:rsidR="000E7DB6">
              <w:rPr>
                <w:rFonts w:ascii="Lexend Light" w:hAnsi="Lexend Light"/>
                <w:sz w:val="14"/>
              </w:rPr>
              <w:t>es cut the flow of electricity</w:t>
            </w:r>
            <w:r w:rsidRPr="002B09E8">
              <w:rPr>
                <w:rFonts w:ascii="Lexend Light" w:hAnsi="Lexend Light"/>
                <w:sz w:val="14"/>
              </w:rPr>
              <w:t xml:space="preserve"> do” Ask pupils to qualify their answer.</w:t>
            </w:r>
          </w:p>
        </w:tc>
      </w:tr>
      <w:tr w:rsidR="00F03C57" w:rsidRPr="002B09E8" w14:paraId="50335A4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F289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5B7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conductor?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ABBF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conductor allows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340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24E3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conductor with a related idea from previous learning.</w:t>
            </w:r>
          </w:p>
        </w:tc>
      </w:tr>
      <w:tr w:rsidR="00F03C57" w:rsidRPr="002B09E8" w14:paraId="2D482F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A36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BFD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insulator?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4BF5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insulator does not allow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CC66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7338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14768D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33C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1173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living things, states of matter, sound and electricity?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8973F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252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654F8" w14:textId="5C2540F6" w:rsidR="00F03C57" w:rsidRPr="002B09E8" w:rsidRDefault="009C4773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2329E369" w14:textId="77777777" w:rsidR="00F03C57" w:rsidRPr="002B09E8" w:rsidRDefault="00F03C57">
      <w:pPr>
        <w:rPr>
          <w:rFonts w:ascii="Lexend Light" w:hAnsi="Lexend Light"/>
        </w:rPr>
      </w:pPr>
    </w:p>
    <w:p w14:paraId="1905FE00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15EE0B16" w14:textId="75E9B0A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5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5"/>
        <w:gridCol w:w="3107"/>
        <w:gridCol w:w="3106"/>
      </w:tblGrid>
      <w:tr w:rsidR="00F03C57" w:rsidRPr="002B09E8" w14:paraId="69785358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2C10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5B3F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560A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2C5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FCD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7B788A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257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843E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0F5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solid keeps its shape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130A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539D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solid; pupils justify.</w:t>
            </w:r>
          </w:p>
        </w:tc>
      </w:tr>
      <w:tr w:rsidR="00F03C57" w:rsidRPr="002B09E8" w14:paraId="2BE40F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9CC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05F5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liquid?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ACF9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liquid flows, takes the shape of its container and has a fixed volume.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639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83633" w14:textId="76709439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“liquid</w:t>
            </w:r>
            <w:r w:rsidR="009C4773">
              <w:rPr>
                <w:rFonts w:ascii="Lexend Light" w:hAnsi="Lexend Light"/>
                <w:sz w:val="14"/>
              </w:rPr>
              <w:t xml:space="preserve">s  can </w:t>
            </w:r>
            <w:r w:rsidR="00DA4A88">
              <w:rPr>
                <w:rFonts w:ascii="Lexend Light" w:hAnsi="Lexend Light"/>
                <w:sz w:val="14"/>
              </w:rPr>
              <w:t>turn into solids when cooled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218793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3E9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98E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gas?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C937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gas spreads out to fill the space available.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6DA22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3DD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gas with a related idea from previous learning.</w:t>
            </w:r>
          </w:p>
        </w:tc>
      </w:tr>
      <w:tr w:rsidR="00F03C57" w:rsidRPr="002B09E8" w14:paraId="03E452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D61E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E0E9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happens when some materials are heated?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B67A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4706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77CC4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material: definition, characteristics, examples and non-examples.</w:t>
            </w:r>
          </w:p>
        </w:tc>
      </w:tr>
      <w:tr w:rsidR="00F03C57" w:rsidRPr="002B09E8" w14:paraId="5A71D1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07F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7A3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evaporation?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3EE6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Evaporation is when a liquid changes into a gas.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27822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A19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evaporation.</w:t>
            </w:r>
          </w:p>
        </w:tc>
      </w:tr>
      <w:tr w:rsidR="00F03C57" w:rsidRPr="002B09E8" w14:paraId="27564A2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1CC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E17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BB1F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Condensation is when a gas cools and changes into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A79A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DA21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condensation.</w:t>
            </w:r>
          </w:p>
        </w:tc>
      </w:tr>
      <w:tr w:rsidR="00F03C57" w:rsidRPr="002B09E8" w14:paraId="7C9E10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7042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6DA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conductor?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D10E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conductor allows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212A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648D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conductor, evidence, and today’s new learning.</w:t>
            </w:r>
          </w:p>
        </w:tc>
      </w:tr>
      <w:tr w:rsidR="00F03C57" w:rsidRPr="002B09E8" w14:paraId="28292D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7441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BDA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insulator?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7310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insulator does not allow electricity or heat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CCC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9B2B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6B58E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B81C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1FAB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152D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73CA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7188D" w14:textId="78F6753D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D05A16">
              <w:rPr>
                <w:rFonts w:ascii="Lexend Light" w:hAnsi="Lexend Light"/>
                <w:sz w:val="14"/>
              </w:rPr>
              <w:t>Gravity pulls you to the ground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1A53B8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173E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09E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friction?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8B76B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Friction is a force between surfaces that can slow moving objects.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5756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9D5F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friction with a related idea from previous learning.</w:t>
            </w:r>
          </w:p>
        </w:tc>
      </w:tr>
      <w:tr w:rsidR="00F03C57" w:rsidRPr="002B09E8" w14:paraId="5CF317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A1D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551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fair test?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A1A8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87B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968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80E22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EA7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BC5C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materials and forces?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5D6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 have properties and are chosen for uses because of those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733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6905BE" w14:textId="06DE2148" w:rsidR="00F03C57" w:rsidRPr="002B09E8" w:rsidRDefault="00D05A16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114A9972" w14:textId="77777777" w:rsidR="00F03C57" w:rsidRPr="002B09E8" w:rsidRDefault="00F03C57">
      <w:pPr>
        <w:rPr>
          <w:rFonts w:ascii="Lexend Light" w:hAnsi="Lexend Light"/>
        </w:rPr>
      </w:pPr>
    </w:p>
    <w:p w14:paraId="75ED5D96" w14:textId="266BC140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5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5"/>
        <w:gridCol w:w="3105"/>
        <w:gridCol w:w="3105"/>
        <w:gridCol w:w="3107"/>
        <w:gridCol w:w="3106"/>
      </w:tblGrid>
      <w:tr w:rsidR="00F03C57" w:rsidRPr="002B09E8" w14:paraId="0139F56B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C46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6F1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AAF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E28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0CA5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2636173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88AFB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9A88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solubility?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53B0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Solubility is how well a substance dissolves in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99AD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A684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4B7193E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658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B66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89A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solution forms when a substance dissolves in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C58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0491D" w14:textId="1C4EB55C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“solution</w:t>
            </w:r>
            <w:r w:rsidR="00D05A16">
              <w:rPr>
                <w:rFonts w:ascii="Lexend Light" w:hAnsi="Lexend Light"/>
                <w:sz w:val="14"/>
              </w:rPr>
              <w:t>s can be seperated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38BB51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450C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05C0F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separate a mixture by filtering?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8A0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Filtering separates an insoluble solid from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C4B6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E7A0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078310B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0A7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738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separate a mixture by sieving?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35BE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Sieving separates solids of different sizes.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93D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F79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DE63E3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3F6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B80A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evaporation separate a mixture?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6741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Evaporation is when a liquid changes into a gas.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9B0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7FC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can evaporation separate a mixture.</w:t>
            </w:r>
          </w:p>
        </w:tc>
      </w:tr>
      <w:tr w:rsidR="00F03C57" w:rsidRPr="002B09E8" w14:paraId="5B9A40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EC85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C776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reversible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3E06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reversible change can be undone, such as melting and freezing.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5C9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8230E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reversible change.</w:t>
            </w:r>
          </w:p>
        </w:tc>
      </w:tr>
      <w:tr w:rsidR="00F03C57" w:rsidRPr="002B09E8" w14:paraId="1C29462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BB2F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07FD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an irreversible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97EF0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reversible change can be undone, such as melting and freezing.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B9DED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6F5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04122E2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750F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EFBA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the Earth orbit?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C73A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Earth orbits the Sun.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9EF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5C7E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30F33AE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23E9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A874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the Moon orbit?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757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Moon orbits the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5D18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C7723" w14:textId="07796250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 the Moon orbit</w:t>
            </w:r>
            <w:r w:rsidR="00D05A16">
              <w:rPr>
                <w:rFonts w:ascii="Lexend Light" w:hAnsi="Lexend Light"/>
                <w:sz w:val="14"/>
              </w:rPr>
              <w:t xml:space="preserve">s the </w:t>
            </w:r>
            <w:r w:rsidR="00795D7C">
              <w:rPr>
                <w:rFonts w:ascii="Lexend Light" w:hAnsi="Lexend Light"/>
                <w:sz w:val="14"/>
              </w:rPr>
              <w:t>sun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0A949E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78A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E7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we have day and night?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2BBA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Day and night happen because the Earth rotates.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A4DF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49B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39B924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9A9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4609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rotation?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326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Rotation is spinning around an axis.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5525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81DAF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332BF23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AF5B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6655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materials and Earth and space?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FB8C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 have properties and are chosen for uses because of those properties.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4C48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78D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materials and Earth and space.</w:t>
            </w:r>
          </w:p>
        </w:tc>
      </w:tr>
    </w:tbl>
    <w:p w14:paraId="37F9231E" w14:textId="77777777" w:rsidR="00F03C57" w:rsidRPr="002B09E8" w:rsidRDefault="00F03C57">
      <w:pPr>
        <w:rPr>
          <w:rFonts w:ascii="Lexend Light" w:hAnsi="Lexend Light"/>
        </w:rPr>
      </w:pPr>
    </w:p>
    <w:p w14:paraId="6BC513A2" w14:textId="0BA159A8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5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63F5D4E7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8F109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CF3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9F3C9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3DC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A102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1B1CD5A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F59E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E096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55A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975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4CD8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15C316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C86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0BAC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is a mammal life cycle different from an insect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92E6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Mammals often give birth to live young, while many insects hatch from eggs and may go through metamorphosis.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659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47C2B" w14:textId="763A1A63" w:rsidR="00F03C57" w:rsidRPr="002B09E8" w:rsidRDefault="00795D7C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Double bubble- mammal and insect l</w:t>
            </w:r>
            <w:r w:rsidR="009376EA">
              <w:rPr>
                <w:rFonts w:ascii="Lexend Light" w:hAnsi="Lexend Light"/>
                <w:sz w:val="14"/>
              </w:rPr>
              <w:t>ife cycle</w:t>
            </w:r>
          </w:p>
        </w:tc>
      </w:tr>
      <w:tr w:rsidR="00F03C57" w:rsidRPr="002B09E8" w14:paraId="6008244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DFDD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736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reproduction in plants?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21F9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 reproduction can involve flowers, pollination, seeds and seed dispersal.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CD09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AD0C7" w14:textId="08FAE35A" w:rsidR="00F03C57" w:rsidRPr="001869A2" w:rsidRDefault="009376EA">
            <w:pPr>
              <w:spacing w:after="20"/>
              <w:rPr>
                <w:rFonts w:ascii="Lexend Light" w:hAnsi="Lexend Light"/>
                <w:sz w:val="14"/>
                <w:szCs w:val="14"/>
              </w:rPr>
            </w:pPr>
            <w:r w:rsidRPr="001869A2">
              <w:rPr>
                <w:rFonts w:ascii="Lexend Light" w:hAnsi="Lexend Light"/>
                <w:sz w:val="14"/>
                <w:szCs w:val="14"/>
              </w:rPr>
              <w:t>Plants pro</w:t>
            </w:r>
            <w:r w:rsidR="001869A2" w:rsidRPr="001869A2">
              <w:rPr>
                <w:rFonts w:ascii="Lexend Light" w:hAnsi="Lexend Light"/>
                <w:sz w:val="14"/>
                <w:szCs w:val="14"/>
              </w:rPr>
              <w:t>duce seeds to reproduce- sometimes always or never</w:t>
            </w:r>
          </w:p>
        </w:tc>
      </w:tr>
      <w:tr w:rsidR="00F03C57" w:rsidRPr="002B09E8" w14:paraId="2F5FD6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659F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7545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reproduction in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B57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 reproduction produces offspring, often from eggs or live birth.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B38D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97C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animal: definition, characteristics, examples and non-examples.</w:t>
            </w:r>
          </w:p>
        </w:tc>
      </w:tr>
      <w:tr w:rsidR="00F03C57" w:rsidRPr="002B09E8" w14:paraId="3E8F97F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2CC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1D2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 humans change as they develop?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5E2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Humans develop through stages including baby, child, adolescent, adult and old 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7FAA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C9675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do humans change as they develop.</w:t>
            </w:r>
          </w:p>
        </w:tc>
      </w:tr>
      <w:tr w:rsidR="00F03C57" w:rsidRPr="002B09E8" w14:paraId="4792BB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644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A59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gravity?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419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Gravity is a force that pulls unsupported objects towards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280D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4927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gravity.</w:t>
            </w:r>
          </w:p>
        </w:tc>
      </w:tr>
      <w:tr w:rsidR="00F03C57" w:rsidRPr="002B09E8" w14:paraId="2EC1707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334E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5FD1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air resistance?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40A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Air resistance is a force that acts against objects moving through air.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693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55A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4255D5D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C3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BA9A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water resistance?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D46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Water resistance is a force that acts against objects moving through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9157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8870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0AE9A4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A3F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19F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friction?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935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Friction is a force between surfaces that can slow moving objects.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5AB2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B0131" w14:textId="2068A5BE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 xml:space="preserve">Always, sometimes or never?  </w:t>
            </w:r>
            <w:r w:rsidR="001869A2" w:rsidRPr="002B09E8">
              <w:rPr>
                <w:rFonts w:ascii="Lexend Light" w:hAnsi="Lexend Light"/>
                <w:sz w:val="14"/>
              </w:rPr>
              <w:t>F</w:t>
            </w:r>
            <w:r w:rsidRPr="002B09E8">
              <w:rPr>
                <w:rFonts w:ascii="Lexend Light" w:hAnsi="Lexend Light"/>
                <w:sz w:val="14"/>
              </w:rPr>
              <w:t>riction</w:t>
            </w:r>
            <w:r w:rsidR="001869A2">
              <w:rPr>
                <w:rFonts w:ascii="Lexend Light" w:hAnsi="Lexend Light"/>
                <w:sz w:val="14"/>
              </w:rPr>
              <w:t xml:space="preserve"> slows things down</w:t>
            </w:r>
            <w:r w:rsidRPr="002B09E8">
              <w:rPr>
                <w:rFonts w:ascii="Lexend Light" w:hAnsi="Lexend Light"/>
                <w:sz w:val="14"/>
              </w:rPr>
              <w:t>” Ask pupils to qualify their answer.</w:t>
            </w:r>
          </w:p>
        </w:tc>
      </w:tr>
      <w:tr w:rsidR="00F03C57" w:rsidRPr="002B09E8" w14:paraId="2A7B23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C355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7D1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lever?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0F0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lever is a simple machine that can make it easier to move a load.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FC3D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D806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441E76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0E67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49C1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pulley or gear?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0435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Pulleys and gears are mechanisms that can change the effect of a force or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1F7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95D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1A614BE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B8C25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047F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life cycles, materials, space and forces?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AED4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force is a push or pull that can change the movement, speed, direction or shape of an object.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9C4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68C4E" w14:textId="6D0B9BDA" w:rsidR="00F03C57" w:rsidRPr="002B09E8" w:rsidRDefault="001869A2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21A8AB6A" w14:textId="77777777" w:rsidR="00F03C57" w:rsidRPr="002B09E8" w:rsidRDefault="00F03C57">
      <w:pPr>
        <w:rPr>
          <w:rFonts w:ascii="Lexend Light" w:hAnsi="Lexend Light"/>
        </w:rPr>
      </w:pPr>
    </w:p>
    <w:p w14:paraId="5EC4CF95" w14:textId="77777777" w:rsidR="00F03C57" w:rsidRPr="002B09E8" w:rsidRDefault="002E61E7">
      <w:pPr>
        <w:rPr>
          <w:rFonts w:ascii="Lexend Light" w:hAnsi="Lexend Light"/>
        </w:rPr>
      </w:pPr>
      <w:r w:rsidRPr="002B09E8">
        <w:rPr>
          <w:rFonts w:ascii="Lexend Light" w:hAnsi="Lexend Light"/>
        </w:rPr>
        <w:br w:type="page"/>
      </w:r>
    </w:p>
    <w:p w14:paraId="3F5C6B4F" w14:textId="195B02A4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lastRenderedPageBreak/>
        <w:t xml:space="preserve">Year 6 Autumn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F03C57" w:rsidRPr="002B09E8" w14:paraId="213669B6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8D89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F0DC8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481C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75A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DAB6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0EFF2B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8241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0F63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life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64D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BA2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C40B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6F0C50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24E34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306C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stage in a mammal life cycle.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BE7D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EC25F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A4DEE" w14:textId="6D95FEA8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1869A2">
              <w:rPr>
                <w:rFonts w:ascii="Lexend Light" w:hAnsi="Lexend Light"/>
                <w:sz w:val="14"/>
              </w:rPr>
              <w:t xml:space="preserve">Mammals </w:t>
            </w:r>
            <w:r w:rsidR="00690162">
              <w:rPr>
                <w:rFonts w:ascii="Lexend Light" w:hAnsi="Lexend Light"/>
                <w:sz w:val="14"/>
              </w:rPr>
              <w:t>give birth</w:t>
            </w:r>
            <w:r w:rsidRPr="002B09E8">
              <w:rPr>
                <w:rFonts w:ascii="Lexend Light" w:hAnsi="Lexend Light"/>
                <w:sz w:val="14"/>
              </w:rPr>
              <w:t>.” Ask pupils to qualify their answer.</w:t>
            </w:r>
          </w:p>
        </w:tc>
      </w:tr>
      <w:tr w:rsidR="00F03C57" w:rsidRPr="002B09E8" w14:paraId="36A7064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792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75FC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Name one stage in an insect life cycle.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447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F025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E8E5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learning.</w:t>
            </w:r>
          </w:p>
        </w:tc>
      </w:tr>
      <w:tr w:rsidR="00F03C57" w:rsidRPr="002B09E8" w14:paraId="6492CD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A979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0F3C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reproduction?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83D2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703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C0FC0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6DEB22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6540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35F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 humans change as they develop?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13D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Humans develop through stages including baby, child, adolescent, adult and old 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EF2D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6C5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do humans change as they develop.</w:t>
            </w:r>
          </w:p>
        </w:tc>
      </w:tr>
      <w:tr w:rsidR="00F03C57" w:rsidRPr="002B09E8" w14:paraId="7AE5A4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8F6E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1AE5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diet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AE0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625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AA7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Why is diet important.</w:t>
            </w:r>
          </w:p>
        </w:tc>
      </w:tr>
      <w:tr w:rsidR="00F03C57" w:rsidRPr="002B09E8" w14:paraId="5DD6594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709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5E57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exercise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F9D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Exercise helps keep the body healthy and strengthens muscles and the heart.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683B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D94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3677377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2BE0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44AB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classify living things?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566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Classify means group living things using similarities, differences and observable characteristics.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11B4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5310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58FB7D1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8444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FFC0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characteristic?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F5A1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characteristic is a feature or property that can be used to describe or classify something.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545F3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6C2C9" w14:textId="3085678A" w:rsidR="00F03C57" w:rsidRPr="002B09E8" w:rsidRDefault="00690162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Characteristic- freya model</w:t>
            </w:r>
          </w:p>
        </w:tc>
      </w:tr>
      <w:tr w:rsidR="00F03C57" w:rsidRPr="002B09E8" w14:paraId="041AD4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C01E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E0D2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classification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FD45A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classification key uses questions or features to identify and group living things.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66D9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0A8DD" w14:textId="2CCE74A6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296AF25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607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A9B1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evidence would help us classify an organism?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C773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helps scientists support or refute an idea and answer a question reliably.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6DC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B5C5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27A728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DF2F4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551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life cycles and classification?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4D6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life cycle shows the stages a living thing goes through from birth or germination to reproduction.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B9F2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A3F2D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life cycles and classification.</w:t>
            </w:r>
          </w:p>
        </w:tc>
      </w:tr>
    </w:tbl>
    <w:p w14:paraId="52B83252" w14:textId="77777777" w:rsidR="00F03C57" w:rsidRPr="002B09E8" w:rsidRDefault="00F03C57">
      <w:pPr>
        <w:rPr>
          <w:rFonts w:ascii="Lexend Light" w:hAnsi="Lexend Light"/>
        </w:rPr>
      </w:pPr>
    </w:p>
    <w:p w14:paraId="7F6F4515" w14:textId="0C1CFCA9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6 Spring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5E2BDB5C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A39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C35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B6D0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6E8E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4D43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4105C8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B397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27F99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the circulatory system?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F2F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stem supports the plant and transports water and nutrients.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0A26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20FD3" w14:textId="1BFB8B00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</w:t>
            </w:r>
            <w:r w:rsidR="00BE4C5C">
              <w:rPr>
                <w:rFonts w:ascii="Lexend Light" w:hAnsi="Lexend Light"/>
                <w:sz w:val="14"/>
              </w:rPr>
              <w:t>- lungs, heart, brain</w:t>
            </w:r>
          </w:p>
        </w:tc>
      </w:tr>
      <w:tr w:rsidR="00F03C57" w:rsidRPr="002B09E8" w14:paraId="2BDC5E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D86F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ED2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the heart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1F152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heart pumps blood around the body.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B55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79E1E8" w14:textId="1C104489" w:rsidR="00F03C57" w:rsidRPr="002B09E8" w:rsidRDefault="00F03C57">
            <w:pPr>
              <w:spacing w:after="20"/>
              <w:rPr>
                <w:rFonts w:ascii="Lexend Light" w:hAnsi="Lexend Light"/>
              </w:rPr>
            </w:pPr>
          </w:p>
        </w:tc>
      </w:tr>
      <w:tr w:rsidR="00F03C57" w:rsidRPr="002B09E8" w14:paraId="1A6B2E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1E0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9F98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blood vessels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254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Blood vessels carry blood around the body.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8A07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5B770" w14:textId="557324B0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scientific word with a related idea from previous learning</w:t>
            </w:r>
            <w:r w:rsidR="00DA23EE">
              <w:rPr>
                <w:rFonts w:ascii="Lexend Light" w:hAnsi="Lexend Light"/>
                <w:sz w:val="14"/>
              </w:rPr>
              <w:t>- arteries and veins</w:t>
            </w:r>
          </w:p>
        </w:tc>
      </w:tr>
      <w:tr w:rsidR="00F03C57" w:rsidRPr="002B09E8" w14:paraId="394C7E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6579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AC76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blood transport?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1046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Blood transports oxygen, nutrients, water and waste products.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6CBF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0A5430" w14:textId="24F7040B" w:rsidR="00F03C57" w:rsidRPr="002B09E8" w:rsidRDefault="00DA23EE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 xml:space="preserve">The heart </w:t>
            </w:r>
            <w:r w:rsidR="00D35D40">
              <w:rPr>
                <w:rFonts w:ascii="Lexend Light" w:hAnsi="Lexend Light"/>
                <w:sz w:val="14"/>
              </w:rPr>
              <w:t>transports</w:t>
            </w:r>
            <w:r>
              <w:rPr>
                <w:rFonts w:ascii="Lexend Light" w:hAnsi="Lexend Light"/>
                <w:sz w:val="14"/>
              </w:rPr>
              <w:t xml:space="preserve"> </w:t>
            </w:r>
            <w:r w:rsidR="00D35D40">
              <w:rPr>
                <w:rFonts w:ascii="Lexend Light" w:hAnsi="Lexend Light"/>
                <w:sz w:val="14"/>
              </w:rPr>
              <w:t>blood</w:t>
            </w:r>
            <w:r>
              <w:rPr>
                <w:rFonts w:ascii="Lexend Light" w:hAnsi="Lexend Light"/>
                <w:sz w:val="14"/>
              </w:rPr>
              <w:t xml:space="preserve"> around the body- true</w:t>
            </w:r>
            <w:r w:rsidR="00D35D40">
              <w:rPr>
                <w:rFonts w:ascii="Lexend Light" w:hAnsi="Lexend Light"/>
                <w:sz w:val="14"/>
              </w:rPr>
              <w:t>/ false</w:t>
            </w:r>
          </w:p>
        </w:tc>
      </w:tr>
      <w:tr w:rsidR="00F03C57" w:rsidRPr="002B09E8" w14:paraId="4A7193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D856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14CF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lifestyle affect the body?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5A52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Diet, exercise, drugs and lifestyle choices can affect how the body functions.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E660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3C32B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How can lifestyle affect the body.</w:t>
            </w:r>
          </w:p>
        </w:tc>
      </w:tr>
      <w:tr w:rsidR="00F03C57" w:rsidRPr="002B09E8" w14:paraId="788255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788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AB5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fossil?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C87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fossil is preserved evidence or remains of a living thing from the past.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4A99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AAED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fossil.</w:t>
            </w:r>
          </w:p>
        </w:tc>
      </w:tr>
      <w:tr w:rsidR="00F03C57" w:rsidRPr="002B09E8" w14:paraId="0633C2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CE8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065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inheritance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3E84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Inheritance is when characteristics are passed from parents to offspring.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3C7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06C3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7ACEEB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50B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9988F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are offspring not identical to parents?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28D5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Offspring are the young of living things, which grow into adults.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54B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BE7D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79D8836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3EBFE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455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adaptation?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37B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adaptation is a feature that helps a living thing survive in its environment.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172D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E53FA" w14:textId="0D1066F9" w:rsidR="00F03C57" w:rsidRPr="002B09E8" w:rsidRDefault="00D35D40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Freya adaptation</w:t>
            </w:r>
          </w:p>
        </w:tc>
      </w:tr>
      <w:tr w:rsidR="00F03C57" w:rsidRPr="002B09E8" w14:paraId="7CFED29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36AB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8367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adaptation lead to evolution?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EA9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Helpful adaptations may become more common over generations, contributing to evolution.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D947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64D4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evolution with a related idea from previous learning.</w:t>
            </w:r>
          </w:p>
        </w:tc>
      </w:tr>
      <w:tr w:rsidR="00F03C57" w:rsidRPr="002B09E8" w14:paraId="4185035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2B1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4D9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evidence supports evolution?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D830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Fossils and similarities or differences between living things can provide evidence for evolution.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D42E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F9F6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evolution: definition, characteristics, examples and non-examples.</w:t>
            </w:r>
          </w:p>
        </w:tc>
      </w:tr>
      <w:tr w:rsidR="00F03C57" w:rsidRPr="002B09E8" w14:paraId="131695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D88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DADD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we know about circulation and evolution?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5DB2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38CA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B717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do we know about circulation and evolution.</w:t>
            </w:r>
          </w:p>
        </w:tc>
      </w:tr>
    </w:tbl>
    <w:p w14:paraId="6469F360" w14:textId="77777777" w:rsidR="00F03C57" w:rsidRPr="002B09E8" w:rsidRDefault="00F03C57">
      <w:pPr>
        <w:rPr>
          <w:rFonts w:ascii="Lexend Light" w:hAnsi="Lexend Light"/>
        </w:rPr>
      </w:pPr>
    </w:p>
    <w:p w14:paraId="4FAA8C41" w14:textId="23C85A6B" w:rsidR="00F03C57" w:rsidRPr="002B09E8" w:rsidRDefault="002E61E7">
      <w:pPr>
        <w:pStyle w:val="Heading2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 xml:space="preserve">Year 6 Summer Term: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7"/>
        <w:gridCol w:w="3106"/>
      </w:tblGrid>
      <w:tr w:rsidR="00F03C57" w:rsidRPr="002B09E8" w14:paraId="0FCF26BA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D3866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Week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D83A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97D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860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Scientific focus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DE14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2A085C4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D75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7577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light travel?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935B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travels in straight lines.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1FA8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93B8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light; pupils justify.</w:t>
            </w:r>
          </w:p>
        </w:tc>
      </w:tr>
      <w:tr w:rsidR="00F03C57" w:rsidRPr="002B09E8" w14:paraId="15F7C5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816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EE97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 we see objects?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EE9EB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4CC1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BD99B" w14:textId="6DE85DAB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Always, sometimes or never? “</w:t>
            </w:r>
            <w:r w:rsidR="00227664">
              <w:rPr>
                <w:rFonts w:ascii="Lexend Light" w:hAnsi="Lexend Light"/>
                <w:sz w:val="14"/>
              </w:rPr>
              <w:t>We can not seein the dark</w:t>
            </w:r>
            <w:r w:rsidRPr="002B09E8">
              <w:rPr>
                <w:rFonts w:ascii="Lexend Light" w:hAnsi="Lexend Light"/>
                <w:sz w:val="14"/>
              </w:rPr>
              <w:t>s” Ask pupils to qualify their answer.</w:t>
            </w:r>
          </w:p>
        </w:tc>
      </w:tr>
      <w:tr w:rsidR="00F03C57" w:rsidRPr="002B09E8" w14:paraId="49A88CD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57466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588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shadows form?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B2683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shadow forms when an opaque object blocks light.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54F7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664D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shadow with a related idea from previous learning.</w:t>
            </w:r>
          </w:p>
        </w:tc>
      </w:tr>
      <w:tr w:rsidR="00F03C57" w:rsidRPr="002B09E8" w14:paraId="0DC4FCF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0C9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153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shadows have the same shape as the object?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DE67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object is a thing that can be seen or used, such as a chair, cup or toy.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3233A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3BDC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shadow: definition, characteristics, examples and non-examples.</w:t>
            </w:r>
          </w:p>
        </w:tc>
      </w:tr>
      <w:tr w:rsidR="00F03C57" w:rsidRPr="002B09E8" w14:paraId="516652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9A9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5209A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reflection?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493B7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Reflection is when light bounces off a surface.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AF8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92B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 or false? Prove the core fact for: What is reflection.</w:t>
            </w:r>
          </w:p>
        </w:tc>
      </w:tr>
      <w:tr w:rsidR="00F03C57" w:rsidRPr="002B09E8" w14:paraId="26C1DC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9BA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5B9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simple circuit?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B3F3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simple circuit is a complete loop with components such as a cell, wires and a lamp or buzzer.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7449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Evidence and explanation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360D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Complete because, but, so using the idea: What is a simple circuit.</w:t>
            </w:r>
          </w:p>
        </w:tc>
      </w:tr>
      <w:tr w:rsidR="00F03C57" w:rsidRPr="002B09E8" w14:paraId="5EF82D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32F1F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917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cell number affect a bulb?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804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bulb is a plant structure that stores food and can grow into a plant.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5F192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5C8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scientific word, evidence, and today’s new learning.</w:t>
            </w:r>
          </w:p>
        </w:tc>
      </w:tr>
      <w:tr w:rsidR="00F03C57" w:rsidRPr="002B09E8" w14:paraId="2C1DF85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487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EE7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voltage affect a buzzer?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34112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Higher voltage can make a buzzer louder if the component is suitable.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820C8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Substantive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7AC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choose two related examples and one non-example for scientific word; pupils justify.</w:t>
            </w:r>
          </w:p>
        </w:tc>
      </w:tr>
      <w:tr w:rsidR="00F03C57" w:rsidRPr="002B09E8" w14:paraId="3244FA5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BF0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3A2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might components work differently in a circuit?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D36C6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circuit is a complete loop that allows electricity to flow.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2837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Working scientifically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A09C0" w14:textId="5BD6BBCC" w:rsidR="00F03C57" w:rsidRPr="002B09E8" w:rsidRDefault="00886C21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 circuits</w:t>
            </w:r>
          </w:p>
        </w:tc>
      </w:tr>
      <w:tr w:rsidR="00F03C57" w:rsidRPr="002B09E8" w14:paraId="123CB7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3E1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C76B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circuit symbol?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3855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circuit symbol is a recognised drawing used to represent an electrical component.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1FA7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C43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compare circuit with a related idea from previous learning.</w:t>
            </w:r>
          </w:p>
        </w:tc>
      </w:tr>
      <w:tr w:rsidR="00F03C57" w:rsidRPr="002B09E8" w14:paraId="6A1D1C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636A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940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improve trust in results?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363C4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Trust can improve by controlling variables, repeating readings and using accurate measurements.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B335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Classification/comparison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A40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 for scientific word: definition, characteristics, examples and non-examples.</w:t>
            </w:r>
          </w:p>
        </w:tc>
      </w:tr>
      <w:tr w:rsidR="00F03C57" w:rsidRPr="002B09E8" w14:paraId="067402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C052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EF6D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have we learned about humans, classification, evolution, light and electricity?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10AD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Pupils should recall the precise scientific fact and use accurate vocabulary to explain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DE3E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Cause and effect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081E02" w14:textId="74E1B821" w:rsidR="00F03C57" w:rsidRPr="002B09E8" w:rsidRDefault="00886C21">
            <w:pPr>
              <w:spacing w:after="20"/>
              <w:rPr>
                <w:rFonts w:ascii="Lexend Light" w:hAnsi="Lexend Light"/>
              </w:rPr>
            </w:pPr>
            <w:r>
              <w:rPr>
                <w:rFonts w:ascii="Lexend Light" w:hAnsi="Lexend Light"/>
                <w:sz w:val="14"/>
              </w:rPr>
              <w:t>Brain dump</w:t>
            </w:r>
          </w:p>
        </w:tc>
      </w:tr>
    </w:tbl>
    <w:p w14:paraId="2B7D9A96" w14:textId="77777777" w:rsidR="00F03C57" w:rsidRPr="002B09E8" w:rsidRDefault="00F03C57">
      <w:pPr>
        <w:rPr>
          <w:rFonts w:ascii="Lexend Light" w:hAnsi="Lexend Light"/>
        </w:rPr>
      </w:pPr>
    </w:p>
    <w:p w14:paraId="0CA02524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Additional Retrieval Question Bank with Core Facts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03C57" w:rsidRPr="002B09E8" w14:paraId="37C089ED" w14:textId="77777777">
        <w:trPr>
          <w:jc w:val="center"/>
        </w:trPr>
        <w:tc>
          <w:tcPr>
            <w:tcW w:w="15538" w:type="dxa"/>
            <w:shd w:val="clear" w:color="auto" w:fill="EAF3E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6BD95D7" w14:textId="77777777" w:rsidR="00F03C57" w:rsidRPr="002B09E8" w:rsidRDefault="002E61E7">
            <w:pPr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548235"/>
                <w:sz w:val="20"/>
              </w:rPr>
              <w:t>How to use this additional bank</w:t>
            </w:r>
          </w:p>
          <w:p w14:paraId="622A490C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Use these questions when pupils need more practice, when misconceptions arise, or when teachers want an alternative retrieval question.</w:t>
            </w:r>
          </w:p>
          <w:p w14:paraId="0B413997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The core fact gives teachers the knowledge pupils should retrieve quickly and accurately.</w:t>
            </w:r>
          </w:p>
          <w:p w14:paraId="604AFC5E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The meta-learning prompt is optional and should be used when it helps pupils justify, compare, define or explain.</w:t>
            </w:r>
          </w:p>
        </w:tc>
      </w:tr>
    </w:tbl>
    <w:p w14:paraId="70781286" w14:textId="77777777" w:rsidR="00F03C57" w:rsidRPr="002B09E8" w:rsidRDefault="00F03C57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6"/>
        <w:gridCol w:w="3107"/>
      </w:tblGrid>
      <w:tr w:rsidR="00F03C57" w:rsidRPr="002B09E8" w14:paraId="6681E739" w14:textId="77777777">
        <w:trPr>
          <w:jc w:val="center"/>
        </w:trPr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B9F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Year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C6955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Unit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5BAD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Extra retrieval question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590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Core fact / expected answer</w:t>
            </w:r>
          </w:p>
        </w:tc>
        <w:tc>
          <w:tcPr>
            <w:tcW w:w="3108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2DA0E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Example meta-learning prompt</w:t>
            </w:r>
          </w:p>
        </w:tc>
      </w:tr>
      <w:tr w:rsidR="00F03C57" w:rsidRPr="002B09E8" w14:paraId="471951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06F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247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 and seasons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240E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plant need to grow well?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4F80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Most plants need water, light and a suitable temperature.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203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Always/sometimes/never: plants always grow well anywhere.</w:t>
            </w:r>
          </w:p>
        </w:tc>
      </w:tr>
      <w:tr w:rsidR="00F03C57" w:rsidRPr="002B09E8" w14:paraId="20C899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CCFA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C6B6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 and humans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AB42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Which body part helps us smell?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BD597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The nose helps us smell.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1EE1C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model: sense.</w:t>
            </w:r>
          </w:p>
        </w:tc>
      </w:tr>
      <w:tr w:rsidR="00F03C57" w:rsidRPr="002B09E8" w14:paraId="01D7D05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B6FB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DA67E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23C4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glass useful for windows?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5E49D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Glass is transparent, so we can see through it.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4317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Because/but/so: Glass is useful because...</w:t>
            </w:r>
          </w:p>
        </w:tc>
      </w:tr>
      <w:tr w:rsidR="00F03C57" w:rsidRPr="002B09E8" w14:paraId="1A0E5FC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0A7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774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Habitats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01EC6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habitat provide?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D6C20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habitat provides the basic things a plant or animal needs.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DF1AA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habitat, survival, food.</w:t>
            </w:r>
          </w:p>
        </w:tc>
      </w:tr>
      <w:tr w:rsidR="00F03C57" w:rsidRPr="002B09E8" w14:paraId="6925925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CE00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lastRenderedPageBreak/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AA859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Growth and survival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D3DC0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animals need to survive?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CE12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Animals need water, food and air.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4611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it: all animals need water.</w:t>
            </w:r>
          </w:p>
        </w:tc>
      </w:tr>
      <w:tr w:rsidR="00F03C57" w:rsidRPr="002B09E8" w14:paraId="47E15A6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6C7F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DA4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47E8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is metal suitable for a spoon?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25E9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Metal is hard and strong and can be shaped.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0023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metal and plastic.</w:t>
            </w:r>
          </w:p>
        </w:tc>
      </w:tr>
      <w:tr w:rsidR="00F03C57" w:rsidRPr="002B09E8" w14:paraId="27F87BC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5451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48FF0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Plants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D017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 roots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DF16F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Roots anchor the plant and absorb water and nutrients.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80DF0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model: roots.</w:t>
            </w:r>
          </w:p>
        </w:tc>
      </w:tr>
      <w:tr w:rsidR="00F03C57" w:rsidRPr="002B09E8" w14:paraId="03864D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0C3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7FE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Rocks and fossils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601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can we group rocks?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28F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Rocks can be grouped by properties such as hardness, texture and permeability.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618E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hard, permeable, hungry.</w:t>
            </w:r>
          </w:p>
        </w:tc>
      </w:tr>
      <w:tr w:rsidR="00F03C57" w:rsidRPr="002B09E8" w14:paraId="28DB51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4F844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21E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Forces and magnets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B94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magnetic force?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3021A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magnetic force can act at a distance to attract or repel.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8874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Always/sometimes/never: magnets attract all metals.</w:t>
            </w:r>
          </w:p>
        </w:tc>
      </w:tr>
      <w:tr w:rsidR="00F03C57" w:rsidRPr="002B09E8" w14:paraId="499C57A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3DA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35D6B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Digestion and food chains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A6F8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producer?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4DBC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producer makes its own food and starts many food chains.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FCCB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producer, plant, food chain.</w:t>
            </w:r>
          </w:p>
        </w:tc>
      </w:tr>
      <w:tr w:rsidR="00F03C57" w:rsidRPr="002B09E8" w14:paraId="0B32DC8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B61B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128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States of matter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7358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condensation?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E6F6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Condensation is when a gas cools and changes into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40AE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it: condensation is a change of state.</w:t>
            </w:r>
          </w:p>
        </w:tc>
      </w:tr>
      <w:tr w:rsidR="00F03C57" w:rsidRPr="002B09E8" w14:paraId="639558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382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E0F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Electricity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A656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does a conductor do?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5A0FA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conductor allows electricity to pass through it easily.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189E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Odd one out: copper wire, plastic ruler, metal spoon.</w:t>
            </w:r>
          </w:p>
        </w:tc>
      </w:tr>
      <w:tr w:rsidR="00F03C57" w:rsidRPr="002B09E8" w14:paraId="1A9C2F9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F5A2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12D1A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Materials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0D55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solution?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572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solution forms when a substance dissolves in a liquid.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FBEC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Frayer model: solution.</w:t>
            </w:r>
          </w:p>
        </w:tc>
      </w:tr>
      <w:tr w:rsidR="00F03C57" w:rsidRPr="002B09E8" w14:paraId="7754810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A0D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D14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Earth and space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0DBA8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Why do we have day and night?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9B59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Day and night happen because the Earth rotates.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77646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Because/but/so: Earth rotates because...</w:t>
            </w:r>
          </w:p>
        </w:tc>
      </w:tr>
      <w:tr w:rsidR="00F03C57" w:rsidRPr="002B09E8" w14:paraId="3504D82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7357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C33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Forces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4F061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gravity?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AA74F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Gravity pulls unsupported objects towards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5690F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Always/sometimes/never: gravity only acts when objects are falling.</w:t>
            </w:r>
          </w:p>
        </w:tc>
      </w:tr>
      <w:tr w:rsidR="00F03C57" w:rsidRPr="002B09E8" w14:paraId="02AD3B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E6453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AF78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Classification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78D2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 classification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EDC1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 classification key uses questions or features to identify and group living things.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E772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Double bubble: classification key and branching database.</w:t>
            </w:r>
          </w:p>
        </w:tc>
      </w:tr>
      <w:tr w:rsidR="00F03C57" w:rsidRPr="002B09E8" w14:paraId="0695CD2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C50A4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88EE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Evolution and inheritance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F127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What is adaptation?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74B50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An adaptation helps a living thing survive in its environment.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50A34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Connect three: adaptation, environment, evolution.</w:t>
            </w:r>
          </w:p>
        </w:tc>
      </w:tr>
      <w:tr w:rsidR="00F03C57" w:rsidRPr="002B09E8" w14:paraId="22C08E5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C98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9CA0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and electricity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E49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How does light travel?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F6BA7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Light travels in straight lines.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CA8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4"/>
              </w:rPr>
              <w:t>True/false/prove it: shadows form because light travels in straight lines.</w:t>
            </w:r>
          </w:p>
        </w:tc>
      </w:tr>
    </w:tbl>
    <w:p w14:paraId="5021FCCB" w14:textId="77777777" w:rsidR="00F03C57" w:rsidRPr="002B09E8" w:rsidRDefault="00F03C57">
      <w:pPr>
        <w:rPr>
          <w:rFonts w:ascii="Lexend Light" w:hAnsi="Lexend Light"/>
        </w:rPr>
      </w:pPr>
    </w:p>
    <w:p w14:paraId="42EBD961" w14:textId="77777777" w:rsidR="00F03C57" w:rsidRPr="002B09E8" w:rsidRDefault="002E61E7">
      <w:pPr>
        <w:pStyle w:val="Heading1"/>
        <w:rPr>
          <w:rFonts w:ascii="Lexend Light" w:hAnsi="Lexend Light"/>
        </w:rPr>
      </w:pPr>
      <w:r w:rsidRPr="002B09E8">
        <w:rPr>
          <w:rFonts w:ascii="Lexend Light" w:hAnsi="Lexend Light"/>
          <w:color w:val="548235"/>
        </w:rPr>
        <w:t>Schema Links by Unit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F03C57" w:rsidRPr="002B09E8" w14:paraId="615CBD08" w14:textId="77777777">
        <w:trPr>
          <w:jc w:val="center"/>
        </w:trPr>
        <w:tc>
          <w:tcPr>
            <w:tcW w:w="15538" w:type="dxa"/>
            <w:shd w:val="clear" w:color="auto" w:fill="EAF3E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CFF2BB6" w14:textId="77777777" w:rsidR="00F03C57" w:rsidRPr="002B09E8" w:rsidRDefault="002E61E7">
            <w:pPr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548235"/>
                <w:sz w:val="20"/>
              </w:rPr>
              <w:t>Purpose of schema links</w:t>
            </w:r>
          </w:p>
          <w:p w14:paraId="143CDE47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These links make explicit how each Science unit builds on prior knowledge and prepares pupils for future learning.</w:t>
            </w:r>
          </w:p>
          <w:p w14:paraId="7E2818B0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Teachers can use the schema links before retrieval to make connections clear.</w:t>
            </w:r>
          </w:p>
          <w:p w14:paraId="63482267" w14:textId="77777777" w:rsidR="00F03C57" w:rsidRPr="002B09E8" w:rsidRDefault="002E61E7">
            <w:pPr>
              <w:pStyle w:val="ListBullet"/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</w:rPr>
              <w:t>Subject leaders can use this section to check whether pupils are building coherent scientific knowledge rather than isolated facts.</w:t>
            </w:r>
          </w:p>
        </w:tc>
      </w:tr>
    </w:tbl>
    <w:p w14:paraId="3DCCC029" w14:textId="77777777" w:rsidR="00F03C57" w:rsidRPr="002B09E8" w:rsidRDefault="00F03C57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7"/>
        <w:gridCol w:w="2588"/>
        <w:gridCol w:w="2588"/>
        <w:gridCol w:w="2589"/>
        <w:gridCol w:w="2588"/>
        <w:gridCol w:w="2588"/>
      </w:tblGrid>
      <w:tr w:rsidR="00F03C57" w:rsidRPr="002B09E8" w14:paraId="4FD3EB62" w14:textId="77777777">
        <w:trPr>
          <w:jc w:val="center"/>
        </w:trPr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4C01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lastRenderedPageBreak/>
              <w:t>Year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9C1A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Term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068C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Unit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978E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Schema being built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0CED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Connects back to</w:t>
            </w:r>
          </w:p>
        </w:tc>
        <w:tc>
          <w:tcPr>
            <w:tcW w:w="2590" w:type="dxa"/>
            <w:shd w:val="clear" w:color="auto" w:fill="548235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B4D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b/>
                <w:color w:val="FFFFFF"/>
                <w:sz w:val="15"/>
              </w:rPr>
              <w:t>Prepares for</w:t>
            </w:r>
          </w:p>
        </w:tc>
      </w:tr>
      <w:tr w:rsidR="00F03C57" w:rsidRPr="002B09E8" w14:paraId="2BC2BAD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9FF8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C60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DE0E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 and seasonal change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A8C4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living things, growth, observing, weather, seasons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3A79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EYFS observations of the world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1A0C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animals, humans and senses</w:t>
            </w:r>
          </w:p>
        </w:tc>
      </w:tr>
      <w:tr w:rsidR="00F03C57" w:rsidRPr="002B09E8" w14:paraId="65FF3F5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872A1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5A51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B58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Animals including humans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24A4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 groups, body parts, senses, comparing structures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86BC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 and living things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EB469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simple properties</w:t>
            </w:r>
          </w:p>
        </w:tc>
      </w:tr>
      <w:tr w:rsidR="00F03C57" w:rsidRPr="002B09E8" w14:paraId="65605B9C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2E6A9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BCD9B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9CCD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Everyday materials and seasons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3981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objects, materials, properties, grouping, day length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5E71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animals and seasons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2B04B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habitats, plant growth and material suitability</w:t>
            </w:r>
          </w:p>
        </w:tc>
      </w:tr>
      <w:tr w:rsidR="00F03C57" w:rsidRPr="002B09E8" w14:paraId="31F8F555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A750E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D88B7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AEE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animals and habitats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C073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needs, animal groups, diet, habitat, microhabitat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8E512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1 plants, animals and materials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D17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growth, survival and food chains</w:t>
            </w:r>
          </w:p>
        </w:tc>
      </w:tr>
      <w:tr w:rsidR="00F03C57" w:rsidRPr="002B09E8" w14:paraId="266C0B71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8818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BE65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414B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Growth and survival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AB36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seeds, bulbs, living/dead/never alive, survival, health, food chains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A2EB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habitats, plant needs and animal groups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EE2E1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 suitability and forces on objects</w:t>
            </w:r>
          </w:p>
        </w:tc>
      </w:tr>
      <w:tr w:rsidR="00F03C57" w:rsidRPr="002B09E8" w14:paraId="046E673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FFC0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6751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76645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offspring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F55DC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properties, suitability, changing shape, offspring, food chains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1AE62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survival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FCE1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rocks, forces, nutrition and skeletons</w:t>
            </w:r>
          </w:p>
        </w:tc>
      </w:tr>
      <w:tr w:rsidR="00F03C57" w:rsidRPr="002B09E8" w14:paraId="2CD8BB32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9526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5A716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BDB3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animals, materials and force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AEF1D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growth, habitat, survival, food chains, material properties, force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175E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2 growth, habitats and materials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5688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flowering plants, rocks, fossils and light</w:t>
            </w:r>
          </w:p>
        </w:tc>
      </w:tr>
      <w:tr w:rsidR="00F03C57" w:rsidRPr="002B09E8" w14:paraId="3A7C30CB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923C1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715E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0A59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rocks, fossils and light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CEA90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functions, pollination, seed dispersal, rock properties, fossils, soil, light and shadows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6D9A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 growth and materials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8449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forces, magnets, nutrition and skeletons</w:t>
            </w:r>
          </w:p>
        </w:tc>
      </w:tr>
      <w:tr w:rsidR="00F03C57" w:rsidRPr="002B09E8" w14:paraId="09459999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8B0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0359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23FAC1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Forces, magnets, nutrition, skeletons and muscles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579A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contact force, magnetism, poles, nutrition, skeletons, muscles,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C9392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plants, rocks and light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A33C1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classification, digestion, states of matter, sound and electricity</w:t>
            </w:r>
          </w:p>
        </w:tc>
      </w:tr>
      <w:tr w:rsidR="00F03C57" w:rsidRPr="002B09E8" w14:paraId="68D225B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2487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43CF4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74D2C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Animals, plants and habitats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613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nutrition, skeletons, plant parts, life cycles, grouping, habitats, food chains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16EB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3 plants, animals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14FD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digestion, teeth, states of matter</w:t>
            </w:r>
          </w:p>
        </w:tc>
      </w:tr>
      <w:tr w:rsidR="00F03C57" w:rsidRPr="002B09E8" w14:paraId="05803D97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FD68C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AA1D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4D88D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Digestion, food chains and states of matter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878BC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digestive system, teeth, producers, predators, prey, solids, liquids, gases, evaporation, condensation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A2BC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food chains and material properties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3F67D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sound and electricity</w:t>
            </w:r>
          </w:p>
        </w:tc>
      </w:tr>
      <w:tr w:rsidR="00F03C57" w:rsidRPr="002B09E8" w14:paraId="2C8B44DE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7753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9858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B4096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Sound and electricity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A405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vibration, sound travel, pitch, volume, circuits, switches, conductors, insulators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3F83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states of matter and measuring changes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72EC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materials, forces and variables in Year 5</w:t>
            </w:r>
          </w:p>
        </w:tc>
      </w:tr>
      <w:tr w:rsidR="00F03C57" w:rsidRPr="002B09E8" w14:paraId="7E7D90DF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DDBCA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C5CB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9DBB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3EB4E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states, heating/cooling, evaporation, condensation, conductors, insulators, friction, fair testing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F0B4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 states of matter, sound and electricity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FE127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solubility, separating mixtures, Earth and space</w:t>
            </w:r>
          </w:p>
        </w:tc>
      </w:tr>
      <w:tr w:rsidR="00F03C57" w:rsidRPr="002B09E8" w14:paraId="5AF5BDA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2BB6F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6262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352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Properties of materials and Earth and space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2ED3E5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solubility, solutions, filtering, sieving, evaporating, reversible/irreversible change, orbit, rotation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83F3F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materials, forces and fair testing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3373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 and forces</w:t>
            </w:r>
          </w:p>
        </w:tc>
      </w:tr>
      <w:tr w:rsidR="00F03C57" w:rsidRPr="002B09E8" w14:paraId="4C7C55E3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8819D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11962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07AB0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3910F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reproduction, human development, gravity, air/water resistance, levers, pulleys, gears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DDE3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Earth and space, materials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533DF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classification, circulation and evolution</w:t>
            </w:r>
          </w:p>
        </w:tc>
      </w:tr>
      <w:tr w:rsidR="00F03C57" w:rsidRPr="002B09E8" w14:paraId="7DD5FCB4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7D1A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32553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Autumn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BAE5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health and classification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CBA9C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life cycles, reproduction, diet, exercise, classification, characteristics, keys,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3DFCC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5 life cycles and forces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17604B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circulation, inheritance and evolution</w:t>
            </w:r>
          </w:p>
        </w:tc>
      </w:tr>
      <w:tr w:rsidR="00F03C57" w:rsidRPr="002B09E8" w14:paraId="0ABB285A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C6EF8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9D106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Spring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E49E1C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Circulation, inheritance and evolution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2643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circulatory system, transport, lifestyle, fossils, inheritance, adaptation, evolution,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BC68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classification, life cycles and reproduction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D2C59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light, electricity and end-of-primary working scientifically</w:t>
            </w:r>
          </w:p>
        </w:tc>
      </w:tr>
      <w:tr w:rsidR="00F03C57" w:rsidRPr="002B09E8" w14:paraId="2BCCEDF0" w14:textId="77777777">
        <w:trPr>
          <w:jc w:val="center"/>
        </w:trPr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07CC40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lastRenderedPageBreak/>
              <w:t>Year 6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39EF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Summer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677E1F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Light and electricity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E2ACE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straight-line light, seeing, shadows, reflection, circuits, voltage, symbols, trust in results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CD584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Year 4 sound/electricity and Year 6 evolution evidence</w:t>
            </w:r>
          </w:p>
        </w:tc>
        <w:tc>
          <w:tcPr>
            <w:tcW w:w="259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7D0AA" w14:textId="77777777" w:rsidR="00F03C57" w:rsidRPr="002B09E8" w:rsidRDefault="002E61E7">
            <w:pPr>
              <w:spacing w:after="20"/>
              <w:rPr>
                <w:rFonts w:ascii="Lexend Light" w:hAnsi="Lexend Light"/>
              </w:rPr>
            </w:pPr>
            <w:r w:rsidRPr="002B09E8">
              <w:rPr>
                <w:rFonts w:ascii="Lexend Light" w:hAnsi="Lexend Light"/>
                <w:sz w:val="13"/>
              </w:rPr>
              <w:t>end-of-primary scientific schema</w:t>
            </w:r>
          </w:p>
        </w:tc>
      </w:tr>
    </w:tbl>
    <w:p w14:paraId="6FD0E468" w14:textId="77777777" w:rsidR="00F03C57" w:rsidRDefault="00F03C57"/>
    <w:p w14:paraId="44F03E9A" w14:textId="77777777" w:rsidR="00F03C57" w:rsidRDefault="00F03C57"/>
    <w:p w14:paraId="6474B87F" w14:textId="77777777" w:rsidR="008E08BA" w:rsidRPr="008E08BA" w:rsidRDefault="008E08BA" w:rsidP="008E08BA"/>
    <w:p w14:paraId="0977C625" w14:textId="77777777" w:rsidR="008E08BA" w:rsidRDefault="008E08BA" w:rsidP="008E08BA"/>
    <w:p w14:paraId="3C540402" w14:textId="7E2A9F82" w:rsidR="008E08BA" w:rsidRPr="008E08BA" w:rsidRDefault="008E08BA" w:rsidP="008E08BA">
      <w:pPr>
        <w:tabs>
          <w:tab w:val="left" w:pos="6530"/>
        </w:tabs>
      </w:pPr>
      <w:r>
        <w:tab/>
      </w:r>
    </w:p>
    <w:sectPr w:rsidR="008E08BA" w:rsidRPr="008E08BA" w:rsidSect="00034616">
      <w:footerReference w:type="default" r:id="rId9"/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B2C10" w14:textId="77777777" w:rsidR="000D1E84" w:rsidRDefault="000D1E84">
      <w:pPr>
        <w:spacing w:after="0" w:line="240" w:lineRule="auto"/>
      </w:pPr>
      <w:r>
        <w:separator/>
      </w:r>
    </w:p>
  </w:endnote>
  <w:endnote w:type="continuationSeparator" w:id="0">
    <w:p w14:paraId="5EA82727" w14:textId="77777777" w:rsidR="000D1E84" w:rsidRDefault="000D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9113D" w14:textId="08248577" w:rsidR="00F03C57" w:rsidRDefault="002E61E7">
    <w:pPr>
      <w:pStyle w:val="Footer"/>
      <w:jc w:val="center"/>
    </w:pPr>
    <w:r>
      <w:rPr>
        <w:color w:val="777777"/>
        <w:sz w:val="16"/>
      </w:rPr>
      <w:t xml:space="preserve">Science Retrieval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5683B" w14:textId="77777777" w:rsidR="000D1E84" w:rsidRDefault="000D1E84">
      <w:pPr>
        <w:spacing w:after="0" w:line="240" w:lineRule="auto"/>
      </w:pPr>
      <w:r>
        <w:separator/>
      </w:r>
    </w:p>
  </w:footnote>
  <w:footnote w:type="continuationSeparator" w:id="0">
    <w:p w14:paraId="362E34A9" w14:textId="77777777" w:rsidR="000D1E84" w:rsidRDefault="000D1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78873835">
    <w:abstractNumId w:val="8"/>
  </w:num>
  <w:num w:numId="2" w16cid:durableId="1618024230">
    <w:abstractNumId w:val="6"/>
  </w:num>
  <w:num w:numId="3" w16cid:durableId="170879755">
    <w:abstractNumId w:val="5"/>
  </w:num>
  <w:num w:numId="4" w16cid:durableId="2058700610">
    <w:abstractNumId w:val="4"/>
  </w:num>
  <w:num w:numId="5" w16cid:durableId="2005622670">
    <w:abstractNumId w:val="7"/>
  </w:num>
  <w:num w:numId="6" w16cid:durableId="32774710">
    <w:abstractNumId w:val="3"/>
  </w:num>
  <w:num w:numId="7" w16cid:durableId="1056128992">
    <w:abstractNumId w:val="2"/>
  </w:num>
  <w:num w:numId="8" w16cid:durableId="715468744">
    <w:abstractNumId w:val="1"/>
  </w:num>
  <w:num w:numId="9" w16cid:durableId="2028554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279B"/>
    <w:rsid w:val="00034616"/>
    <w:rsid w:val="00053867"/>
    <w:rsid w:val="0006063C"/>
    <w:rsid w:val="000B5DF7"/>
    <w:rsid w:val="000D1E84"/>
    <w:rsid w:val="000E7DB6"/>
    <w:rsid w:val="000F0912"/>
    <w:rsid w:val="0015074B"/>
    <w:rsid w:val="00180C7F"/>
    <w:rsid w:val="001869A2"/>
    <w:rsid w:val="001D2783"/>
    <w:rsid w:val="002257A5"/>
    <w:rsid w:val="00227664"/>
    <w:rsid w:val="0025276B"/>
    <w:rsid w:val="0028098B"/>
    <w:rsid w:val="0029639D"/>
    <w:rsid w:val="002B09E8"/>
    <w:rsid w:val="002E61E7"/>
    <w:rsid w:val="00326F90"/>
    <w:rsid w:val="00340F40"/>
    <w:rsid w:val="0042156F"/>
    <w:rsid w:val="004407F5"/>
    <w:rsid w:val="0046334D"/>
    <w:rsid w:val="005629F9"/>
    <w:rsid w:val="00566BB4"/>
    <w:rsid w:val="005936B9"/>
    <w:rsid w:val="00596648"/>
    <w:rsid w:val="005D2641"/>
    <w:rsid w:val="005D26B4"/>
    <w:rsid w:val="005D780C"/>
    <w:rsid w:val="005E0C4B"/>
    <w:rsid w:val="00690162"/>
    <w:rsid w:val="006E4E21"/>
    <w:rsid w:val="00795D7C"/>
    <w:rsid w:val="007A0756"/>
    <w:rsid w:val="00834401"/>
    <w:rsid w:val="00842302"/>
    <w:rsid w:val="008628F4"/>
    <w:rsid w:val="00886C21"/>
    <w:rsid w:val="008E08BA"/>
    <w:rsid w:val="009376EA"/>
    <w:rsid w:val="009C4773"/>
    <w:rsid w:val="00A20049"/>
    <w:rsid w:val="00A26D8D"/>
    <w:rsid w:val="00A97436"/>
    <w:rsid w:val="00AA1D8D"/>
    <w:rsid w:val="00AF5429"/>
    <w:rsid w:val="00B10484"/>
    <w:rsid w:val="00B17F58"/>
    <w:rsid w:val="00B47730"/>
    <w:rsid w:val="00BD0187"/>
    <w:rsid w:val="00BE4C5C"/>
    <w:rsid w:val="00BF29F5"/>
    <w:rsid w:val="00CB0664"/>
    <w:rsid w:val="00CE4749"/>
    <w:rsid w:val="00D05A16"/>
    <w:rsid w:val="00D35D40"/>
    <w:rsid w:val="00D91C5C"/>
    <w:rsid w:val="00DA23EE"/>
    <w:rsid w:val="00DA4A88"/>
    <w:rsid w:val="00DE7F58"/>
    <w:rsid w:val="00E05678"/>
    <w:rsid w:val="00E561F3"/>
    <w:rsid w:val="00F03C57"/>
    <w:rsid w:val="00F17A9E"/>
    <w:rsid w:val="00F50805"/>
    <w:rsid w:val="00FC693F"/>
    <w:rsid w:val="00FD31A5"/>
    <w:rsid w:val="00FE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61C235"/>
  <w14:defaultImageDpi w14:val="300"/>
  <w15:docId w15:val="{B6C00C3B-016F-4A0A-8EED-F106CE0A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23</Pages>
  <Words>8244</Words>
  <Characters>46996</Characters>
  <Application>Microsoft Office Word</Application>
  <DocSecurity>0</DocSecurity>
  <Lines>391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>generated by python-docx</dc:description>
  <cp:lastModifiedBy>Head</cp:lastModifiedBy>
  <cp:revision>53</cp:revision>
  <dcterms:created xsi:type="dcterms:W3CDTF">2026-08-11T15:55:00Z</dcterms:created>
  <dcterms:modified xsi:type="dcterms:W3CDTF">2026-08-14T21:13:00Z</dcterms:modified>
  <cp:category/>
</cp:coreProperties>
</file>